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9EE5" w14:textId="77777777" w:rsidR="00D24D3E" w:rsidRDefault="00710C6A">
      <w:pPr>
        <w:pStyle w:val="Title"/>
      </w:pPr>
      <w:r>
        <w:t>Salem State University Advising Map</w:t>
      </w:r>
    </w:p>
    <w:p w14:paraId="390FB24D" w14:textId="66C418C9" w:rsidR="00D24D3E" w:rsidRDefault="51431FDD" w:rsidP="43F3093D">
      <w:pPr>
        <w:pStyle w:val="Heading1"/>
      </w:pPr>
      <w:r>
        <w:t>Bunker Hill Community College Business Transfer Option A.A. mapped to Salem State University Analytics and Management Science BSBA</w:t>
      </w:r>
    </w:p>
    <w:p w14:paraId="2A37F83C" w14:textId="77777777" w:rsidR="00D24D3E" w:rsidRDefault="00710C6A">
      <w:pPr>
        <w:pStyle w:val="Heading2"/>
      </w:pPr>
      <w:r>
        <w:t>Catalog Information</w:t>
      </w:r>
    </w:p>
    <w:p w14:paraId="403ADB7B" w14:textId="1579CA6D" w:rsidR="00D24D3E" w:rsidRDefault="51431FDD">
      <w:r>
        <w:t>B</w:t>
      </w:r>
      <w:r w:rsidR="6F4F69E9">
        <w:t>unker Hill Community College</w:t>
      </w:r>
      <w:r>
        <w:t xml:space="preserve"> Catalog Year: 202</w:t>
      </w:r>
      <w:r w:rsidR="1C06CBA4">
        <w:t>6</w:t>
      </w:r>
      <w:r>
        <w:t>–202</w:t>
      </w:r>
      <w:r w:rsidR="0B2386AC">
        <w:t>7</w:t>
      </w:r>
      <w:r w:rsidR="00710C6A">
        <w:br/>
      </w:r>
      <w:r>
        <w:t>Salem State University Catalog Year: 202</w:t>
      </w:r>
      <w:r w:rsidR="0944FF22">
        <w:t>6</w:t>
      </w:r>
      <w:r>
        <w:t>–202</w:t>
      </w:r>
      <w:r w:rsidR="5A708BB5">
        <w:t>7</w:t>
      </w:r>
    </w:p>
    <w:p w14:paraId="2D02D4AD" w14:textId="77777777" w:rsidR="00D24D3E" w:rsidRDefault="00710C6A">
      <w:pPr>
        <w:pStyle w:val="Heading2"/>
      </w:pPr>
      <w:r>
        <w:t>Advising Notes</w:t>
      </w:r>
    </w:p>
    <w:p w14:paraId="60A5C644" w14:textId="228F69A7" w:rsidR="00D24D3E" w:rsidRDefault="51431FDD" w:rsidP="78D480A5">
      <w:pPr>
        <w:rPr>
          <w:rFonts w:ascii="Cambria" w:eastAsia="Cambria" w:hAnsi="Cambria" w:cs="Cambria"/>
        </w:rPr>
      </w:pPr>
      <w:r>
        <w:t xml:space="preserve">This map is a Salem State University advising tool only. Bunker Hill Community College students should work with their </w:t>
      </w:r>
      <w:r w:rsidR="482ECFBC">
        <w:t>BHCC</w:t>
      </w:r>
      <w:r>
        <w:t xml:space="preserve"> advisor.</w:t>
      </w:r>
      <w:r w:rsidR="67E1DE1A">
        <w:t xml:space="preserve"> </w:t>
      </w:r>
      <w:r w:rsidR="67E1DE1A" w:rsidRPr="78D480A5">
        <w:rPr>
          <w:rFonts w:ascii="Cambria" w:eastAsia="Cambria" w:hAnsi="Cambria" w:cs="Cambria"/>
          <w:color w:val="000000" w:themeColor="text1"/>
        </w:rPr>
        <w:t>This program includes the required courses for the MassTransfer General Education Foundation.</w:t>
      </w:r>
    </w:p>
    <w:p w14:paraId="52B3FB3D" w14:textId="77777777" w:rsidR="00D24D3E" w:rsidRDefault="00710C6A">
      <w:pPr>
        <w:pStyle w:val="Heading2"/>
      </w:pPr>
      <w:r>
        <w:t>MassTransfer General Education Foundation</w:t>
      </w:r>
    </w:p>
    <w:p w14:paraId="5DBA3983" w14:textId="77777777" w:rsidR="00D24D3E" w:rsidRDefault="00710C6A">
      <w:r>
        <w:t>The following table lists MassTransfer General Education requirements and their corresponding BHCC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5BC06E76" w14:textId="77777777" w:rsidTr="43F3093D">
        <w:trPr>
          <w:tblHeader/>
        </w:trPr>
        <w:tc>
          <w:tcPr>
            <w:tcW w:w="7200" w:type="dxa"/>
          </w:tcPr>
          <w:p w14:paraId="4C3D3513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6329F59D" w14:textId="77777777" w:rsidR="00237A22" w:rsidRDefault="005E4C91">
            <w:r>
              <w:t>BHCC Course(s)</w:t>
            </w:r>
          </w:p>
        </w:tc>
      </w:tr>
      <w:tr w:rsidR="00D24D3E" w14:paraId="431AC70B" w14:textId="77777777" w:rsidTr="43F3093D">
        <w:tc>
          <w:tcPr>
            <w:tcW w:w="7200" w:type="dxa"/>
          </w:tcPr>
          <w:p w14:paraId="005A8A53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2C794362" w14:textId="77777777" w:rsidR="00237A22" w:rsidRDefault="005E4C91">
            <w:r>
              <w:t>ENG-111</w:t>
            </w:r>
          </w:p>
        </w:tc>
      </w:tr>
      <w:tr w:rsidR="00D24D3E" w14:paraId="44F01C3A" w14:textId="77777777" w:rsidTr="43F3093D">
        <w:tc>
          <w:tcPr>
            <w:tcW w:w="7200" w:type="dxa"/>
          </w:tcPr>
          <w:p w14:paraId="7552BAF3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1DAE0D6" w14:textId="77777777" w:rsidR="00237A22" w:rsidRDefault="005E4C91">
            <w:r>
              <w:t>ENG-112</w:t>
            </w:r>
          </w:p>
        </w:tc>
      </w:tr>
      <w:tr w:rsidR="00D24D3E" w14:paraId="10C695A9" w14:textId="77777777" w:rsidTr="43F3093D">
        <w:tc>
          <w:tcPr>
            <w:tcW w:w="7200" w:type="dxa"/>
          </w:tcPr>
          <w:p w14:paraId="4A77B68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6DA291F7" w14:textId="77777777" w:rsidR="00237A22" w:rsidRDefault="005E4C91">
            <w:r>
              <w:t>ECO201</w:t>
            </w:r>
          </w:p>
        </w:tc>
      </w:tr>
      <w:tr w:rsidR="00D24D3E" w14:paraId="2B0AC85A" w14:textId="77777777" w:rsidTr="43F3093D">
        <w:tc>
          <w:tcPr>
            <w:tcW w:w="7200" w:type="dxa"/>
          </w:tcPr>
          <w:p w14:paraId="2D6841A6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13AB3B33" w14:textId="77777777" w:rsidR="00237A22" w:rsidRDefault="005E4C91">
            <w:r>
              <w:t>ECO202</w:t>
            </w:r>
          </w:p>
        </w:tc>
      </w:tr>
      <w:tr w:rsidR="00D24D3E" w14:paraId="660C8A44" w14:textId="77777777" w:rsidTr="43F3093D">
        <w:tc>
          <w:tcPr>
            <w:tcW w:w="7200" w:type="dxa"/>
          </w:tcPr>
          <w:p w14:paraId="57B500B5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5E8FBB1" w14:textId="77777777" w:rsidR="00237A22" w:rsidRDefault="005E4C91">
            <w:r>
              <w:t>PSY101</w:t>
            </w:r>
          </w:p>
        </w:tc>
      </w:tr>
      <w:tr w:rsidR="00D24D3E" w14:paraId="788BCA1F" w14:textId="77777777" w:rsidTr="43F3093D">
        <w:tc>
          <w:tcPr>
            <w:tcW w:w="7200" w:type="dxa"/>
          </w:tcPr>
          <w:p w14:paraId="0A215229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B59A13F" w14:textId="77777777" w:rsidR="00237A22" w:rsidRDefault="005E4C91">
            <w:r>
              <w:t>Literature Elective</w:t>
            </w:r>
          </w:p>
        </w:tc>
      </w:tr>
      <w:tr w:rsidR="00D24D3E" w14:paraId="24CF3877" w14:textId="77777777" w:rsidTr="43F3093D">
        <w:tc>
          <w:tcPr>
            <w:tcW w:w="7200" w:type="dxa"/>
          </w:tcPr>
          <w:p w14:paraId="25D5F81B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1C9BEC91" w14:textId="77777777" w:rsidR="00237A22" w:rsidRDefault="005E4C91">
            <w:r>
              <w:t>Literature Elective</w:t>
            </w:r>
          </w:p>
        </w:tc>
      </w:tr>
      <w:tr w:rsidR="00D24D3E" w14:paraId="6F3C5D16" w14:textId="77777777" w:rsidTr="43F3093D">
        <w:tc>
          <w:tcPr>
            <w:tcW w:w="7200" w:type="dxa"/>
          </w:tcPr>
          <w:p w14:paraId="3CB5F32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2B3D719D" w14:textId="77777777" w:rsidR="00237A22" w:rsidRDefault="005E4C91">
            <w:r>
              <w:t>GenEd-CW</w:t>
            </w:r>
          </w:p>
        </w:tc>
      </w:tr>
      <w:tr w:rsidR="00D24D3E" w14:paraId="6511F35F" w14:textId="77777777" w:rsidTr="43F3093D">
        <w:tc>
          <w:tcPr>
            <w:tcW w:w="7200" w:type="dxa"/>
          </w:tcPr>
          <w:p w14:paraId="79CC1903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25E88A64" w14:textId="77777777" w:rsidR="00237A22" w:rsidRDefault="005E4C91">
            <w:r>
              <w:t>Lab Science Elective</w:t>
            </w:r>
          </w:p>
        </w:tc>
      </w:tr>
      <w:tr w:rsidR="00D24D3E" w14:paraId="15C59F8A" w14:textId="77777777" w:rsidTr="43F3093D">
        <w:tc>
          <w:tcPr>
            <w:tcW w:w="7200" w:type="dxa"/>
          </w:tcPr>
          <w:p w14:paraId="7CB2639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62A2ACA2" w14:textId="77777777" w:rsidR="00237A22" w:rsidRDefault="005E4C91">
            <w:r>
              <w:t>GenEd-SR</w:t>
            </w:r>
          </w:p>
        </w:tc>
      </w:tr>
      <w:tr w:rsidR="00D24D3E" w14:paraId="14AA7AC4" w14:textId="77777777" w:rsidTr="43F3093D">
        <w:tc>
          <w:tcPr>
            <w:tcW w:w="7200" w:type="dxa"/>
          </w:tcPr>
          <w:p w14:paraId="59863F0F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0E2DF8B2" w14:textId="77777777" w:rsidR="00237A22" w:rsidRDefault="005E4C91">
            <w:r>
              <w:t>MAT-181</w:t>
            </w:r>
          </w:p>
        </w:tc>
      </w:tr>
    </w:tbl>
    <w:p w14:paraId="6B346A39" w14:textId="77777777" w:rsidR="00D24D3E" w:rsidRDefault="00710C6A">
      <w:pPr>
        <w:pStyle w:val="Heading2"/>
      </w:pPr>
      <w:r>
        <w:t>BHCC to Salem State Course Articulation</w:t>
      </w:r>
    </w:p>
    <w:p w14:paraId="54DBEF50" w14:textId="77777777" w:rsidR="00D24D3E" w:rsidRDefault="00710C6A">
      <w:r>
        <w:t>The following table shows BHCC courses, their Salem State equivalents, credits, and how each course applies to the Salem State program.</w:t>
      </w:r>
    </w:p>
    <w:p w14:paraId="471DC991" w14:textId="77777777" w:rsidR="00A901A7" w:rsidRDefault="00A901A7"/>
    <w:p w14:paraId="63EA2B29" w14:textId="77777777" w:rsidR="00A901A7" w:rsidRDefault="00A901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261C87E2" w14:textId="77777777" w:rsidTr="78D480A5">
        <w:trPr>
          <w:tblHeader/>
        </w:trPr>
        <w:tc>
          <w:tcPr>
            <w:tcW w:w="2880" w:type="dxa"/>
          </w:tcPr>
          <w:p w14:paraId="1478AB67" w14:textId="77777777" w:rsidR="00237A22" w:rsidRDefault="005E4C91">
            <w:r>
              <w:lastRenderedPageBreak/>
              <w:t>BHCC Course Number</w:t>
            </w:r>
          </w:p>
        </w:tc>
        <w:tc>
          <w:tcPr>
            <w:tcW w:w="2880" w:type="dxa"/>
          </w:tcPr>
          <w:p w14:paraId="74545200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61DAC40E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20A0493F" w14:textId="77777777" w:rsidR="00237A22" w:rsidRDefault="005E4C91">
            <w:r>
              <w:t>Salem State Equivalent</w:t>
            </w:r>
          </w:p>
        </w:tc>
        <w:tc>
          <w:tcPr>
            <w:tcW w:w="2880" w:type="dxa"/>
          </w:tcPr>
          <w:p w14:paraId="4026A88A" w14:textId="77777777" w:rsidR="00237A22" w:rsidRDefault="005E4C91">
            <w:r>
              <w:t>Application to Salem State Program</w:t>
            </w:r>
          </w:p>
        </w:tc>
      </w:tr>
      <w:tr w:rsidR="00D24D3E" w14:paraId="653356E1" w14:textId="77777777" w:rsidTr="78D480A5">
        <w:tc>
          <w:tcPr>
            <w:tcW w:w="2880" w:type="dxa"/>
          </w:tcPr>
          <w:p w14:paraId="2F95A319" w14:textId="77777777" w:rsidR="00237A22" w:rsidRDefault="005E4C91">
            <w:r>
              <w:t>BUS-101</w:t>
            </w:r>
          </w:p>
        </w:tc>
        <w:tc>
          <w:tcPr>
            <w:tcW w:w="2880" w:type="dxa"/>
          </w:tcPr>
          <w:p w14:paraId="1A9EC030" w14:textId="77777777" w:rsidR="00237A22" w:rsidRDefault="005E4C91">
            <w:r>
              <w:t>Introduction to Business</w:t>
            </w:r>
          </w:p>
        </w:tc>
        <w:tc>
          <w:tcPr>
            <w:tcW w:w="2880" w:type="dxa"/>
          </w:tcPr>
          <w:p w14:paraId="573FBD90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43582C22" w14:textId="77777777" w:rsidR="00237A22" w:rsidRDefault="005E4C91">
            <w:r>
              <w:t>BUS 170 INTRODUCTION TO BUSINESS (3)</w:t>
            </w:r>
          </w:p>
        </w:tc>
        <w:tc>
          <w:tcPr>
            <w:tcW w:w="2880" w:type="dxa"/>
          </w:tcPr>
          <w:p w14:paraId="28A1E0A1" w14:textId="77777777" w:rsidR="00237A22" w:rsidRDefault="005E4C91">
            <w:r>
              <w:t>Major Core Course</w:t>
            </w:r>
          </w:p>
        </w:tc>
      </w:tr>
      <w:tr w:rsidR="00D24D3E" w14:paraId="78B74D6F" w14:textId="77777777" w:rsidTr="78D480A5">
        <w:tc>
          <w:tcPr>
            <w:tcW w:w="2880" w:type="dxa"/>
          </w:tcPr>
          <w:p w14:paraId="7D98E022" w14:textId="77777777" w:rsidR="00237A22" w:rsidRDefault="005E4C91">
            <w:r>
              <w:t>ENG-111</w:t>
            </w:r>
          </w:p>
        </w:tc>
        <w:tc>
          <w:tcPr>
            <w:tcW w:w="2880" w:type="dxa"/>
          </w:tcPr>
          <w:p w14:paraId="6CDB75DB" w14:textId="77777777" w:rsidR="00237A22" w:rsidRDefault="005E4C91">
            <w:r>
              <w:t>College Writing I</w:t>
            </w:r>
          </w:p>
        </w:tc>
        <w:tc>
          <w:tcPr>
            <w:tcW w:w="2880" w:type="dxa"/>
          </w:tcPr>
          <w:p w14:paraId="3A4535FD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0C350640" w14:textId="77777777" w:rsidR="00237A22" w:rsidRDefault="005E4C91">
            <w:r>
              <w:t>ENL105</w:t>
            </w:r>
          </w:p>
        </w:tc>
        <w:tc>
          <w:tcPr>
            <w:tcW w:w="2880" w:type="dxa"/>
          </w:tcPr>
          <w:p w14:paraId="693D88D5" w14:textId="77777777" w:rsidR="00237A22" w:rsidRDefault="005E4C91">
            <w:r>
              <w:t>Free Elective due to MassTransfer Gen Ed Exemption</w:t>
            </w:r>
          </w:p>
        </w:tc>
      </w:tr>
      <w:tr w:rsidR="00D24D3E" w14:paraId="2566B522" w14:textId="77777777" w:rsidTr="78D480A5">
        <w:tc>
          <w:tcPr>
            <w:tcW w:w="2880" w:type="dxa"/>
          </w:tcPr>
          <w:p w14:paraId="2B229768" w14:textId="77777777" w:rsidR="00237A22" w:rsidRDefault="005E4C91">
            <w:r>
              <w:t>ACC-101</w:t>
            </w:r>
          </w:p>
        </w:tc>
        <w:tc>
          <w:tcPr>
            <w:tcW w:w="2880" w:type="dxa"/>
          </w:tcPr>
          <w:p w14:paraId="691742D3" w14:textId="77777777" w:rsidR="00237A22" w:rsidRDefault="005E4C91">
            <w:r>
              <w:t>Principles of Accounting I</w:t>
            </w:r>
          </w:p>
        </w:tc>
        <w:tc>
          <w:tcPr>
            <w:tcW w:w="2880" w:type="dxa"/>
          </w:tcPr>
          <w:p w14:paraId="3C6B94E2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063B8217" w14:textId="77777777" w:rsidR="00237A22" w:rsidRDefault="005E4C91">
            <w:r>
              <w:t>GENERAL FREE ELECTIVE SSU T61-T69</w:t>
            </w:r>
          </w:p>
        </w:tc>
        <w:tc>
          <w:tcPr>
            <w:tcW w:w="2880" w:type="dxa"/>
          </w:tcPr>
          <w:p w14:paraId="33FA539E" w14:textId="77777777" w:rsidR="00237A22" w:rsidRDefault="005E4C91">
            <w:r>
              <w:t>Free Elective due to MassTransfer Gen Ed Exemption</w:t>
            </w:r>
          </w:p>
        </w:tc>
      </w:tr>
      <w:tr w:rsidR="00D24D3E" w14:paraId="20DDFAB1" w14:textId="77777777" w:rsidTr="78D480A5">
        <w:tc>
          <w:tcPr>
            <w:tcW w:w="2880" w:type="dxa"/>
          </w:tcPr>
          <w:p w14:paraId="703F9FEE" w14:textId="77777777" w:rsidR="00237A22" w:rsidRDefault="005E4C91">
            <w:r>
              <w:t>CIT-110</w:t>
            </w:r>
          </w:p>
        </w:tc>
        <w:tc>
          <w:tcPr>
            <w:tcW w:w="2880" w:type="dxa"/>
          </w:tcPr>
          <w:p w14:paraId="53E771B5" w14:textId="77777777" w:rsidR="00237A22" w:rsidRDefault="005E4C91">
            <w:r>
              <w:t>Applications/Concepts</w:t>
            </w:r>
          </w:p>
        </w:tc>
        <w:tc>
          <w:tcPr>
            <w:tcW w:w="2880" w:type="dxa"/>
          </w:tcPr>
          <w:p w14:paraId="71021D85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79335F50" w14:textId="77777777" w:rsidR="00237A22" w:rsidRDefault="005E4C91">
            <w:r>
              <w:t>ITC 117 COMPUTERS IN THE PROFESSIONS (3)</w:t>
            </w:r>
          </w:p>
        </w:tc>
        <w:tc>
          <w:tcPr>
            <w:tcW w:w="2880" w:type="dxa"/>
          </w:tcPr>
          <w:p w14:paraId="42DC84C3" w14:textId="77777777" w:rsidR="00237A22" w:rsidRDefault="005E4C91">
            <w:r>
              <w:t>Free Elective due to MassTransfer Gen Ed Exemption</w:t>
            </w:r>
          </w:p>
        </w:tc>
      </w:tr>
      <w:tr w:rsidR="00D24D3E" w14:paraId="7DA946B9" w14:textId="77777777" w:rsidTr="78D480A5">
        <w:tc>
          <w:tcPr>
            <w:tcW w:w="2880" w:type="dxa"/>
          </w:tcPr>
          <w:p w14:paraId="7EE72792" w14:textId="77777777" w:rsidR="00237A22" w:rsidRDefault="005E4C91">
            <w:r>
              <w:t>PSY-101</w:t>
            </w:r>
          </w:p>
        </w:tc>
        <w:tc>
          <w:tcPr>
            <w:tcW w:w="2880" w:type="dxa"/>
          </w:tcPr>
          <w:p w14:paraId="04E612FD" w14:textId="77777777" w:rsidR="00237A22" w:rsidRDefault="005E4C91">
            <w:r>
              <w:t>Principles of Psychology</w:t>
            </w:r>
          </w:p>
        </w:tc>
        <w:tc>
          <w:tcPr>
            <w:tcW w:w="2880" w:type="dxa"/>
          </w:tcPr>
          <w:p w14:paraId="09732CA2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22840996" w14:textId="77777777" w:rsidR="00237A22" w:rsidRDefault="005E4C91">
            <w:r>
              <w:t>PSY 101 General Psychology</w:t>
            </w:r>
          </w:p>
        </w:tc>
        <w:tc>
          <w:tcPr>
            <w:tcW w:w="2880" w:type="dxa"/>
          </w:tcPr>
          <w:p w14:paraId="3E7084F3" w14:textId="77777777" w:rsidR="00237A22" w:rsidRDefault="005E4C91">
            <w:r>
              <w:t>Free Elective due to MassTransfer Gen Ed Exemption</w:t>
            </w:r>
          </w:p>
        </w:tc>
      </w:tr>
      <w:tr w:rsidR="00D24D3E" w14:paraId="45F718AA" w14:textId="77777777" w:rsidTr="78D480A5">
        <w:tc>
          <w:tcPr>
            <w:tcW w:w="2880" w:type="dxa"/>
          </w:tcPr>
          <w:p w14:paraId="620B2F5A" w14:textId="77777777" w:rsidR="00237A22" w:rsidRDefault="005E4C91">
            <w:r>
              <w:t>ENG-112</w:t>
            </w:r>
          </w:p>
        </w:tc>
        <w:tc>
          <w:tcPr>
            <w:tcW w:w="2880" w:type="dxa"/>
          </w:tcPr>
          <w:p w14:paraId="62246B2E" w14:textId="77777777" w:rsidR="00237A22" w:rsidRDefault="005E4C91">
            <w:r>
              <w:t>College Writing II</w:t>
            </w:r>
          </w:p>
        </w:tc>
        <w:tc>
          <w:tcPr>
            <w:tcW w:w="2880" w:type="dxa"/>
          </w:tcPr>
          <w:p w14:paraId="2A30BB99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2A99A809" w14:textId="77777777" w:rsidR="00237A22" w:rsidRDefault="005E4C91">
            <w:r>
              <w:t>ENL110</w:t>
            </w:r>
          </w:p>
        </w:tc>
        <w:tc>
          <w:tcPr>
            <w:tcW w:w="2880" w:type="dxa"/>
          </w:tcPr>
          <w:p w14:paraId="63D037BC" w14:textId="77777777" w:rsidR="00237A22" w:rsidRDefault="005E4C91">
            <w:r>
              <w:t>Free Elective due to MassTransfer Gen Ed Exemption</w:t>
            </w:r>
          </w:p>
        </w:tc>
      </w:tr>
      <w:tr w:rsidR="00D24D3E" w14:paraId="010E18F3" w14:textId="77777777" w:rsidTr="78D480A5">
        <w:tc>
          <w:tcPr>
            <w:tcW w:w="2880" w:type="dxa"/>
          </w:tcPr>
          <w:p w14:paraId="337A04C8" w14:textId="77777777" w:rsidR="00237A22" w:rsidRDefault="005E4C91">
            <w:r>
              <w:t>ACC-102</w:t>
            </w:r>
          </w:p>
        </w:tc>
        <w:tc>
          <w:tcPr>
            <w:tcW w:w="2880" w:type="dxa"/>
          </w:tcPr>
          <w:p w14:paraId="6B162A05" w14:textId="77777777" w:rsidR="00237A22" w:rsidRDefault="005E4C91">
            <w:r>
              <w:t>Principles of Accounting II</w:t>
            </w:r>
          </w:p>
        </w:tc>
        <w:tc>
          <w:tcPr>
            <w:tcW w:w="2880" w:type="dxa"/>
          </w:tcPr>
          <w:p w14:paraId="4C56F8F4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3F997B49" w14:textId="77777777" w:rsidR="00237A22" w:rsidRDefault="005E4C91">
            <w:r>
              <w:t>ACC 106 FINANCIAL ACCOUNTING (3)</w:t>
            </w:r>
          </w:p>
        </w:tc>
        <w:tc>
          <w:tcPr>
            <w:tcW w:w="2880" w:type="dxa"/>
          </w:tcPr>
          <w:p w14:paraId="7E1B86C4" w14:textId="77777777" w:rsidR="00237A22" w:rsidRDefault="005E4C91">
            <w:r>
              <w:t>Major Core Course</w:t>
            </w:r>
          </w:p>
        </w:tc>
      </w:tr>
      <w:tr w:rsidR="00D24D3E" w14:paraId="4C65FE2A" w14:textId="77777777" w:rsidTr="78D480A5">
        <w:tc>
          <w:tcPr>
            <w:tcW w:w="2880" w:type="dxa"/>
          </w:tcPr>
          <w:p w14:paraId="14DFCC9D" w14:textId="77777777" w:rsidR="00237A22" w:rsidRDefault="005E4C91">
            <w:r>
              <w:t>MAT-181</w:t>
            </w:r>
          </w:p>
        </w:tc>
        <w:tc>
          <w:tcPr>
            <w:tcW w:w="2880" w:type="dxa"/>
          </w:tcPr>
          <w:p w14:paraId="68B96E90" w14:textId="77777777" w:rsidR="00237A22" w:rsidRDefault="005E4C91">
            <w:r>
              <w:t>Statistics I</w:t>
            </w:r>
          </w:p>
        </w:tc>
        <w:tc>
          <w:tcPr>
            <w:tcW w:w="2880" w:type="dxa"/>
          </w:tcPr>
          <w:p w14:paraId="2CD37340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46F933D1" w14:textId="77777777" w:rsidR="00237A22" w:rsidRDefault="005E4C91">
            <w:r>
              <w:t>MAT 147 STATISTICS (3)</w:t>
            </w:r>
          </w:p>
        </w:tc>
        <w:tc>
          <w:tcPr>
            <w:tcW w:w="2880" w:type="dxa"/>
          </w:tcPr>
          <w:p w14:paraId="5F9A1AAA" w14:textId="77777777" w:rsidR="001500B6" w:rsidRDefault="001500B6" w:rsidP="001500B6">
            <w:r>
              <w:t>Major Required Support Course – in place of MAT128</w:t>
            </w:r>
          </w:p>
          <w:p w14:paraId="6145C366" w14:textId="61C1B719" w:rsidR="00237A22" w:rsidRDefault="00237A22"/>
        </w:tc>
      </w:tr>
      <w:tr w:rsidR="00D24D3E" w14:paraId="3B08A88F" w14:textId="77777777" w:rsidTr="78D480A5">
        <w:tc>
          <w:tcPr>
            <w:tcW w:w="2880" w:type="dxa"/>
          </w:tcPr>
          <w:p w14:paraId="7FD4707D" w14:textId="77777777" w:rsidR="00237A22" w:rsidRDefault="005E4C91">
            <w:r>
              <w:t>GenEd-SR</w:t>
            </w:r>
          </w:p>
        </w:tc>
        <w:tc>
          <w:tcPr>
            <w:tcW w:w="2880" w:type="dxa"/>
          </w:tcPr>
          <w:p w14:paraId="3D803557" w14:textId="77777777" w:rsidR="00237A22" w:rsidRDefault="005E4C91">
            <w:r>
              <w:t>Scientific Reasoning</w:t>
            </w:r>
          </w:p>
          <w:p w14:paraId="7A8B27F6" w14:textId="77777777" w:rsidR="008E5F27" w:rsidRDefault="008E5F27" w:rsidP="008E5F27">
            <w:r>
              <w:t>Choose a course tagged as a Mass Transfer Science</w:t>
            </w:r>
          </w:p>
          <w:p w14:paraId="13EC6672" w14:textId="77777777" w:rsidR="008E5F27" w:rsidRDefault="008E5F27"/>
        </w:tc>
        <w:tc>
          <w:tcPr>
            <w:tcW w:w="2880" w:type="dxa"/>
          </w:tcPr>
          <w:p w14:paraId="6F22E0C7" w14:textId="77777777" w:rsidR="00237A22" w:rsidRDefault="005E4C91">
            <w:r>
              <w:t>4</w:t>
            </w:r>
          </w:p>
        </w:tc>
        <w:tc>
          <w:tcPr>
            <w:tcW w:w="2880" w:type="dxa"/>
          </w:tcPr>
          <w:p w14:paraId="2816296E" w14:textId="77777777" w:rsidR="00237A22" w:rsidRDefault="005E4C91">
            <w:r>
              <w:t>GEN ED SCIENTIFIC REASONING LAB ELECTIVE</w:t>
            </w:r>
          </w:p>
        </w:tc>
        <w:tc>
          <w:tcPr>
            <w:tcW w:w="2880" w:type="dxa"/>
          </w:tcPr>
          <w:p w14:paraId="7540339B" w14:textId="77777777" w:rsidR="00237A22" w:rsidRDefault="005E4C91">
            <w:r>
              <w:t>Free Elective due to MassTransfer Gen Ed Exemption</w:t>
            </w:r>
          </w:p>
        </w:tc>
      </w:tr>
      <w:tr w:rsidR="00D24D3E" w14:paraId="70C5F07D" w14:textId="77777777" w:rsidTr="78D480A5">
        <w:tc>
          <w:tcPr>
            <w:tcW w:w="2880" w:type="dxa"/>
          </w:tcPr>
          <w:p w14:paraId="56375B7A" w14:textId="77777777" w:rsidR="00237A22" w:rsidRDefault="005E4C91">
            <w:r>
              <w:t>GenEd-CW</w:t>
            </w:r>
          </w:p>
        </w:tc>
        <w:tc>
          <w:tcPr>
            <w:tcW w:w="2880" w:type="dxa"/>
          </w:tcPr>
          <w:p w14:paraId="6E18E1A2" w14:textId="77777777" w:rsidR="00237A22" w:rsidRDefault="005E4C91">
            <w:r>
              <w:t>Creative Work</w:t>
            </w:r>
          </w:p>
          <w:p w14:paraId="4B94E841" w14:textId="77777777" w:rsidR="00690BC9" w:rsidRDefault="00690BC9" w:rsidP="00690BC9">
            <w:r>
              <w:t>Choose a course tagged as a Mass Transfer Humanities</w:t>
            </w:r>
          </w:p>
          <w:p w14:paraId="24BD35E2" w14:textId="77777777" w:rsidR="00690BC9" w:rsidRDefault="00690BC9"/>
        </w:tc>
        <w:tc>
          <w:tcPr>
            <w:tcW w:w="2880" w:type="dxa"/>
          </w:tcPr>
          <w:p w14:paraId="09C8DB6C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79967A2C" w14:textId="77777777" w:rsidR="00237A22" w:rsidRDefault="005E4C91">
            <w:r>
              <w:t>GEN ED CREATIVE WORK ELECTIVE</w:t>
            </w:r>
          </w:p>
        </w:tc>
        <w:tc>
          <w:tcPr>
            <w:tcW w:w="2880" w:type="dxa"/>
          </w:tcPr>
          <w:p w14:paraId="1CD9F62D" w14:textId="77777777" w:rsidR="00237A22" w:rsidRDefault="005E4C91">
            <w:r>
              <w:t>Free Elective due to MassTransfer Gen Ed Exemption</w:t>
            </w:r>
          </w:p>
        </w:tc>
      </w:tr>
      <w:tr w:rsidR="00D24D3E" w14:paraId="34840623" w14:textId="77777777" w:rsidTr="78D480A5">
        <w:tc>
          <w:tcPr>
            <w:tcW w:w="2880" w:type="dxa"/>
          </w:tcPr>
          <w:p w14:paraId="74A7EAEF" w14:textId="77777777" w:rsidR="00237A22" w:rsidRDefault="005E4C91">
            <w:r>
              <w:t>ECO-202</w:t>
            </w:r>
          </w:p>
        </w:tc>
        <w:tc>
          <w:tcPr>
            <w:tcW w:w="2880" w:type="dxa"/>
          </w:tcPr>
          <w:p w14:paraId="68ECD905" w14:textId="77777777" w:rsidR="00237A22" w:rsidRDefault="005E4C91">
            <w:r>
              <w:t>Microeconomics</w:t>
            </w:r>
          </w:p>
        </w:tc>
        <w:tc>
          <w:tcPr>
            <w:tcW w:w="2880" w:type="dxa"/>
          </w:tcPr>
          <w:p w14:paraId="614E7AF1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1ACF5F7F" w14:textId="77777777" w:rsidR="00237A22" w:rsidRDefault="005E4C91">
            <w:r>
              <w:t>ECO202</w:t>
            </w:r>
          </w:p>
        </w:tc>
        <w:tc>
          <w:tcPr>
            <w:tcW w:w="2880" w:type="dxa"/>
          </w:tcPr>
          <w:p w14:paraId="208F4CDA" w14:textId="77777777" w:rsidR="00237A22" w:rsidRDefault="005E4C91">
            <w:r>
              <w:t>Required Major Support Course</w:t>
            </w:r>
          </w:p>
        </w:tc>
      </w:tr>
      <w:tr w:rsidR="00D24D3E" w14:paraId="63251AAC" w14:textId="77777777" w:rsidTr="78D480A5">
        <w:tc>
          <w:tcPr>
            <w:tcW w:w="2880" w:type="dxa"/>
          </w:tcPr>
          <w:p w14:paraId="47EC365F" w14:textId="77777777" w:rsidR="00237A22" w:rsidRDefault="005E4C91">
            <w:r>
              <w:t>MAT-231</w:t>
            </w:r>
            <w:r>
              <w:br/>
              <w:t>Or MAT-281</w:t>
            </w:r>
          </w:p>
        </w:tc>
        <w:tc>
          <w:tcPr>
            <w:tcW w:w="2880" w:type="dxa"/>
          </w:tcPr>
          <w:p w14:paraId="4BEEA331" w14:textId="77777777" w:rsidR="00237A22" w:rsidRDefault="005E4C91">
            <w:r>
              <w:t>Calculus for Management Science</w:t>
            </w:r>
          </w:p>
        </w:tc>
        <w:tc>
          <w:tcPr>
            <w:tcW w:w="2880" w:type="dxa"/>
          </w:tcPr>
          <w:p w14:paraId="1CF76FFC" w14:textId="77777777" w:rsidR="00237A22" w:rsidRDefault="005E4C91">
            <w:r>
              <w:t>4</w:t>
            </w:r>
          </w:p>
        </w:tc>
        <w:tc>
          <w:tcPr>
            <w:tcW w:w="2880" w:type="dxa"/>
          </w:tcPr>
          <w:p w14:paraId="486FE784" w14:textId="77777777" w:rsidR="00237A22" w:rsidRDefault="005E4C91">
            <w:r>
              <w:t>MAT 208 BUSINESS CALCULUS (3) + SSUT61 1 CR</w:t>
            </w:r>
            <w:r>
              <w:br/>
              <w:t>OR MAT 220 CALCULUS I (4)</w:t>
            </w:r>
          </w:p>
          <w:p w14:paraId="5B8FE093" w14:textId="77777777" w:rsidR="00690BC9" w:rsidRDefault="00690BC9"/>
        </w:tc>
        <w:tc>
          <w:tcPr>
            <w:tcW w:w="2880" w:type="dxa"/>
          </w:tcPr>
          <w:p w14:paraId="39A752ED" w14:textId="77777777" w:rsidR="00237A22" w:rsidRDefault="005E4C91">
            <w:r>
              <w:t>Free Elective due to MassTransfer Gen Ed Exemption</w:t>
            </w:r>
          </w:p>
        </w:tc>
      </w:tr>
      <w:tr w:rsidR="00D24D3E" w14:paraId="713E1357" w14:textId="77777777" w:rsidTr="78D480A5">
        <w:tc>
          <w:tcPr>
            <w:tcW w:w="2880" w:type="dxa"/>
          </w:tcPr>
          <w:p w14:paraId="217D2AC1" w14:textId="77777777" w:rsidR="00237A22" w:rsidRDefault="005E4C91">
            <w:r>
              <w:lastRenderedPageBreak/>
              <w:t>Literature Elective</w:t>
            </w:r>
          </w:p>
        </w:tc>
        <w:tc>
          <w:tcPr>
            <w:tcW w:w="2880" w:type="dxa"/>
          </w:tcPr>
          <w:p w14:paraId="1071AB0B" w14:textId="77777777" w:rsidR="00237A22" w:rsidRDefault="005E4C91">
            <w:r>
              <w:t>Literature Elective</w:t>
            </w:r>
          </w:p>
          <w:p w14:paraId="73BB7360" w14:textId="77777777" w:rsidR="00690BC9" w:rsidRDefault="00690BC9" w:rsidP="00690BC9">
            <w:r>
              <w:t>Choose a course tagged as a Mass Transfer Humanities</w:t>
            </w:r>
          </w:p>
          <w:p w14:paraId="59DDE1AA" w14:textId="77777777" w:rsidR="00690BC9" w:rsidRDefault="00690BC9"/>
        </w:tc>
        <w:tc>
          <w:tcPr>
            <w:tcW w:w="2880" w:type="dxa"/>
          </w:tcPr>
          <w:p w14:paraId="30270F66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65869152" w14:textId="77777777" w:rsidR="00237A22" w:rsidRDefault="005E4C91">
            <w:r>
              <w:t>GEN ED LITERATURE ELECTIVE</w:t>
            </w:r>
          </w:p>
        </w:tc>
        <w:tc>
          <w:tcPr>
            <w:tcW w:w="2880" w:type="dxa"/>
          </w:tcPr>
          <w:p w14:paraId="7681EBC0" w14:textId="77777777" w:rsidR="00237A22" w:rsidRDefault="005E4C91">
            <w:r>
              <w:t>Free Elective due to MassTransfer Gen Ed Exemption</w:t>
            </w:r>
          </w:p>
        </w:tc>
      </w:tr>
      <w:tr w:rsidR="00D24D3E" w14:paraId="69956716" w14:textId="77777777" w:rsidTr="78D480A5">
        <w:tc>
          <w:tcPr>
            <w:tcW w:w="2880" w:type="dxa"/>
          </w:tcPr>
          <w:p w14:paraId="7578F4B3" w14:textId="77777777" w:rsidR="00237A22" w:rsidRDefault="005E4C91">
            <w:r>
              <w:t>MAN-112</w:t>
            </w:r>
          </w:p>
        </w:tc>
        <w:tc>
          <w:tcPr>
            <w:tcW w:w="2880" w:type="dxa"/>
          </w:tcPr>
          <w:p w14:paraId="3C508039" w14:textId="77777777" w:rsidR="00237A22" w:rsidRDefault="005E4C91">
            <w:r>
              <w:t>Organizational Behavior/Design</w:t>
            </w:r>
          </w:p>
        </w:tc>
        <w:tc>
          <w:tcPr>
            <w:tcW w:w="2880" w:type="dxa"/>
          </w:tcPr>
          <w:p w14:paraId="7753D4A9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66123BF2" w14:textId="2265A82C" w:rsidR="00237A22" w:rsidRDefault="005E4C91">
            <w:r>
              <w:t>SSUT62</w:t>
            </w:r>
            <w:r w:rsidR="00AF4455">
              <w:t xml:space="preserve"> FREE ELECTIVE</w:t>
            </w:r>
          </w:p>
        </w:tc>
        <w:tc>
          <w:tcPr>
            <w:tcW w:w="2880" w:type="dxa"/>
          </w:tcPr>
          <w:p w14:paraId="6492AA20" w14:textId="77777777" w:rsidR="00237A22" w:rsidRDefault="005E4C91">
            <w:r>
              <w:t>Free Elective due to MassTransfer Gen Ed Exemption</w:t>
            </w:r>
          </w:p>
        </w:tc>
      </w:tr>
      <w:tr w:rsidR="00D24D3E" w14:paraId="0CE61219" w14:textId="77777777" w:rsidTr="78D480A5">
        <w:tc>
          <w:tcPr>
            <w:tcW w:w="2880" w:type="dxa"/>
          </w:tcPr>
          <w:p w14:paraId="23A0B28D" w14:textId="77777777" w:rsidR="00237A22" w:rsidRDefault="005E4C91">
            <w:r>
              <w:t>Career Elective</w:t>
            </w:r>
          </w:p>
        </w:tc>
        <w:tc>
          <w:tcPr>
            <w:tcW w:w="2880" w:type="dxa"/>
          </w:tcPr>
          <w:p w14:paraId="66EE92DA" w14:textId="77777777" w:rsidR="00237A22" w:rsidRDefault="005E4C91">
            <w:r>
              <w:t>Career Elective</w:t>
            </w:r>
          </w:p>
        </w:tc>
        <w:tc>
          <w:tcPr>
            <w:tcW w:w="2880" w:type="dxa"/>
          </w:tcPr>
          <w:p w14:paraId="6984A7E9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212A7302" w14:textId="77777777" w:rsidR="00237A22" w:rsidRDefault="005E4C91">
            <w:r>
              <w:t>FREE ELECTIVE</w:t>
            </w:r>
          </w:p>
        </w:tc>
        <w:tc>
          <w:tcPr>
            <w:tcW w:w="2880" w:type="dxa"/>
          </w:tcPr>
          <w:p w14:paraId="748AD3A3" w14:textId="77777777" w:rsidR="00237A22" w:rsidRDefault="005E4C91">
            <w:r>
              <w:t>Free Elective due to MassTransfer Gen Ed Exemption</w:t>
            </w:r>
          </w:p>
        </w:tc>
      </w:tr>
      <w:tr w:rsidR="00D24D3E" w14:paraId="5D8E5250" w14:textId="77777777" w:rsidTr="78D480A5">
        <w:tc>
          <w:tcPr>
            <w:tcW w:w="2880" w:type="dxa"/>
          </w:tcPr>
          <w:p w14:paraId="7151028D" w14:textId="77777777" w:rsidR="00237A22" w:rsidRDefault="005E4C91">
            <w:r>
              <w:t>MAN-111</w:t>
            </w:r>
          </w:p>
        </w:tc>
        <w:tc>
          <w:tcPr>
            <w:tcW w:w="2880" w:type="dxa"/>
          </w:tcPr>
          <w:p w14:paraId="4BDBC146" w14:textId="77777777" w:rsidR="00237A22" w:rsidRDefault="005E4C91">
            <w:r>
              <w:t>Principles of Management</w:t>
            </w:r>
          </w:p>
        </w:tc>
        <w:tc>
          <w:tcPr>
            <w:tcW w:w="2880" w:type="dxa"/>
          </w:tcPr>
          <w:p w14:paraId="4892838E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37CDB25B" w14:textId="77777777" w:rsidR="00237A22" w:rsidRDefault="005E4C91">
            <w:r>
              <w:t>MGT231</w:t>
            </w:r>
          </w:p>
        </w:tc>
        <w:tc>
          <w:tcPr>
            <w:tcW w:w="2880" w:type="dxa"/>
          </w:tcPr>
          <w:p w14:paraId="694029BE" w14:textId="5CC5D5A2" w:rsidR="00235A14" w:rsidRDefault="009505AD">
            <w:r>
              <w:t xml:space="preserve">Major Core Course </w:t>
            </w:r>
            <w:r>
              <w:br/>
              <w:t>(Counts in place of MGT332</w:t>
            </w:r>
            <w:r w:rsidR="00A36E58">
              <w:t xml:space="preserve"> if MGT231 is not specifically required</w:t>
            </w:r>
            <w:r w:rsidR="000932B1">
              <w:t xml:space="preserve"> or a concentration elective</w:t>
            </w:r>
            <w:r w:rsidR="00A36E58">
              <w:t>)</w:t>
            </w:r>
          </w:p>
        </w:tc>
      </w:tr>
      <w:tr w:rsidR="00D24D3E" w14:paraId="3588036D" w14:textId="77777777" w:rsidTr="78D480A5">
        <w:tc>
          <w:tcPr>
            <w:tcW w:w="2880" w:type="dxa"/>
          </w:tcPr>
          <w:p w14:paraId="37F89D4E" w14:textId="77777777" w:rsidR="00237A22" w:rsidRDefault="005E4C91">
            <w:r>
              <w:t>MAN-105</w:t>
            </w:r>
          </w:p>
        </w:tc>
        <w:tc>
          <w:tcPr>
            <w:tcW w:w="2880" w:type="dxa"/>
          </w:tcPr>
          <w:p w14:paraId="57B795CC" w14:textId="77777777" w:rsidR="00237A22" w:rsidRDefault="005E4C91">
            <w:r>
              <w:t>Principles of Marketing</w:t>
            </w:r>
          </w:p>
        </w:tc>
        <w:tc>
          <w:tcPr>
            <w:tcW w:w="2880" w:type="dxa"/>
          </w:tcPr>
          <w:p w14:paraId="38FA927E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7FD2CE60" w14:textId="77777777" w:rsidR="00237A22" w:rsidRDefault="005E4C91">
            <w:r>
              <w:t>MKT241N</w:t>
            </w:r>
          </w:p>
        </w:tc>
        <w:tc>
          <w:tcPr>
            <w:tcW w:w="2880" w:type="dxa"/>
          </w:tcPr>
          <w:p w14:paraId="7EFEE5E4" w14:textId="77777777" w:rsidR="00237A22" w:rsidRDefault="005E4C91">
            <w:r>
              <w:t>Major Core Course</w:t>
            </w:r>
          </w:p>
          <w:p w14:paraId="55443A93" w14:textId="77777777" w:rsidR="00235A14" w:rsidRDefault="00235A14"/>
        </w:tc>
      </w:tr>
      <w:tr w:rsidR="00D24D3E" w14:paraId="7C744ACF" w14:textId="77777777" w:rsidTr="78D480A5">
        <w:tc>
          <w:tcPr>
            <w:tcW w:w="2880" w:type="dxa"/>
          </w:tcPr>
          <w:p w14:paraId="3DF84743" w14:textId="77777777" w:rsidR="00237A22" w:rsidRDefault="005E4C91">
            <w:r>
              <w:t>Literature Elective</w:t>
            </w:r>
          </w:p>
        </w:tc>
        <w:tc>
          <w:tcPr>
            <w:tcW w:w="2880" w:type="dxa"/>
          </w:tcPr>
          <w:p w14:paraId="2763D61D" w14:textId="77777777" w:rsidR="00237A22" w:rsidRDefault="005E4C91">
            <w:r>
              <w:t>Literature Elective</w:t>
            </w:r>
          </w:p>
          <w:p w14:paraId="3C19E36A" w14:textId="77777777" w:rsidR="00690BC9" w:rsidRDefault="00690BC9" w:rsidP="00690BC9">
            <w:r>
              <w:t>Choose a course tagged as a Mass Transfer Humanities</w:t>
            </w:r>
          </w:p>
          <w:p w14:paraId="78D2A6EF" w14:textId="77777777" w:rsidR="00690BC9" w:rsidRDefault="00690BC9"/>
        </w:tc>
        <w:tc>
          <w:tcPr>
            <w:tcW w:w="2880" w:type="dxa"/>
          </w:tcPr>
          <w:p w14:paraId="445B179C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75A58E04" w14:textId="77777777" w:rsidR="00237A22" w:rsidRDefault="005E4C91">
            <w:r>
              <w:t>GEN ED LITERATURE ELECTIVE</w:t>
            </w:r>
          </w:p>
        </w:tc>
        <w:tc>
          <w:tcPr>
            <w:tcW w:w="2880" w:type="dxa"/>
          </w:tcPr>
          <w:p w14:paraId="6B462131" w14:textId="77777777" w:rsidR="00237A22" w:rsidRDefault="005E4C91">
            <w:r>
              <w:t>Free Elective</w:t>
            </w:r>
          </w:p>
        </w:tc>
      </w:tr>
      <w:tr w:rsidR="00D24D3E" w14:paraId="39C90A7C" w14:textId="77777777" w:rsidTr="78D480A5">
        <w:tc>
          <w:tcPr>
            <w:tcW w:w="2880" w:type="dxa"/>
          </w:tcPr>
          <w:p w14:paraId="1466EAB4" w14:textId="77777777" w:rsidR="00237A22" w:rsidRDefault="005E4C91">
            <w:r>
              <w:t>Lab Science Elective</w:t>
            </w:r>
          </w:p>
        </w:tc>
        <w:tc>
          <w:tcPr>
            <w:tcW w:w="2880" w:type="dxa"/>
          </w:tcPr>
          <w:p w14:paraId="132124C5" w14:textId="77777777" w:rsidR="00237A22" w:rsidRDefault="005E4C91">
            <w:r>
              <w:t>Lab Science Elective</w:t>
            </w:r>
          </w:p>
          <w:p w14:paraId="798C6551" w14:textId="77777777" w:rsidR="008E5F27" w:rsidRDefault="008E5F27" w:rsidP="008E5F27">
            <w:r>
              <w:t>Choose a course tagged as a Mass Transfer Science</w:t>
            </w:r>
          </w:p>
          <w:p w14:paraId="4B46A679" w14:textId="77777777" w:rsidR="008E5F27" w:rsidRDefault="008E5F27"/>
        </w:tc>
        <w:tc>
          <w:tcPr>
            <w:tcW w:w="2880" w:type="dxa"/>
          </w:tcPr>
          <w:p w14:paraId="706D5ACD" w14:textId="77777777" w:rsidR="00237A22" w:rsidRDefault="005E4C91">
            <w:r>
              <w:t>4</w:t>
            </w:r>
          </w:p>
        </w:tc>
        <w:tc>
          <w:tcPr>
            <w:tcW w:w="2880" w:type="dxa"/>
          </w:tcPr>
          <w:p w14:paraId="2E416B6D" w14:textId="77777777" w:rsidR="00237A22" w:rsidRDefault="005E4C91">
            <w:r>
              <w:t>GEN ED SCIENTIFIC REASONING LAB ELECTIVE</w:t>
            </w:r>
          </w:p>
        </w:tc>
        <w:tc>
          <w:tcPr>
            <w:tcW w:w="2880" w:type="dxa"/>
          </w:tcPr>
          <w:p w14:paraId="1EC2FF4E" w14:textId="77777777" w:rsidR="00237A22" w:rsidRDefault="005E4C91">
            <w:r>
              <w:t>Free Elective</w:t>
            </w:r>
          </w:p>
        </w:tc>
      </w:tr>
      <w:tr w:rsidR="00D24D3E" w14:paraId="059F1A89" w14:textId="77777777" w:rsidTr="78D480A5">
        <w:tc>
          <w:tcPr>
            <w:tcW w:w="2880" w:type="dxa"/>
          </w:tcPr>
          <w:p w14:paraId="498BB8CE" w14:textId="77777777" w:rsidR="00237A22" w:rsidRDefault="005E4C91">
            <w:r>
              <w:t>Social Science Elective</w:t>
            </w:r>
          </w:p>
          <w:p w14:paraId="103D9925" w14:textId="77777777" w:rsidR="00272D52" w:rsidRDefault="00272D52" w:rsidP="00272D52">
            <w:r>
              <w:t>Choose ECO-201 Macroeconomics</w:t>
            </w:r>
          </w:p>
          <w:p w14:paraId="70A404E5" w14:textId="77777777" w:rsidR="00272D52" w:rsidRDefault="00272D52"/>
        </w:tc>
        <w:tc>
          <w:tcPr>
            <w:tcW w:w="2880" w:type="dxa"/>
          </w:tcPr>
          <w:p w14:paraId="417F6A6D" w14:textId="77777777" w:rsidR="00237A22" w:rsidRDefault="005E4C91">
            <w:r>
              <w:t>Social Science Elective</w:t>
            </w:r>
          </w:p>
          <w:p w14:paraId="5022AE5D" w14:textId="77777777" w:rsidR="00272D52" w:rsidRDefault="00272D52" w:rsidP="00272D52">
            <w:r>
              <w:t>Choose ECO-201 Macroeconomics</w:t>
            </w:r>
          </w:p>
          <w:p w14:paraId="5F5CBAD4" w14:textId="77777777" w:rsidR="00272D52" w:rsidRDefault="00272D52"/>
        </w:tc>
        <w:tc>
          <w:tcPr>
            <w:tcW w:w="2880" w:type="dxa"/>
          </w:tcPr>
          <w:p w14:paraId="037837C1" w14:textId="77777777" w:rsidR="00237A22" w:rsidRDefault="005E4C91">
            <w:r>
              <w:t>3</w:t>
            </w:r>
          </w:p>
        </w:tc>
        <w:tc>
          <w:tcPr>
            <w:tcW w:w="2880" w:type="dxa"/>
          </w:tcPr>
          <w:p w14:paraId="35FF8755" w14:textId="77777777" w:rsidR="00237A22" w:rsidRDefault="005E4C91">
            <w:r>
              <w:t>ECO201</w:t>
            </w:r>
          </w:p>
        </w:tc>
        <w:tc>
          <w:tcPr>
            <w:tcW w:w="2880" w:type="dxa"/>
          </w:tcPr>
          <w:p w14:paraId="26F7A5C4" w14:textId="77777777" w:rsidR="00237A22" w:rsidRDefault="005E4C91">
            <w:r>
              <w:t>Required Major Support Course</w:t>
            </w:r>
          </w:p>
        </w:tc>
      </w:tr>
    </w:tbl>
    <w:p w14:paraId="04CB323B" w14:textId="77777777" w:rsidR="00D24D3E" w:rsidRDefault="00710C6A">
      <w:pPr>
        <w:pStyle w:val="Heading2"/>
      </w:pPr>
      <w:r>
        <w:t>Program Credit Summary</w:t>
      </w:r>
    </w:p>
    <w:p w14:paraId="0252AD32" w14:textId="77777777" w:rsidR="00D24D3E" w:rsidRDefault="00710C6A">
      <w:r>
        <w:t>Total Program Credits: 63</w:t>
      </w:r>
      <w:r>
        <w:br/>
        <w:t>Total Transfer Credits Applicable to Salem State University Program: 63</w:t>
      </w:r>
    </w:p>
    <w:p w14:paraId="7A99F63A" w14:textId="77777777" w:rsidR="00AF4204" w:rsidRDefault="00AF4204"/>
    <w:tbl>
      <w:tblPr>
        <w:tblW w:w="5000" w:type="pct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2"/>
        <w:gridCol w:w="2409"/>
        <w:gridCol w:w="1874"/>
        <w:gridCol w:w="1665"/>
      </w:tblGrid>
      <w:tr w:rsidR="007D1E75" w:rsidRPr="00FC4E2F" w14:paraId="2AF31242" w14:textId="77777777" w:rsidTr="7919954D">
        <w:tc>
          <w:tcPr>
            <w:tcW w:w="2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E667AFF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20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C8950F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 xml:space="preserve">Catalog: 2026-2027 Undergraduate Catalog </w:t>
            </w:r>
          </w:p>
        </w:tc>
      </w:tr>
      <w:tr w:rsidR="007D1E75" w:rsidRPr="00FC4E2F" w14:paraId="68982889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10263F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lastRenderedPageBreak/>
              <w:t>Business Administration, Analytics and Management Science, BSBA</w:t>
            </w:r>
          </w:p>
        </w:tc>
      </w:tr>
      <w:tr w:rsidR="007D1E75" w:rsidRPr="00FC4E2F" w14:paraId="6509836B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57EDF5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General Education Requirements</w:t>
            </w:r>
          </w:p>
          <w:p w14:paraId="38508FD8" w14:textId="77777777" w:rsidR="007D1E75" w:rsidRDefault="007D1E75" w:rsidP="00875FD2">
            <w:pPr>
              <w:rPr>
                <w:i/>
                <w:iCs/>
                <w:color w:val="0070C0"/>
                <w:sz w:val="20"/>
                <w:szCs w:val="20"/>
                <w:u w:val="single"/>
              </w:rPr>
            </w:pPr>
            <w:r w:rsidRPr="001D6379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05AB2205" w14:textId="77777777" w:rsidR="007D1E75" w:rsidRDefault="007D1E75" w:rsidP="00875FD2">
            <w:pPr>
              <w:rPr>
                <w:sz w:val="20"/>
                <w:szCs w:val="20"/>
              </w:rPr>
            </w:pPr>
            <w:r w:rsidRPr="005E1F1A">
              <w:rPr>
                <w:sz w:val="20"/>
                <w:szCs w:val="20"/>
              </w:rPr>
              <w:t>(34-35 credits total</w:t>
            </w:r>
            <w:r>
              <w:rPr>
                <w:sz w:val="20"/>
                <w:szCs w:val="20"/>
              </w:rPr>
              <w:t xml:space="preserve"> – credits still required / 120 credits to graduate still required)</w:t>
            </w:r>
          </w:p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4415"/>
              <w:gridCol w:w="1080"/>
              <w:gridCol w:w="4320"/>
            </w:tblGrid>
            <w:tr w:rsidR="007D1E75" w:rsidRPr="001D6379" w14:paraId="3DCAA8D1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144D769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9089676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980F2FF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62F72170" w14:textId="5A3365E2" w:rsidR="007D1E75" w:rsidRPr="001D6379" w:rsidRDefault="000317A0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ENG111</w:t>
                  </w:r>
                </w:p>
              </w:tc>
            </w:tr>
            <w:tr w:rsidR="007D1E75" w:rsidRPr="001D6379" w14:paraId="25633163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2BB3FAE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486C351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0FFAA61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2B382EAB" w14:textId="07253F0C" w:rsidR="007D1E75" w:rsidRPr="001D6379" w:rsidRDefault="1E459523" w:rsidP="00875FD2">
                  <w:r w:rsidRPr="7919954D">
                    <w:rPr>
                      <w:sz w:val="20"/>
                      <w:szCs w:val="20"/>
                    </w:rPr>
                    <w:t>ACC101</w:t>
                  </w:r>
                </w:p>
              </w:tc>
            </w:tr>
            <w:tr w:rsidR="007D1E75" w:rsidRPr="001D6379" w14:paraId="4032FAF8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96A5F94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0E1AEF2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D014F42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64A6C8C" w14:textId="6464AF64" w:rsidR="007D1E75" w:rsidRPr="001D6379" w:rsidRDefault="0262E224" w:rsidP="00875FD2">
                  <w:r w:rsidRPr="7919954D">
                    <w:rPr>
                      <w:sz w:val="20"/>
                      <w:szCs w:val="20"/>
                    </w:rPr>
                    <w:t>CIT110</w:t>
                  </w:r>
                </w:p>
              </w:tc>
            </w:tr>
            <w:tr w:rsidR="007D1E75" w:rsidRPr="001D6379" w14:paraId="04015D9E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ED2DA33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A09DC1F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74E8C5E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4B6BDCC5" w14:textId="7768BFE9" w:rsidR="007D1E75" w:rsidRPr="001D6379" w:rsidRDefault="7F66C7C2" w:rsidP="00875FD2">
                  <w:r w:rsidRPr="7919954D">
                    <w:rPr>
                      <w:sz w:val="20"/>
                      <w:szCs w:val="20"/>
                    </w:rPr>
                    <w:t>PSY101</w:t>
                  </w:r>
                </w:p>
              </w:tc>
            </w:tr>
            <w:tr w:rsidR="007D1E75" w:rsidRPr="001D6379" w14:paraId="67B0A68D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3712707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6F30CF6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54515E8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6662546" w14:textId="3D458349" w:rsidR="007D1E75" w:rsidRPr="001D6379" w:rsidRDefault="3679F87F" w:rsidP="00875FD2">
                  <w:r w:rsidRPr="7919954D">
                    <w:rPr>
                      <w:sz w:val="20"/>
                      <w:szCs w:val="20"/>
                    </w:rPr>
                    <w:t>ENG112</w:t>
                  </w:r>
                </w:p>
              </w:tc>
            </w:tr>
            <w:tr w:rsidR="007D1E75" w:rsidRPr="001D6379" w14:paraId="7D82D706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EF24AEE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0319941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9D111C6" w14:textId="6341DABB" w:rsidR="007D1E75" w:rsidRPr="001D6379" w:rsidRDefault="6B828366" w:rsidP="00875FD2">
                  <w:pPr>
                    <w:rPr>
                      <w:sz w:val="20"/>
                      <w:szCs w:val="20"/>
                    </w:rPr>
                  </w:pPr>
                  <w:r w:rsidRPr="7919954D">
                    <w:rPr>
                      <w:sz w:val="20"/>
                      <w:szCs w:val="20"/>
                    </w:rPr>
                    <w:t xml:space="preserve">4 </w:t>
                  </w:r>
                  <w:r w:rsidR="007D1E75" w:rsidRPr="7919954D">
                    <w:rPr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320" w:type="dxa"/>
                </w:tcPr>
                <w:p w14:paraId="64A3DDDA" w14:textId="58C4C1E9" w:rsidR="007D1E75" w:rsidRPr="001D6379" w:rsidRDefault="0494A08A" w:rsidP="00875FD2">
                  <w:r w:rsidRPr="7919954D">
                    <w:rPr>
                      <w:sz w:val="20"/>
                      <w:szCs w:val="20"/>
                    </w:rPr>
                    <w:t>GenEd-</w:t>
                  </w:r>
                  <w:r w:rsidR="5282E64B" w:rsidRPr="7919954D">
                    <w:rPr>
                      <w:sz w:val="20"/>
                      <w:szCs w:val="20"/>
                    </w:rPr>
                    <w:t>SR</w:t>
                  </w:r>
                </w:p>
              </w:tc>
            </w:tr>
            <w:tr w:rsidR="007D1E75" w:rsidRPr="001D6379" w14:paraId="68694C83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F7FF16D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A5D99F9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3E8A1D9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4E95EB1B" w14:textId="6E4DA219" w:rsidR="007D1E75" w:rsidRPr="001D6379" w:rsidRDefault="4942678B" w:rsidP="00875FD2">
                  <w:r w:rsidRPr="7919954D">
                    <w:rPr>
                      <w:sz w:val="20"/>
                      <w:szCs w:val="20"/>
                    </w:rPr>
                    <w:t>GenEd-CW</w:t>
                  </w:r>
                </w:p>
              </w:tc>
            </w:tr>
            <w:tr w:rsidR="007D1E75" w:rsidRPr="001D6379" w14:paraId="55FFDBDC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AA93866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8E56FBB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4FC2822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689C79F7" w14:textId="16F5932F" w:rsidR="007D1E75" w:rsidRPr="001D6379" w:rsidRDefault="33F89C25" w:rsidP="00875FD2">
                  <w:r w:rsidRPr="7919954D">
                    <w:rPr>
                      <w:sz w:val="20"/>
                      <w:szCs w:val="20"/>
                    </w:rPr>
                    <w:t>Career Elective</w:t>
                  </w:r>
                </w:p>
              </w:tc>
            </w:tr>
            <w:tr w:rsidR="007D1E75" w:rsidRPr="001D6379" w14:paraId="1C998692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3A26CAC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92FF5F4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FFB4198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451047A6" w14:textId="33136617" w:rsidR="007D1E75" w:rsidRPr="001D6379" w:rsidRDefault="3CD59931" w:rsidP="00875FD2">
                  <w:r w:rsidRPr="7919954D">
                    <w:rPr>
                      <w:sz w:val="20"/>
                      <w:szCs w:val="20"/>
                    </w:rPr>
                    <w:t>Literature Elective</w:t>
                  </w:r>
                </w:p>
              </w:tc>
            </w:tr>
            <w:tr w:rsidR="007D1E75" w:rsidRPr="001D6379" w14:paraId="59005B7B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8CC4BA8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07F43D8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D5AB12E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6B4BE0EA" w14:textId="48074226" w:rsidR="007D1E75" w:rsidRPr="001D6379" w:rsidRDefault="056641F5" w:rsidP="00875FD2">
                  <w:r w:rsidRPr="7919954D">
                    <w:rPr>
                      <w:sz w:val="20"/>
                      <w:szCs w:val="20"/>
                    </w:rPr>
                    <w:t>MAN112</w:t>
                  </w:r>
                </w:p>
              </w:tc>
            </w:tr>
            <w:tr w:rsidR="007D1E75" w:rsidRPr="001D6379" w14:paraId="416578A6" w14:textId="77777777" w:rsidTr="7919954D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DC25BDD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44B39DA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4F730BE" w14:textId="77777777" w:rsidR="007D1E75" w:rsidRPr="001D6379" w:rsidRDefault="007D1E75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Pr="003D6E81">
                    <w:rPr>
                      <w:sz w:val="20"/>
                      <w:szCs w:val="20"/>
                    </w:rPr>
                    <w:t xml:space="preserve"> credits</w:t>
                  </w:r>
                </w:p>
              </w:tc>
              <w:tc>
                <w:tcPr>
                  <w:tcW w:w="4320" w:type="dxa"/>
                </w:tcPr>
                <w:p w14:paraId="4A15CCFA" w14:textId="58772FB9" w:rsidR="007D1E75" w:rsidRPr="001D6379" w:rsidRDefault="45521820" w:rsidP="00875FD2">
                  <w:r w:rsidRPr="7919954D">
                    <w:rPr>
                      <w:sz w:val="20"/>
                      <w:szCs w:val="20"/>
                    </w:rPr>
                    <w:t>MAT231 or MAT281</w:t>
                  </w:r>
                </w:p>
              </w:tc>
            </w:tr>
          </w:tbl>
          <w:p w14:paraId="6CD24C5F" w14:textId="77777777" w:rsidR="007D1E75" w:rsidRPr="00F748FF" w:rsidRDefault="007D1E75" w:rsidP="00875FD2">
            <w:pPr>
              <w:rPr>
                <w:sz w:val="20"/>
                <w:szCs w:val="20"/>
              </w:rPr>
            </w:pPr>
            <w:r w:rsidRPr="009B5CCA">
              <w:rPr>
                <w:sz w:val="20"/>
                <w:szCs w:val="20"/>
              </w:rPr>
              <w:t>  </w:t>
            </w:r>
          </w:p>
          <w:p w14:paraId="5AC8D11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 </w:t>
            </w:r>
          </w:p>
        </w:tc>
      </w:tr>
      <w:tr w:rsidR="007D1E75" w:rsidRPr="00FC4E2F" w14:paraId="561BE462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037E95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Courses in Major (55 credits total)</w:t>
            </w:r>
          </w:p>
        </w:tc>
      </w:tr>
      <w:tr w:rsidR="007D1E75" w:rsidRPr="00FC4E2F" w14:paraId="59B72955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155DAB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Major Core Courses (34 credits)</w:t>
            </w:r>
          </w:p>
        </w:tc>
      </w:tr>
      <w:tr w:rsidR="007D1E75" w:rsidRPr="00FC4E2F" w14:paraId="41C838BF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2B9954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Course Name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A0476B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3E09510" w14:textId="23AD45FF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9C33B57" w14:textId="763D2B26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5AD45BA2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35BD7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BUS 170 Introduction to Business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DB191E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0367248" w14:textId="1F00D9D3" w:rsidR="007D1E75" w:rsidRPr="00FC4E2F" w:rsidRDefault="000317A0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BUS101</w:t>
            </w: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CAEC34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62949755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CC4ECA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lastRenderedPageBreak/>
              <w:t>ACC 106 Financial Accounting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F7554D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905478" w14:textId="46F98D02" w:rsidR="007D1E75" w:rsidRPr="00FC4E2F" w:rsidRDefault="5C000C12" w:rsidP="00875FD2">
            <w:r w:rsidRPr="7919954D">
              <w:rPr>
                <w:sz w:val="20"/>
                <w:szCs w:val="20"/>
              </w:rPr>
              <w:t>ACC102</w:t>
            </w: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057634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369CB1EB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7E8E30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ACC 202 Managerial Accounting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21C060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DDDCF2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7200FD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9ABFA06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624D3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388CA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1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787E18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8A24A0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19021521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A3813D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MGT 332 Organizational Behavior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A1B87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2E3C4B" w14:textId="0C86BC84" w:rsidR="007D1E75" w:rsidRPr="00FC4E2F" w:rsidRDefault="2DACD002" w:rsidP="00875FD2">
            <w:r w:rsidRPr="7919954D">
              <w:rPr>
                <w:sz w:val="20"/>
                <w:szCs w:val="20"/>
              </w:rPr>
              <w:t>MAN111</w:t>
            </w:r>
            <w:r w:rsidR="08C4AC86" w:rsidRPr="7919954D">
              <w:rPr>
                <w:sz w:val="20"/>
                <w:szCs w:val="20"/>
              </w:rPr>
              <w:t xml:space="preserve"> SUB</w:t>
            </w: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CBD048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229A1885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F1449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MKT 241N Principles of Marketing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E1382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33641F" w14:textId="7B63CB89" w:rsidR="007D1E75" w:rsidRPr="00FC4E2F" w:rsidRDefault="7E50972B" w:rsidP="00875FD2">
            <w:r w:rsidRPr="7919954D">
              <w:rPr>
                <w:sz w:val="20"/>
                <w:szCs w:val="20"/>
              </w:rPr>
              <w:t>MAN105</w:t>
            </w: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949EBA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12BA19D2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AB5CB8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BUS 252 Business Law I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10AD60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BD80E00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9DCC78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5D08A14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7D5B71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FIN 301 Principles of Finance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29C2D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245BD6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2E4279E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40B1AF26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4DE528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201 Introduction to Information Systems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5CE95E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718E6E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571FADC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29BE833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992DDA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262 Quantitative Analysis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80F75C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9E654D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A135DA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40333C3F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227DE0B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333 Operations and Logistics Management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7E2D08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924800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E0F567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4F894C9A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9B0FD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BUS 470 Business Policy &amp; Strategy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BB3B2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D8A8FA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D72A93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509F3212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4C8BE1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Major Concentration Courses (21 credits)</w:t>
            </w:r>
          </w:p>
        </w:tc>
      </w:tr>
      <w:tr w:rsidR="007D1E75" w:rsidRPr="00FC4E2F" w14:paraId="13F1D134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50B5A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Course Name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54BA3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A783922" w14:textId="75C6D384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1347178" w14:textId="4962FE69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125FD4A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F36BBE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300 Principles of Quality Management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B79262D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BA5123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C75573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56C70E21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72B190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320 Managerial Decisions and Risk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12A533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586A3C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F053AF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CAA6B6D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75F29D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340 Introduction to Business Intelligence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E936B8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E507D6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6A7229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CCB0418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E84150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467 Forecasting and Predictive Analytics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1E78B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092E51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42913F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DA5BB37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368C25E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Choose three Concentration Electives from the following: 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F56C16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405CF7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3B2275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73A5729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0C2F9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305 MIS Special Topics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8A31AF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A0D625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4445E5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866049F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2E61C3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310 Project Management Methods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2695393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B81128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7714CF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2E43A140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CBFCCF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lastRenderedPageBreak/>
              <w:t>MIS 320 Electronic Commerce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AE821E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C28878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FA600C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66D7D339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38DD58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330 Database Management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344E473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FCCBF2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28D749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140D800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0CF2B65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340 Networks and Security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C0749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44C554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530703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526D3773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FAB7700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350 System Modeling and Simulation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0136B5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9C9352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CC9B43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4130441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F51603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360 Cybersecurity Management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F5A45C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33070E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A28D4A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595F2433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97308B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370 Programming for Managers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2E12F1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99AE93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CAFD2A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51CD2649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FCA0C1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MIS 450 Systems Analysis and Design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AFD8FD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2449AF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2BAE5E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0BCF7ED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42AC11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355 Business Analytics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CFD11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94E25A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BC7ABB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9E10DAE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C802E7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370 Data Mining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827BE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D7C7AD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13F669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3B62DA6A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D6CFDC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375 Business Systems Optimization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F10A4E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2534F1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6CDCE4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14B97FA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61E83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ODS 380 Simulation and Risk Analysis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15E89B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897AB8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35BACA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2DCA1894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11F4F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†  ODS 495 Internship in Operations and Decision Sciences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7EF6279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A1B0D8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0A3619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78864461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D1DA1C9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GIS 340 Geographic Information Systems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D46274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D1CC17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8F60ED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4ACF0EA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FA26BD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FC4E2F">
              <w:rPr>
                <w:sz w:val="20"/>
                <w:szCs w:val="20"/>
              </w:rPr>
              <w:t xml:space="preserve"> Required Support Courses (12 credits total)</w:t>
            </w:r>
          </w:p>
        </w:tc>
      </w:tr>
      <w:tr w:rsidR="007D1E75" w:rsidRPr="00FC4E2F" w14:paraId="379DB33E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A2E2B9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Course Name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E0C95E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29A0638" w14:textId="7F4F9429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9ED81E9" w14:textId="67AD52D5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61D575A0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7F2251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ECO 201 Principles of Macroeconomics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F84EB52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448315" w14:textId="2F1F4D3D" w:rsidR="007D1E75" w:rsidRPr="00FC4E2F" w:rsidRDefault="01E4A274" w:rsidP="00875FD2">
            <w:r w:rsidRPr="7919954D">
              <w:rPr>
                <w:sz w:val="20"/>
                <w:szCs w:val="20"/>
              </w:rPr>
              <w:t>ECO201</w:t>
            </w: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656B63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1CBCA127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0E71F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ECO 202 Principles of Microeconomics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36C75B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8AB17F" w14:textId="77878268" w:rsidR="007D1E75" w:rsidRPr="00FC4E2F" w:rsidRDefault="52DBE54F" w:rsidP="00875FD2">
            <w:r w:rsidRPr="7919954D">
              <w:rPr>
                <w:sz w:val="20"/>
                <w:szCs w:val="20"/>
              </w:rPr>
              <w:t>ECO202</w:t>
            </w: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C81AE5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4CB39544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B7F2678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SOC 110 Introduction to Sociology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F38025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87C7E9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0CFF86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0FD66A89" w14:textId="77777777" w:rsidTr="7919954D">
        <w:tc>
          <w:tcPr>
            <w:tcW w:w="2956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72268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828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3CADD5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3 Credit(s)</w:t>
            </w:r>
          </w:p>
        </w:tc>
        <w:tc>
          <w:tcPr>
            <w:tcW w:w="644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E5A555" w14:textId="0CBB6AC1" w:rsidR="007D1E75" w:rsidRPr="00FC4E2F" w:rsidRDefault="7BDFCD88" w:rsidP="00875FD2">
            <w:r w:rsidRPr="7919954D">
              <w:rPr>
                <w:sz w:val="20"/>
                <w:szCs w:val="20"/>
              </w:rPr>
              <w:t>MAT181</w:t>
            </w:r>
            <w:r w:rsidR="626211A2" w:rsidRPr="7919954D">
              <w:rPr>
                <w:sz w:val="20"/>
                <w:szCs w:val="20"/>
              </w:rPr>
              <w:t xml:space="preserve"> SUB</w:t>
            </w:r>
          </w:p>
        </w:tc>
        <w:tc>
          <w:tcPr>
            <w:tcW w:w="571" w:type="pc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04AFBB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59296F92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E8D413" w14:textId="77777777" w:rsidR="000D4510" w:rsidRDefault="000D4510" w:rsidP="00875FD2">
            <w:pPr>
              <w:rPr>
                <w:sz w:val="20"/>
                <w:szCs w:val="20"/>
              </w:rPr>
            </w:pPr>
          </w:p>
          <w:p w14:paraId="2FC1B5D4" w14:textId="47D06613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lastRenderedPageBreak/>
              <w:t>+ Free Electives (18 credits minimum)</w:t>
            </w:r>
          </w:p>
          <w:p w14:paraId="3569585D" w14:textId="77777777" w:rsidR="007D1E75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75"/>
              <w:gridCol w:w="990"/>
              <w:gridCol w:w="4230"/>
            </w:tblGrid>
            <w:tr w:rsidR="007D1E75" w:rsidRPr="00CB42A9" w14:paraId="7AF88C97" w14:textId="77777777" w:rsidTr="7919954D">
              <w:tc>
                <w:tcPr>
                  <w:tcW w:w="4775" w:type="dxa"/>
                </w:tcPr>
                <w:p w14:paraId="256FB32A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990" w:type="dxa"/>
                </w:tcPr>
                <w:p w14:paraId="493921C2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230" w:type="dxa"/>
                </w:tcPr>
                <w:p w14:paraId="2FD0DE9A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1E96E528" w14:textId="77777777" w:rsidTr="7919954D">
              <w:tc>
                <w:tcPr>
                  <w:tcW w:w="4775" w:type="dxa"/>
                </w:tcPr>
                <w:p w14:paraId="2C36641C" w14:textId="5D1EEB1A" w:rsidR="007D1E75" w:rsidRPr="00CB42A9" w:rsidRDefault="1004EE96" w:rsidP="00875FD2">
                  <w:r w:rsidRPr="7919954D">
                    <w:rPr>
                      <w:sz w:val="20"/>
                      <w:szCs w:val="20"/>
                    </w:rPr>
                    <w:t>LIT ELEC</w:t>
                  </w:r>
                </w:p>
              </w:tc>
              <w:tc>
                <w:tcPr>
                  <w:tcW w:w="990" w:type="dxa"/>
                </w:tcPr>
                <w:p w14:paraId="3DAB4556" w14:textId="2C5938E0" w:rsidR="007D1E75" w:rsidRPr="00CB42A9" w:rsidRDefault="1004EE96" w:rsidP="00875FD2">
                  <w:r w:rsidRPr="7919954D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30" w:type="dxa"/>
                </w:tcPr>
                <w:p w14:paraId="6E8FD2CD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0F91F1D5" w14:textId="77777777" w:rsidTr="7919954D">
              <w:tc>
                <w:tcPr>
                  <w:tcW w:w="4775" w:type="dxa"/>
                </w:tcPr>
                <w:p w14:paraId="1DE1EB8D" w14:textId="20696B52" w:rsidR="007D1E75" w:rsidRPr="00CB42A9" w:rsidRDefault="1004EE96" w:rsidP="00875FD2">
                  <w:r w:rsidRPr="7919954D">
                    <w:rPr>
                      <w:sz w:val="20"/>
                      <w:szCs w:val="20"/>
                    </w:rPr>
                    <w:t>LAB SCI ELEC</w:t>
                  </w:r>
                </w:p>
              </w:tc>
              <w:tc>
                <w:tcPr>
                  <w:tcW w:w="990" w:type="dxa"/>
                </w:tcPr>
                <w:p w14:paraId="7F1646A7" w14:textId="718B4A9D" w:rsidR="007D1E75" w:rsidRPr="00CB42A9" w:rsidRDefault="1004EE96" w:rsidP="00875FD2">
                  <w:r w:rsidRPr="7919954D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230" w:type="dxa"/>
                </w:tcPr>
                <w:p w14:paraId="14A16AFC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4924230B" w14:textId="77777777" w:rsidTr="7919954D">
              <w:tc>
                <w:tcPr>
                  <w:tcW w:w="4775" w:type="dxa"/>
                </w:tcPr>
                <w:p w14:paraId="6CF73944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635CCB14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79E7B553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559B8783" w14:textId="77777777" w:rsidTr="7919954D">
              <w:tc>
                <w:tcPr>
                  <w:tcW w:w="4775" w:type="dxa"/>
                </w:tcPr>
                <w:p w14:paraId="0A613A6F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4F0B7B35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068273A7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77C62344" w14:textId="77777777" w:rsidTr="7919954D">
              <w:tc>
                <w:tcPr>
                  <w:tcW w:w="4775" w:type="dxa"/>
                </w:tcPr>
                <w:p w14:paraId="4AAA8F1F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0C416CA2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44F14A8F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5FC9EB66" w14:textId="77777777" w:rsidTr="7919954D">
              <w:tc>
                <w:tcPr>
                  <w:tcW w:w="4775" w:type="dxa"/>
                </w:tcPr>
                <w:p w14:paraId="0743E74F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530D8210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48437AC6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058905A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  <w:p w14:paraId="40A6C6E7" w14:textId="77777777" w:rsidR="007D1E75" w:rsidRPr="00FC4E2F" w:rsidRDefault="007D1E75" w:rsidP="00875FD2">
            <w:pPr>
              <w:rPr>
                <w:sz w:val="20"/>
                <w:szCs w:val="20"/>
              </w:rPr>
            </w:pPr>
          </w:p>
        </w:tc>
      </w:tr>
      <w:tr w:rsidR="007D1E75" w:rsidRPr="00FC4E2F" w14:paraId="4745A205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AA2435" w14:textId="77777777" w:rsidR="007D1E75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lastRenderedPageBreak/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75"/>
              <w:gridCol w:w="990"/>
              <w:gridCol w:w="4230"/>
            </w:tblGrid>
            <w:tr w:rsidR="007D1E75" w:rsidRPr="00CB42A9" w14:paraId="4799DE5A" w14:textId="77777777" w:rsidTr="00875FD2">
              <w:tc>
                <w:tcPr>
                  <w:tcW w:w="4775" w:type="dxa"/>
                </w:tcPr>
                <w:p w14:paraId="0B3BDBE0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990" w:type="dxa"/>
                </w:tcPr>
                <w:p w14:paraId="126ED2F4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230" w:type="dxa"/>
                </w:tcPr>
                <w:p w14:paraId="409FA56B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0812B68E" w14:textId="77777777" w:rsidTr="00875FD2">
              <w:tc>
                <w:tcPr>
                  <w:tcW w:w="4775" w:type="dxa"/>
                </w:tcPr>
                <w:p w14:paraId="74F3EC6C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4CC1E13F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44EB0B06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309E3429" w14:textId="77777777" w:rsidTr="00875FD2">
              <w:tc>
                <w:tcPr>
                  <w:tcW w:w="4775" w:type="dxa"/>
                </w:tcPr>
                <w:p w14:paraId="50F2231A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74397B27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5C3677C9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1C5D86C9" w14:textId="77777777" w:rsidTr="00875FD2">
              <w:tc>
                <w:tcPr>
                  <w:tcW w:w="4775" w:type="dxa"/>
                </w:tcPr>
                <w:p w14:paraId="4043D014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0492582D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7D4D5FB4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0D86E92E" w14:textId="77777777" w:rsidTr="00875FD2">
              <w:tc>
                <w:tcPr>
                  <w:tcW w:w="4775" w:type="dxa"/>
                </w:tcPr>
                <w:p w14:paraId="4B089360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230AB938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6D707009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1B382186" w14:textId="77777777" w:rsidTr="00875FD2">
              <w:tc>
                <w:tcPr>
                  <w:tcW w:w="4775" w:type="dxa"/>
                </w:tcPr>
                <w:p w14:paraId="0BAC505F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6C940B00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0676EB93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D1E75" w:rsidRPr="00CB42A9" w14:paraId="5440C607" w14:textId="77777777" w:rsidTr="00875FD2">
              <w:tc>
                <w:tcPr>
                  <w:tcW w:w="4775" w:type="dxa"/>
                </w:tcPr>
                <w:p w14:paraId="536AD138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43E92C62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635879AD" w14:textId="77777777" w:rsidR="007D1E75" w:rsidRPr="00CB42A9" w:rsidRDefault="007D1E75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3F9CEC3" w14:textId="77777777" w:rsidR="007D1E75" w:rsidRDefault="007D1E75" w:rsidP="00875FD2">
            <w:pPr>
              <w:rPr>
                <w:sz w:val="20"/>
                <w:szCs w:val="20"/>
              </w:rPr>
            </w:pPr>
          </w:p>
          <w:p w14:paraId="317DEEF9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FC4E2F">
              <w:rPr>
                <w:sz w:val="20"/>
                <w:szCs w:val="20"/>
              </w:rPr>
              <w:t> </w:t>
            </w:r>
          </w:p>
        </w:tc>
      </w:tr>
      <w:tr w:rsidR="007D1E75" w:rsidRPr="00FC4E2F" w14:paraId="3B9E1A3B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65724E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Additional Information and Notes</w:t>
            </w:r>
          </w:p>
          <w:p w14:paraId="2FDF0808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†  Students wishing to register for ODS 495 must obtain permission of Department Chairperson.</w:t>
            </w:r>
          </w:p>
          <w:p w14:paraId="1A43F1C0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 </w:t>
            </w:r>
          </w:p>
        </w:tc>
      </w:tr>
      <w:tr w:rsidR="007D1E75" w:rsidRPr="00FC4E2F" w14:paraId="1A36B339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612E36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Minimum credits for graduation: 120</w:t>
            </w:r>
          </w:p>
        </w:tc>
      </w:tr>
      <w:tr w:rsidR="007D1E75" w:rsidRPr="00FC4E2F" w14:paraId="1ED95993" w14:textId="77777777" w:rsidTr="7919954D">
        <w:tc>
          <w:tcPr>
            <w:tcW w:w="5000" w:type="pct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8650DF" w14:textId="77777777" w:rsidR="007D1E75" w:rsidRPr="00FC4E2F" w:rsidRDefault="007D1E75" w:rsidP="00875FD2">
            <w:pPr>
              <w:rPr>
                <w:sz w:val="20"/>
                <w:szCs w:val="20"/>
              </w:rPr>
            </w:pPr>
            <w:r w:rsidRPr="00FC4E2F">
              <w:rPr>
                <w:sz w:val="20"/>
                <w:szCs w:val="20"/>
              </w:rPr>
              <w:t>Notes:</w:t>
            </w:r>
          </w:p>
        </w:tc>
      </w:tr>
    </w:tbl>
    <w:p w14:paraId="1E5AA93C" w14:textId="77777777" w:rsidR="00AF4204" w:rsidRDefault="00AF4204"/>
    <w:p w14:paraId="2D6944C1" w14:textId="77777777" w:rsidR="008D5DEE" w:rsidRDefault="008D5DEE"/>
    <w:sectPr w:rsidR="008D5DEE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7A0"/>
    <w:rsid w:val="00034616"/>
    <w:rsid w:val="0006063C"/>
    <w:rsid w:val="000932B1"/>
    <w:rsid w:val="000D4510"/>
    <w:rsid w:val="000E1571"/>
    <w:rsid w:val="000F7AD0"/>
    <w:rsid w:val="001500B6"/>
    <w:rsid w:val="0015074B"/>
    <w:rsid w:val="00235A14"/>
    <w:rsid w:val="00237A22"/>
    <w:rsid w:val="00265115"/>
    <w:rsid w:val="00272D52"/>
    <w:rsid w:val="0029639D"/>
    <w:rsid w:val="00326F90"/>
    <w:rsid w:val="00347817"/>
    <w:rsid w:val="003A3744"/>
    <w:rsid w:val="003B6946"/>
    <w:rsid w:val="004B2805"/>
    <w:rsid w:val="00671DD9"/>
    <w:rsid w:val="00690BC9"/>
    <w:rsid w:val="006A6B22"/>
    <w:rsid w:val="00710C6A"/>
    <w:rsid w:val="00785753"/>
    <w:rsid w:val="007D1E75"/>
    <w:rsid w:val="00896F9E"/>
    <w:rsid w:val="008D5DEE"/>
    <w:rsid w:val="008E5F27"/>
    <w:rsid w:val="009348EF"/>
    <w:rsid w:val="009505AD"/>
    <w:rsid w:val="009E228D"/>
    <w:rsid w:val="00A36E58"/>
    <w:rsid w:val="00A901A7"/>
    <w:rsid w:val="00AA1D8D"/>
    <w:rsid w:val="00AE2A85"/>
    <w:rsid w:val="00AF4204"/>
    <w:rsid w:val="00AF4455"/>
    <w:rsid w:val="00B47730"/>
    <w:rsid w:val="00B57768"/>
    <w:rsid w:val="00CB0664"/>
    <w:rsid w:val="00D101C7"/>
    <w:rsid w:val="00D24D3E"/>
    <w:rsid w:val="00EC6908"/>
    <w:rsid w:val="00FC693F"/>
    <w:rsid w:val="00FF74B1"/>
    <w:rsid w:val="014E8295"/>
    <w:rsid w:val="01E4A274"/>
    <w:rsid w:val="0262E224"/>
    <w:rsid w:val="0494A08A"/>
    <w:rsid w:val="056641F5"/>
    <w:rsid w:val="08C4AC86"/>
    <w:rsid w:val="08DB9513"/>
    <w:rsid w:val="08EB6C28"/>
    <w:rsid w:val="0944FF22"/>
    <w:rsid w:val="0B2386AC"/>
    <w:rsid w:val="1004EE96"/>
    <w:rsid w:val="10E47B9C"/>
    <w:rsid w:val="12C13119"/>
    <w:rsid w:val="160FE554"/>
    <w:rsid w:val="1C06CBA4"/>
    <w:rsid w:val="1E459523"/>
    <w:rsid w:val="205472EF"/>
    <w:rsid w:val="205D7E6F"/>
    <w:rsid w:val="217BD5E1"/>
    <w:rsid w:val="27DD843E"/>
    <w:rsid w:val="288AA45F"/>
    <w:rsid w:val="29F41B25"/>
    <w:rsid w:val="2DACD002"/>
    <w:rsid w:val="2FABC3F0"/>
    <w:rsid w:val="33F89C25"/>
    <w:rsid w:val="3679F87F"/>
    <w:rsid w:val="38A5AF1B"/>
    <w:rsid w:val="3BAAFDAC"/>
    <w:rsid w:val="3CD59931"/>
    <w:rsid w:val="43F3093D"/>
    <w:rsid w:val="45521820"/>
    <w:rsid w:val="4620EF6C"/>
    <w:rsid w:val="482ECFBC"/>
    <w:rsid w:val="4942678B"/>
    <w:rsid w:val="4BB08607"/>
    <w:rsid w:val="4F6F920D"/>
    <w:rsid w:val="50D012CD"/>
    <w:rsid w:val="51431FDD"/>
    <w:rsid w:val="5282E64B"/>
    <w:rsid w:val="52DBE54F"/>
    <w:rsid w:val="5A708BB5"/>
    <w:rsid w:val="5C000C12"/>
    <w:rsid w:val="5C082995"/>
    <w:rsid w:val="5DBCB645"/>
    <w:rsid w:val="61999DF3"/>
    <w:rsid w:val="626211A2"/>
    <w:rsid w:val="648E269B"/>
    <w:rsid w:val="67E1DE1A"/>
    <w:rsid w:val="6B828366"/>
    <w:rsid w:val="6DD9CFA5"/>
    <w:rsid w:val="6F4F69E9"/>
    <w:rsid w:val="751227DA"/>
    <w:rsid w:val="76C01A6C"/>
    <w:rsid w:val="77CA4E27"/>
    <w:rsid w:val="78D480A5"/>
    <w:rsid w:val="7919954D"/>
    <w:rsid w:val="7BDFCD88"/>
    <w:rsid w:val="7C9C70EE"/>
    <w:rsid w:val="7E50972B"/>
    <w:rsid w:val="7F66C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FF9137"/>
  <w14:defaultImageDpi w14:val="300"/>
  <w15:docId w15:val="{150B5B9F-A82D-4D36-A97B-F64165C3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1133</Words>
  <Characters>6462</Characters>
  <Application>Microsoft Office Word</Application>
  <DocSecurity>8</DocSecurity>
  <Lines>53</Lines>
  <Paragraphs>15</Paragraphs>
  <ScaleCrop>false</ScaleCrop>
  <Manager/>
  <Company/>
  <LinksUpToDate>false</LinksUpToDate>
  <CharactersWithSpaces>7580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Avril Hevey-Doucette</cp:lastModifiedBy>
  <cp:revision>25</cp:revision>
  <dcterms:created xsi:type="dcterms:W3CDTF">2026-05-07T17:36:00Z</dcterms:created>
  <dcterms:modified xsi:type="dcterms:W3CDTF">2026-09-28T20:53:00Z</dcterms:modified>
  <cp:category/>
</cp:coreProperties>
</file>