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C2E77" w14:textId="77777777" w:rsidR="00D24D3E" w:rsidRDefault="00710C6A">
      <w:pPr>
        <w:pStyle w:val="Title"/>
      </w:pPr>
      <w:r>
        <w:t>Salem State University Advising Map</w:t>
      </w:r>
    </w:p>
    <w:p w14:paraId="371F61B3" w14:textId="76CBDA7C" w:rsidR="00D24D3E" w:rsidRDefault="362D4A5F" w:rsidP="43F3093D">
      <w:pPr>
        <w:pStyle w:val="Heading1"/>
      </w:pPr>
      <w:r>
        <w:t>Bunker Hill Community College Business Transfer Option A.A. mapped to Salem State University Accounting Concentration BSBA</w:t>
      </w:r>
    </w:p>
    <w:p w14:paraId="0083F965" w14:textId="77777777" w:rsidR="00020380" w:rsidRDefault="00710C6A">
      <w:pPr>
        <w:pStyle w:val="Heading2"/>
      </w:pPr>
      <w:r>
        <w:t>Catalog Information</w:t>
      </w:r>
    </w:p>
    <w:p w14:paraId="2B6CE849" w14:textId="20B7CAD6" w:rsidR="00020380" w:rsidRPr="00020380" w:rsidRDefault="5AC7E686">
      <w:pPr>
        <w:pStyle w:val="Heading2"/>
      </w:pPr>
      <w:r w:rsidRPr="69A7C672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B</w:t>
      </w:r>
      <w:r w:rsidR="7D4584E6" w:rsidRPr="69A7C672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unker Hill Community College</w:t>
      </w:r>
      <w:r w:rsidRPr="69A7C672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 Catalog Year: 202</w:t>
      </w:r>
      <w:r w:rsidR="361528A4" w:rsidRPr="69A7C672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6</w:t>
      </w:r>
      <w:r w:rsidRPr="69A7C672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–202</w:t>
      </w:r>
      <w:r w:rsidR="2B331D88" w:rsidRPr="69A7C672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7</w:t>
      </w:r>
      <w:r w:rsidR="00020380">
        <w:br/>
      </w:r>
      <w:r w:rsidRPr="69A7C672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Salem State University Catalog Year: 202</w:t>
      </w:r>
      <w:r w:rsidR="2C71231A" w:rsidRPr="69A7C672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6</w:t>
      </w:r>
      <w:r w:rsidRPr="69A7C672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–202</w:t>
      </w:r>
      <w:r w:rsidR="0C1A5E6A" w:rsidRPr="69A7C672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7</w:t>
      </w:r>
    </w:p>
    <w:p w14:paraId="409D2843" w14:textId="57492067" w:rsidR="00D24D3E" w:rsidRDefault="00710C6A">
      <w:pPr>
        <w:pStyle w:val="Heading2"/>
      </w:pPr>
      <w:r>
        <w:t>Advising Notes</w:t>
      </w:r>
    </w:p>
    <w:p w14:paraId="681E6309" w14:textId="23F5C692" w:rsidR="00D24D3E" w:rsidRDefault="362D4A5F" w:rsidP="69A7C672">
      <w:pPr>
        <w:rPr>
          <w:rFonts w:ascii="Cambria" w:eastAsia="Cambria" w:hAnsi="Cambria" w:cs="Cambria"/>
        </w:rPr>
      </w:pPr>
      <w:r>
        <w:t>This map is a Salem State University advising tool only. Bunker Hill Community College students should work with their</w:t>
      </w:r>
      <w:r w:rsidR="70EEB332">
        <w:t xml:space="preserve"> BHCC</w:t>
      </w:r>
      <w:r>
        <w:t xml:space="preserve"> advisor.</w:t>
      </w:r>
      <w:r w:rsidR="702840C3">
        <w:t xml:space="preserve">  </w:t>
      </w:r>
      <w:r w:rsidR="702840C3" w:rsidRPr="69A7C672">
        <w:rPr>
          <w:rFonts w:ascii="Cambria" w:eastAsia="Cambria" w:hAnsi="Cambria" w:cs="Cambria"/>
          <w:color w:val="000000" w:themeColor="text1"/>
        </w:rPr>
        <w:t>This program includes the required courses for the MassTransfer General Education Foundation.</w:t>
      </w:r>
    </w:p>
    <w:p w14:paraId="70CA4228" w14:textId="77777777" w:rsidR="00D24D3E" w:rsidRDefault="00710C6A">
      <w:pPr>
        <w:pStyle w:val="Heading2"/>
      </w:pPr>
      <w:r>
        <w:t>MassTransfer General Education Foundation</w:t>
      </w:r>
    </w:p>
    <w:p w14:paraId="1A58FC55" w14:textId="77777777" w:rsidR="00D24D3E" w:rsidRDefault="00710C6A">
      <w:r>
        <w:t>The following table lists MassTransfer General Education requirements and their corresponding BHCC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3BC66AE5" w14:textId="77777777" w:rsidTr="43F3093D">
        <w:trPr>
          <w:tblHeader/>
        </w:trPr>
        <w:tc>
          <w:tcPr>
            <w:tcW w:w="7200" w:type="dxa"/>
          </w:tcPr>
          <w:p w14:paraId="62D50FD6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22CD5F1C" w14:textId="77777777" w:rsidR="00B85EC9" w:rsidRDefault="00D3720E">
            <w:r>
              <w:t>BHCC Course(s)</w:t>
            </w:r>
          </w:p>
        </w:tc>
      </w:tr>
      <w:tr w:rsidR="00D24D3E" w14:paraId="6E925CEC" w14:textId="77777777" w:rsidTr="43F3093D">
        <w:tc>
          <w:tcPr>
            <w:tcW w:w="7200" w:type="dxa"/>
          </w:tcPr>
          <w:p w14:paraId="45FFB619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7DF9ADED" w14:textId="77777777" w:rsidR="00B85EC9" w:rsidRDefault="00D3720E">
            <w:r>
              <w:t>ENG-111</w:t>
            </w:r>
          </w:p>
        </w:tc>
      </w:tr>
      <w:tr w:rsidR="00D24D3E" w14:paraId="267658BF" w14:textId="77777777" w:rsidTr="43F3093D">
        <w:tc>
          <w:tcPr>
            <w:tcW w:w="7200" w:type="dxa"/>
          </w:tcPr>
          <w:p w14:paraId="0003C572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2BBA55B2" w14:textId="77777777" w:rsidR="00B85EC9" w:rsidRDefault="00D3720E">
            <w:r>
              <w:t>ENG-112</w:t>
            </w:r>
          </w:p>
        </w:tc>
      </w:tr>
      <w:tr w:rsidR="00D24D3E" w14:paraId="62B2A200" w14:textId="77777777" w:rsidTr="43F3093D">
        <w:tc>
          <w:tcPr>
            <w:tcW w:w="7200" w:type="dxa"/>
          </w:tcPr>
          <w:p w14:paraId="253758D7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757E9D6" w14:textId="77777777" w:rsidR="00B85EC9" w:rsidRDefault="00D3720E">
            <w:r>
              <w:t>ECO201</w:t>
            </w:r>
          </w:p>
        </w:tc>
      </w:tr>
      <w:tr w:rsidR="00D24D3E" w14:paraId="731918C8" w14:textId="77777777" w:rsidTr="43F3093D">
        <w:tc>
          <w:tcPr>
            <w:tcW w:w="7200" w:type="dxa"/>
          </w:tcPr>
          <w:p w14:paraId="79FDC7B1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17E2CE82" w14:textId="77777777" w:rsidR="00B85EC9" w:rsidRDefault="00D3720E">
            <w:r>
              <w:t>ECO202</w:t>
            </w:r>
          </w:p>
        </w:tc>
      </w:tr>
      <w:tr w:rsidR="00D24D3E" w14:paraId="659CA932" w14:textId="77777777" w:rsidTr="43F3093D">
        <w:tc>
          <w:tcPr>
            <w:tcW w:w="7200" w:type="dxa"/>
          </w:tcPr>
          <w:p w14:paraId="24D89C68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24F4FD0D" w14:textId="77777777" w:rsidR="00B85EC9" w:rsidRDefault="00D3720E">
            <w:r>
              <w:t>PSY101</w:t>
            </w:r>
          </w:p>
        </w:tc>
      </w:tr>
      <w:tr w:rsidR="00D24D3E" w14:paraId="059595F6" w14:textId="77777777" w:rsidTr="43F3093D">
        <w:tc>
          <w:tcPr>
            <w:tcW w:w="7200" w:type="dxa"/>
          </w:tcPr>
          <w:p w14:paraId="4613DC53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02F82AFB" w14:textId="77777777" w:rsidR="00B85EC9" w:rsidRDefault="00D3720E">
            <w:r>
              <w:t>Literature Elective</w:t>
            </w:r>
          </w:p>
        </w:tc>
      </w:tr>
      <w:tr w:rsidR="00D24D3E" w14:paraId="2E88061C" w14:textId="77777777" w:rsidTr="43F3093D">
        <w:tc>
          <w:tcPr>
            <w:tcW w:w="7200" w:type="dxa"/>
          </w:tcPr>
          <w:p w14:paraId="56A6A961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52BCC2BF" w14:textId="77777777" w:rsidR="00B85EC9" w:rsidRDefault="00D3720E">
            <w:r>
              <w:t>Literature Elective</w:t>
            </w:r>
          </w:p>
        </w:tc>
      </w:tr>
      <w:tr w:rsidR="00D24D3E" w14:paraId="64C73ED4" w14:textId="77777777" w:rsidTr="43F3093D">
        <w:tc>
          <w:tcPr>
            <w:tcW w:w="7200" w:type="dxa"/>
          </w:tcPr>
          <w:p w14:paraId="335F2927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64BA93DC" w14:textId="77777777" w:rsidR="00B85EC9" w:rsidRDefault="00D3720E">
            <w:r>
              <w:t>GenEd-CW</w:t>
            </w:r>
          </w:p>
        </w:tc>
      </w:tr>
      <w:tr w:rsidR="00D24D3E" w14:paraId="6A480FD5" w14:textId="77777777" w:rsidTr="43F3093D">
        <w:tc>
          <w:tcPr>
            <w:tcW w:w="7200" w:type="dxa"/>
          </w:tcPr>
          <w:p w14:paraId="4AC23809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17EC9620" w14:textId="77777777" w:rsidR="00B85EC9" w:rsidRDefault="00D3720E">
            <w:r>
              <w:t>Lab Science Elective</w:t>
            </w:r>
          </w:p>
        </w:tc>
      </w:tr>
      <w:tr w:rsidR="00D24D3E" w14:paraId="3445CFCD" w14:textId="77777777" w:rsidTr="43F3093D">
        <w:tc>
          <w:tcPr>
            <w:tcW w:w="7200" w:type="dxa"/>
          </w:tcPr>
          <w:p w14:paraId="69943FC9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775FE0F3" w14:textId="77777777" w:rsidR="00B85EC9" w:rsidRDefault="00D3720E">
            <w:r>
              <w:t>GenEd-SR</w:t>
            </w:r>
          </w:p>
        </w:tc>
      </w:tr>
      <w:tr w:rsidR="00D24D3E" w14:paraId="4FD25A54" w14:textId="77777777" w:rsidTr="43F3093D">
        <w:tc>
          <w:tcPr>
            <w:tcW w:w="7200" w:type="dxa"/>
          </w:tcPr>
          <w:p w14:paraId="7541B952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756F746C" w14:textId="77777777" w:rsidR="00B85EC9" w:rsidRDefault="00D3720E">
            <w:r>
              <w:t>MAT-181</w:t>
            </w:r>
          </w:p>
        </w:tc>
      </w:tr>
    </w:tbl>
    <w:p w14:paraId="499FAAA3" w14:textId="77777777" w:rsidR="005C3CB9" w:rsidRDefault="005C3CB9">
      <w:pPr>
        <w:pStyle w:val="Heading2"/>
      </w:pPr>
    </w:p>
    <w:p w14:paraId="3ED6FFC5" w14:textId="77777777" w:rsidR="005C3CB9" w:rsidRDefault="005C3CB9">
      <w:pPr>
        <w:pStyle w:val="Heading2"/>
      </w:pPr>
    </w:p>
    <w:p w14:paraId="53E03589" w14:textId="65490F26" w:rsidR="00D24D3E" w:rsidRDefault="00710C6A">
      <w:pPr>
        <w:pStyle w:val="Heading2"/>
      </w:pPr>
      <w:r>
        <w:t>BHCC to Salem State Course Articulation</w:t>
      </w:r>
    </w:p>
    <w:p w14:paraId="5B72AD9F" w14:textId="77777777" w:rsidR="00D24D3E" w:rsidRDefault="00710C6A">
      <w:r>
        <w:t>The following table shows BHCC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24606A3A" w14:textId="77777777" w:rsidTr="69A7C672">
        <w:trPr>
          <w:tblHeader/>
        </w:trPr>
        <w:tc>
          <w:tcPr>
            <w:tcW w:w="2880" w:type="dxa"/>
          </w:tcPr>
          <w:p w14:paraId="597B9955" w14:textId="77777777" w:rsidR="00B85EC9" w:rsidRDefault="00D3720E">
            <w:r>
              <w:lastRenderedPageBreak/>
              <w:t>BHCC Course Number</w:t>
            </w:r>
          </w:p>
        </w:tc>
        <w:tc>
          <w:tcPr>
            <w:tcW w:w="2880" w:type="dxa"/>
          </w:tcPr>
          <w:p w14:paraId="75B63348" w14:textId="77777777" w:rsidR="00D24D3E" w:rsidRDefault="00710C6A">
            <w:r>
              <w:t>Course Title</w:t>
            </w:r>
          </w:p>
        </w:tc>
        <w:tc>
          <w:tcPr>
            <w:tcW w:w="2880" w:type="dxa"/>
          </w:tcPr>
          <w:p w14:paraId="69DA5674" w14:textId="77777777" w:rsidR="00D24D3E" w:rsidRDefault="00710C6A">
            <w:r>
              <w:t>Credits</w:t>
            </w:r>
          </w:p>
        </w:tc>
        <w:tc>
          <w:tcPr>
            <w:tcW w:w="2880" w:type="dxa"/>
          </w:tcPr>
          <w:p w14:paraId="78337F5F" w14:textId="77777777" w:rsidR="00B85EC9" w:rsidRDefault="00D3720E">
            <w:r>
              <w:t>Salem State Equivalent</w:t>
            </w:r>
          </w:p>
        </w:tc>
        <w:tc>
          <w:tcPr>
            <w:tcW w:w="2880" w:type="dxa"/>
          </w:tcPr>
          <w:p w14:paraId="6AAA5A8B" w14:textId="77777777" w:rsidR="00B85EC9" w:rsidRDefault="00D3720E">
            <w:r>
              <w:t>Application to Salem State Program</w:t>
            </w:r>
          </w:p>
        </w:tc>
      </w:tr>
      <w:tr w:rsidR="00D24D3E" w14:paraId="12E644E8" w14:textId="77777777" w:rsidTr="69A7C672">
        <w:tc>
          <w:tcPr>
            <w:tcW w:w="2880" w:type="dxa"/>
          </w:tcPr>
          <w:p w14:paraId="21D803D8" w14:textId="77777777" w:rsidR="00B85EC9" w:rsidRDefault="00D3720E">
            <w:r>
              <w:t>BUS-101</w:t>
            </w:r>
          </w:p>
        </w:tc>
        <w:tc>
          <w:tcPr>
            <w:tcW w:w="2880" w:type="dxa"/>
          </w:tcPr>
          <w:p w14:paraId="771847F6" w14:textId="77777777" w:rsidR="00B85EC9" w:rsidRDefault="00D3720E">
            <w:r>
              <w:t>Introduction to Business</w:t>
            </w:r>
          </w:p>
        </w:tc>
        <w:tc>
          <w:tcPr>
            <w:tcW w:w="2880" w:type="dxa"/>
          </w:tcPr>
          <w:p w14:paraId="798DA80B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4A749B9E" w14:textId="77777777" w:rsidR="00B85EC9" w:rsidRDefault="00D3720E">
            <w:r>
              <w:t>BUS 170 INTRODUCTION TO BUSINESS (3)</w:t>
            </w:r>
          </w:p>
        </w:tc>
        <w:tc>
          <w:tcPr>
            <w:tcW w:w="2880" w:type="dxa"/>
          </w:tcPr>
          <w:p w14:paraId="7682CC58" w14:textId="77777777" w:rsidR="00B85EC9" w:rsidRDefault="00D3720E">
            <w:r>
              <w:t>Major Core Course</w:t>
            </w:r>
          </w:p>
        </w:tc>
      </w:tr>
      <w:tr w:rsidR="00D24D3E" w14:paraId="32FFEF73" w14:textId="77777777" w:rsidTr="69A7C672">
        <w:tc>
          <w:tcPr>
            <w:tcW w:w="2880" w:type="dxa"/>
          </w:tcPr>
          <w:p w14:paraId="26EE325A" w14:textId="77777777" w:rsidR="00B85EC9" w:rsidRDefault="00D3720E">
            <w:r>
              <w:t>ENG-111</w:t>
            </w:r>
          </w:p>
        </w:tc>
        <w:tc>
          <w:tcPr>
            <w:tcW w:w="2880" w:type="dxa"/>
          </w:tcPr>
          <w:p w14:paraId="1B0E77C5" w14:textId="77777777" w:rsidR="00B85EC9" w:rsidRDefault="00D3720E">
            <w:r>
              <w:t>College Writing I</w:t>
            </w:r>
          </w:p>
        </w:tc>
        <w:tc>
          <w:tcPr>
            <w:tcW w:w="2880" w:type="dxa"/>
          </w:tcPr>
          <w:p w14:paraId="15158893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7625383B" w14:textId="77777777" w:rsidR="00B85EC9" w:rsidRDefault="00D3720E">
            <w:r>
              <w:t>ENL105</w:t>
            </w:r>
          </w:p>
        </w:tc>
        <w:tc>
          <w:tcPr>
            <w:tcW w:w="2880" w:type="dxa"/>
          </w:tcPr>
          <w:p w14:paraId="0CEB1E8E" w14:textId="77777777" w:rsidR="00B85EC9" w:rsidRDefault="00D3720E">
            <w:r>
              <w:t>Free Elective due to MassTransfer Gen Ed Exemption</w:t>
            </w:r>
          </w:p>
        </w:tc>
      </w:tr>
      <w:tr w:rsidR="00D24D3E" w14:paraId="0A900057" w14:textId="77777777" w:rsidTr="69A7C672">
        <w:tc>
          <w:tcPr>
            <w:tcW w:w="2880" w:type="dxa"/>
          </w:tcPr>
          <w:p w14:paraId="1F91DBA8" w14:textId="77777777" w:rsidR="00B85EC9" w:rsidRDefault="00D3720E">
            <w:r>
              <w:t>ACC-101</w:t>
            </w:r>
          </w:p>
        </w:tc>
        <w:tc>
          <w:tcPr>
            <w:tcW w:w="2880" w:type="dxa"/>
          </w:tcPr>
          <w:p w14:paraId="39A47D72" w14:textId="77777777" w:rsidR="00B85EC9" w:rsidRDefault="00D3720E">
            <w:r>
              <w:t>Principles of Accounting I</w:t>
            </w:r>
          </w:p>
        </w:tc>
        <w:tc>
          <w:tcPr>
            <w:tcW w:w="2880" w:type="dxa"/>
          </w:tcPr>
          <w:p w14:paraId="766D47D7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596A039B" w14:textId="77777777" w:rsidR="00B85EC9" w:rsidRDefault="00D3720E">
            <w:r>
              <w:t>GENERAL FREE ELECTIVE SSU T61-T69</w:t>
            </w:r>
          </w:p>
        </w:tc>
        <w:tc>
          <w:tcPr>
            <w:tcW w:w="2880" w:type="dxa"/>
          </w:tcPr>
          <w:p w14:paraId="53193EEE" w14:textId="77777777" w:rsidR="00B85EC9" w:rsidRDefault="00D3720E">
            <w:r>
              <w:t>Free Elective due to MassTransfer Gen Ed Exemption</w:t>
            </w:r>
          </w:p>
        </w:tc>
      </w:tr>
      <w:tr w:rsidR="00D24D3E" w14:paraId="008184F8" w14:textId="77777777" w:rsidTr="69A7C672">
        <w:tc>
          <w:tcPr>
            <w:tcW w:w="2880" w:type="dxa"/>
          </w:tcPr>
          <w:p w14:paraId="5169AED8" w14:textId="77777777" w:rsidR="00B85EC9" w:rsidRDefault="00D3720E">
            <w:r>
              <w:t>CIT-110</w:t>
            </w:r>
          </w:p>
        </w:tc>
        <w:tc>
          <w:tcPr>
            <w:tcW w:w="2880" w:type="dxa"/>
          </w:tcPr>
          <w:p w14:paraId="5E6578DF" w14:textId="77777777" w:rsidR="00B85EC9" w:rsidRDefault="00D3720E">
            <w:r>
              <w:t>Applications/Concepts</w:t>
            </w:r>
          </w:p>
        </w:tc>
        <w:tc>
          <w:tcPr>
            <w:tcW w:w="2880" w:type="dxa"/>
          </w:tcPr>
          <w:p w14:paraId="75DAEC22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6AA1CE7B" w14:textId="77777777" w:rsidR="00B85EC9" w:rsidRDefault="00D3720E">
            <w:r>
              <w:t>ITC 117 COMPUTERS IN THE PROFESSIONS (3)</w:t>
            </w:r>
          </w:p>
        </w:tc>
        <w:tc>
          <w:tcPr>
            <w:tcW w:w="2880" w:type="dxa"/>
          </w:tcPr>
          <w:p w14:paraId="5C7B47E2" w14:textId="77777777" w:rsidR="00B85EC9" w:rsidRDefault="00D3720E">
            <w:r>
              <w:t>Free Elective due to MassTransfer Gen Ed Exemption</w:t>
            </w:r>
          </w:p>
        </w:tc>
      </w:tr>
      <w:tr w:rsidR="00D24D3E" w14:paraId="75C53927" w14:textId="77777777" w:rsidTr="69A7C672">
        <w:tc>
          <w:tcPr>
            <w:tcW w:w="2880" w:type="dxa"/>
          </w:tcPr>
          <w:p w14:paraId="03D6C5BC" w14:textId="77777777" w:rsidR="00B85EC9" w:rsidRDefault="00D3720E">
            <w:r>
              <w:t>PSY-101</w:t>
            </w:r>
          </w:p>
        </w:tc>
        <w:tc>
          <w:tcPr>
            <w:tcW w:w="2880" w:type="dxa"/>
          </w:tcPr>
          <w:p w14:paraId="616C7425" w14:textId="77777777" w:rsidR="00B85EC9" w:rsidRDefault="00D3720E">
            <w:r>
              <w:t>Principles of Psychology</w:t>
            </w:r>
          </w:p>
        </w:tc>
        <w:tc>
          <w:tcPr>
            <w:tcW w:w="2880" w:type="dxa"/>
          </w:tcPr>
          <w:p w14:paraId="18B09348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490EF198" w14:textId="77777777" w:rsidR="00B85EC9" w:rsidRDefault="00D3720E">
            <w:r>
              <w:t>PSY 101 General Psychology</w:t>
            </w:r>
          </w:p>
        </w:tc>
        <w:tc>
          <w:tcPr>
            <w:tcW w:w="2880" w:type="dxa"/>
          </w:tcPr>
          <w:p w14:paraId="5D573626" w14:textId="77777777" w:rsidR="00B85EC9" w:rsidRDefault="00D3720E">
            <w:r>
              <w:t>Free Elective due to MassTransfer Gen Ed Exemption</w:t>
            </w:r>
          </w:p>
        </w:tc>
      </w:tr>
      <w:tr w:rsidR="00D24D3E" w14:paraId="090B60B4" w14:textId="77777777" w:rsidTr="69A7C672">
        <w:tc>
          <w:tcPr>
            <w:tcW w:w="2880" w:type="dxa"/>
          </w:tcPr>
          <w:p w14:paraId="2A2E75D8" w14:textId="77777777" w:rsidR="00B85EC9" w:rsidRDefault="00D3720E">
            <w:r>
              <w:t>ENG-112</w:t>
            </w:r>
          </w:p>
        </w:tc>
        <w:tc>
          <w:tcPr>
            <w:tcW w:w="2880" w:type="dxa"/>
          </w:tcPr>
          <w:p w14:paraId="536BAFDE" w14:textId="77777777" w:rsidR="00B85EC9" w:rsidRDefault="00D3720E">
            <w:r>
              <w:t>College Writing II</w:t>
            </w:r>
          </w:p>
        </w:tc>
        <w:tc>
          <w:tcPr>
            <w:tcW w:w="2880" w:type="dxa"/>
          </w:tcPr>
          <w:p w14:paraId="6546ADAA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638140AD" w14:textId="77777777" w:rsidR="00B85EC9" w:rsidRDefault="00D3720E">
            <w:r>
              <w:t>ENL110</w:t>
            </w:r>
          </w:p>
        </w:tc>
        <w:tc>
          <w:tcPr>
            <w:tcW w:w="2880" w:type="dxa"/>
          </w:tcPr>
          <w:p w14:paraId="709B1898" w14:textId="77777777" w:rsidR="00B85EC9" w:rsidRDefault="00D3720E">
            <w:r>
              <w:t>Free Elective due to MassTransfer Gen Ed Exemption</w:t>
            </w:r>
          </w:p>
        </w:tc>
      </w:tr>
      <w:tr w:rsidR="00D24D3E" w14:paraId="40072743" w14:textId="77777777" w:rsidTr="69A7C672">
        <w:tc>
          <w:tcPr>
            <w:tcW w:w="2880" w:type="dxa"/>
          </w:tcPr>
          <w:p w14:paraId="14899902" w14:textId="77777777" w:rsidR="00B85EC9" w:rsidRDefault="00D3720E">
            <w:r>
              <w:t>ACC-102</w:t>
            </w:r>
          </w:p>
        </w:tc>
        <w:tc>
          <w:tcPr>
            <w:tcW w:w="2880" w:type="dxa"/>
          </w:tcPr>
          <w:p w14:paraId="7DBF9D5E" w14:textId="77777777" w:rsidR="00B85EC9" w:rsidRDefault="00D3720E">
            <w:r>
              <w:t>Principles of Accounting II</w:t>
            </w:r>
          </w:p>
        </w:tc>
        <w:tc>
          <w:tcPr>
            <w:tcW w:w="2880" w:type="dxa"/>
          </w:tcPr>
          <w:p w14:paraId="3B050F77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4C2F2CDC" w14:textId="77777777" w:rsidR="00B85EC9" w:rsidRDefault="00D3720E">
            <w:r>
              <w:t>ACC 106 FINANCIAL ACCOUNTING (3)</w:t>
            </w:r>
          </w:p>
        </w:tc>
        <w:tc>
          <w:tcPr>
            <w:tcW w:w="2880" w:type="dxa"/>
          </w:tcPr>
          <w:p w14:paraId="48D8CB96" w14:textId="77777777" w:rsidR="00B85EC9" w:rsidRDefault="00D3720E">
            <w:r>
              <w:t>Major Core Course</w:t>
            </w:r>
          </w:p>
        </w:tc>
      </w:tr>
      <w:tr w:rsidR="00D24D3E" w14:paraId="48873E99" w14:textId="77777777" w:rsidTr="69A7C672">
        <w:tc>
          <w:tcPr>
            <w:tcW w:w="2880" w:type="dxa"/>
          </w:tcPr>
          <w:p w14:paraId="6D7A1326" w14:textId="77777777" w:rsidR="00B85EC9" w:rsidRDefault="00D3720E">
            <w:r>
              <w:t>MAT-181</w:t>
            </w:r>
          </w:p>
        </w:tc>
        <w:tc>
          <w:tcPr>
            <w:tcW w:w="2880" w:type="dxa"/>
          </w:tcPr>
          <w:p w14:paraId="7F3D8286" w14:textId="77777777" w:rsidR="00B85EC9" w:rsidRDefault="00D3720E">
            <w:r>
              <w:t>Statistics I</w:t>
            </w:r>
          </w:p>
        </w:tc>
        <w:tc>
          <w:tcPr>
            <w:tcW w:w="2880" w:type="dxa"/>
          </w:tcPr>
          <w:p w14:paraId="75C55A45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2F24F231" w14:textId="77777777" w:rsidR="00B85EC9" w:rsidRDefault="00D3720E">
            <w:r>
              <w:t>MAT 147 STATISTICS (3)</w:t>
            </w:r>
          </w:p>
        </w:tc>
        <w:tc>
          <w:tcPr>
            <w:tcW w:w="2880" w:type="dxa"/>
          </w:tcPr>
          <w:p w14:paraId="376C15A5" w14:textId="4A9CAABB" w:rsidR="00B85EC9" w:rsidRDefault="00D3720E">
            <w:r>
              <w:t>Major Required Support Course</w:t>
            </w:r>
            <w:r w:rsidR="000E3827">
              <w:t xml:space="preserve"> – in place of </w:t>
            </w:r>
            <w:r w:rsidR="008C765F">
              <w:t>MAT128</w:t>
            </w:r>
          </w:p>
        </w:tc>
      </w:tr>
      <w:tr w:rsidR="00D24D3E" w14:paraId="6375C3C0" w14:textId="77777777" w:rsidTr="69A7C672">
        <w:tc>
          <w:tcPr>
            <w:tcW w:w="2880" w:type="dxa"/>
          </w:tcPr>
          <w:p w14:paraId="07793D64" w14:textId="77777777" w:rsidR="00B85EC9" w:rsidRDefault="00D3720E">
            <w:r>
              <w:t>GenEd-SR</w:t>
            </w:r>
          </w:p>
        </w:tc>
        <w:tc>
          <w:tcPr>
            <w:tcW w:w="2880" w:type="dxa"/>
          </w:tcPr>
          <w:p w14:paraId="4E81EDB7" w14:textId="28EBF461" w:rsidR="00B85EC9" w:rsidRDefault="7CE8C540">
            <w:r>
              <w:t>Scientific Reasoning</w:t>
            </w:r>
          </w:p>
          <w:p w14:paraId="5134D595" w14:textId="7C01FD61" w:rsidR="00B85EC9" w:rsidRDefault="5BC49F61" w:rsidP="69A7C672">
            <w:pPr>
              <w:rPr>
                <w:rFonts w:ascii="Cambria" w:eastAsia="Cambria" w:hAnsi="Cambria" w:cs="Cambria"/>
              </w:rPr>
            </w:pPr>
            <w:r w:rsidRPr="69A7C672">
              <w:rPr>
                <w:rFonts w:ascii="Cambria" w:eastAsia="Cambria" w:hAnsi="Cambria" w:cs="Cambria"/>
                <w:color w:val="000000" w:themeColor="text1"/>
              </w:rPr>
              <w:t>Choose a course tagged as a Mass Transfer Science</w:t>
            </w:r>
          </w:p>
        </w:tc>
        <w:tc>
          <w:tcPr>
            <w:tcW w:w="2880" w:type="dxa"/>
          </w:tcPr>
          <w:p w14:paraId="72F28E11" w14:textId="77777777" w:rsidR="00B85EC9" w:rsidRDefault="00D3720E">
            <w:r>
              <w:t>4</w:t>
            </w:r>
          </w:p>
        </w:tc>
        <w:tc>
          <w:tcPr>
            <w:tcW w:w="2880" w:type="dxa"/>
          </w:tcPr>
          <w:p w14:paraId="5E411351" w14:textId="77777777" w:rsidR="00B85EC9" w:rsidRDefault="00D3720E">
            <w:r>
              <w:t>GEN ED SCIENTIFIC REASONING LAB ELECTIVE</w:t>
            </w:r>
          </w:p>
        </w:tc>
        <w:tc>
          <w:tcPr>
            <w:tcW w:w="2880" w:type="dxa"/>
          </w:tcPr>
          <w:p w14:paraId="018EEF0F" w14:textId="77777777" w:rsidR="00B85EC9" w:rsidRDefault="00D3720E">
            <w:r>
              <w:t>Free Elective due to MassTransfer Gen Ed Exemption</w:t>
            </w:r>
          </w:p>
        </w:tc>
      </w:tr>
      <w:tr w:rsidR="00D24D3E" w14:paraId="480BDF5E" w14:textId="77777777" w:rsidTr="69A7C672">
        <w:tc>
          <w:tcPr>
            <w:tcW w:w="2880" w:type="dxa"/>
          </w:tcPr>
          <w:p w14:paraId="37E38A86" w14:textId="77777777" w:rsidR="00B85EC9" w:rsidRDefault="00D3720E">
            <w:r>
              <w:t>GenEd-CW</w:t>
            </w:r>
          </w:p>
        </w:tc>
        <w:tc>
          <w:tcPr>
            <w:tcW w:w="2880" w:type="dxa"/>
          </w:tcPr>
          <w:p w14:paraId="1FD406B7" w14:textId="77777777" w:rsidR="00B85EC9" w:rsidRDefault="00D3720E">
            <w:r>
              <w:t>Creative Work</w:t>
            </w:r>
          </w:p>
          <w:p w14:paraId="2F45F998" w14:textId="0BEF0F47" w:rsidR="00F66EE9" w:rsidRDefault="00F56EA3">
            <w:r>
              <w:t>Choose a course tagged as a Mass Transfer Humanities</w:t>
            </w:r>
          </w:p>
        </w:tc>
        <w:tc>
          <w:tcPr>
            <w:tcW w:w="2880" w:type="dxa"/>
          </w:tcPr>
          <w:p w14:paraId="2A84F790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4A1A23C2" w14:textId="77777777" w:rsidR="00B85EC9" w:rsidRDefault="00D3720E">
            <w:r>
              <w:t>GEN ED CREATIVE WORK ELECTIVE</w:t>
            </w:r>
          </w:p>
        </w:tc>
        <w:tc>
          <w:tcPr>
            <w:tcW w:w="2880" w:type="dxa"/>
          </w:tcPr>
          <w:p w14:paraId="67DA9826" w14:textId="77777777" w:rsidR="00B85EC9" w:rsidRDefault="00D3720E">
            <w:r>
              <w:t>Free Elective due to MassTransfer Gen Ed Exemption</w:t>
            </w:r>
          </w:p>
        </w:tc>
      </w:tr>
      <w:tr w:rsidR="00D24D3E" w14:paraId="48A5EC82" w14:textId="77777777" w:rsidTr="69A7C672">
        <w:tc>
          <w:tcPr>
            <w:tcW w:w="2880" w:type="dxa"/>
          </w:tcPr>
          <w:p w14:paraId="0A84F2C4" w14:textId="77777777" w:rsidR="00B85EC9" w:rsidRDefault="00D3720E">
            <w:r>
              <w:t>ECO-202</w:t>
            </w:r>
          </w:p>
        </w:tc>
        <w:tc>
          <w:tcPr>
            <w:tcW w:w="2880" w:type="dxa"/>
          </w:tcPr>
          <w:p w14:paraId="296205F9" w14:textId="77777777" w:rsidR="00B85EC9" w:rsidRDefault="00D3720E">
            <w:r>
              <w:t>Microeconomics</w:t>
            </w:r>
          </w:p>
        </w:tc>
        <w:tc>
          <w:tcPr>
            <w:tcW w:w="2880" w:type="dxa"/>
          </w:tcPr>
          <w:p w14:paraId="308BE0D9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013DB1F0" w14:textId="77777777" w:rsidR="00B85EC9" w:rsidRDefault="00D3720E">
            <w:r>
              <w:t>ECO202</w:t>
            </w:r>
          </w:p>
        </w:tc>
        <w:tc>
          <w:tcPr>
            <w:tcW w:w="2880" w:type="dxa"/>
          </w:tcPr>
          <w:p w14:paraId="36DFF424" w14:textId="77777777" w:rsidR="00B85EC9" w:rsidRDefault="00D3720E">
            <w:r>
              <w:t>Required Major Support Course</w:t>
            </w:r>
          </w:p>
        </w:tc>
      </w:tr>
      <w:tr w:rsidR="00D24D3E" w14:paraId="03FA31A8" w14:textId="77777777" w:rsidTr="69A7C672">
        <w:tc>
          <w:tcPr>
            <w:tcW w:w="2880" w:type="dxa"/>
          </w:tcPr>
          <w:p w14:paraId="206F1DF5" w14:textId="77777777" w:rsidR="00B85EC9" w:rsidRDefault="00D3720E">
            <w:r>
              <w:t xml:space="preserve">MAT-231 </w:t>
            </w:r>
            <w:r>
              <w:br/>
              <w:t>Or MAT-281</w:t>
            </w:r>
          </w:p>
        </w:tc>
        <w:tc>
          <w:tcPr>
            <w:tcW w:w="2880" w:type="dxa"/>
          </w:tcPr>
          <w:p w14:paraId="12D5FD79" w14:textId="77777777" w:rsidR="00B85EC9" w:rsidRDefault="00D3720E">
            <w:r>
              <w:t>Calculus for Management Science</w:t>
            </w:r>
          </w:p>
          <w:p w14:paraId="61DCF49A" w14:textId="15081ABC" w:rsidR="00BC1D94" w:rsidRDefault="00BC1D94">
            <w:r>
              <w:t>Or Calculus</w:t>
            </w:r>
          </w:p>
        </w:tc>
        <w:tc>
          <w:tcPr>
            <w:tcW w:w="2880" w:type="dxa"/>
          </w:tcPr>
          <w:p w14:paraId="74A0A56A" w14:textId="77777777" w:rsidR="00B85EC9" w:rsidRDefault="00D3720E">
            <w:r>
              <w:t>4</w:t>
            </w:r>
          </w:p>
        </w:tc>
        <w:tc>
          <w:tcPr>
            <w:tcW w:w="2880" w:type="dxa"/>
          </w:tcPr>
          <w:p w14:paraId="1867C613" w14:textId="77777777" w:rsidR="00B85EC9" w:rsidRDefault="00D3720E">
            <w:r>
              <w:t xml:space="preserve">MAT 208 BUSINESS CALCULUS (3) + SSUT61 1 CR </w:t>
            </w:r>
            <w:r>
              <w:br/>
              <w:t>OR MAT 220 CALCULUS I (4)</w:t>
            </w:r>
          </w:p>
          <w:p w14:paraId="5CCDA465" w14:textId="77777777" w:rsidR="00C76986" w:rsidRDefault="00C76986"/>
          <w:p w14:paraId="2AC9DA36" w14:textId="77777777" w:rsidR="00C76986" w:rsidRDefault="00C76986"/>
          <w:p w14:paraId="522D4E54" w14:textId="77777777" w:rsidR="00C76986" w:rsidRDefault="00C76986"/>
          <w:p w14:paraId="51F6BBCF" w14:textId="77777777" w:rsidR="00B9361C" w:rsidRDefault="00B9361C"/>
        </w:tc>
        <w:tc>
          <w:tcPr>
            <w:tcW w:w="2880" w:type="dxa"/>
          </w:tcPr>
          <w:p w14:paraId="018FC80C" w14:textId="77777777" w:rsidR="00B85EC9" w:rsidRDefault="00D3720E">
            <w:r>
              <w:t>Free Elective due to MassTransfer Gen Ed Exemption</w:t>
            </w:r>
          </w:p>
        </w:tc>
      </w:tr>
      <w:tr w:rsidR="00D24D3E" w14:paraId="3B3D8602" w14:textId="77777777" w:rsidTr="69A7C672">
        <w:tc>
          <w:tcPr>
            <w:tcW w:w="2880" w:type="dxa"/>
          </w:tcPr>
          <w:p w14:paraId="304F9D7A" w14:textId="77777777" w:rsidR="00B85EC9" w:rsidRDefault="00D3720E">
            <w:r>
              <w:lastRenderedPageBreak/>
              <w:t>Literature Elective</w:t>
            </w:r>
          </w:p>
        </w:tc>
        <w:tc>
          <w:tcPr>
            <w:tcW w:w="2880" w:type="dxa"/>
          </w:tcPr>
          <w:p w14:paraId="71698BA2" w14:textId="77777777" w:rsidR="00B85EC9" w:rsidRDefault="00D3720E">
            <w:r>
              <w:t>Literature Elective</w:t>
            </w:r>
          </w:p>
          <w:p w14:paraId="64F2606B" w14:textId="77777777" w:rsidR="00BE0DE3" w:rsidRDefault="00BE0DE3"/>
          <w:p w14:paraId="79590D11" w14:textId="3BF82ECF" w:rsidR="006C0305" w:rsidRDefault="006C0305">
            <w:r>
              <w:t>Choose a</w:t>
            </w:r>
            <w:r w:rsidR="00BE0DE3">
              <w:t xml:space="preserve"> course tagged as a</w:t>
            </w:r>
            <w:r>
              <w:t xml:space="preserve"> Mass Transfer Humanities </w:t>
            </w:r>
          </w:p>
        </w:tc>
        <w:tc>
          <w:tcPr>
            <w:tcW w:w="2880" w:type="dxa"/>
          </w:tcPr>
          <w:p w14:paraId="68574B7C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77F7B17B" w14:textId="77777777" w:rsidR="00B85EC9" w:rsidRDefault="00D3720E">
            <w:r>
              <w:t>GEN ED LITERATURE ELECTIVE</w:t>
            </w:r>
          </w:p>
        </w:tc>
        <w:tc>
          <w:tcPr>
            <w:tcW w:w="2880" w:type="dxa"/>
          </w:tcPr>
          <w:p w14:paraId="48B0B914" w14:textId="77777777" w:rsidR="00B85EC9" w:rsidRDefault="00D3720E">
            <w:r>
              <w:t>Free Elective due to MassTransfer Gen Ed Exemption</w:t>
            </w:r>
          </w:p>
          <w:p w14:paraId="5BACBB7F" w14:textId="77777777" w:rsidR="0069567F" w:rsidRDefault="0069567F"/>
          <w:p w14:paraId="7460A8ED" w14:textId="77777777" w:rsidR="0069567F" w:rsidRDefault="0069567F"/>
        </w:tc>
      </w:tr>
      <w:tr w:rsidR="00D24D3E" w14:paraId="1C6C81C6" w14:textId="77777777" w:rsidTr="69A7C672">
        <w:tc>
          <w:tcPr>
            <w:tcW w:w="2880" w:type="dxa"/>
          </w:tcPr>
          <w:p w14:paraId="424AC295" w14:textId="77777777" w:rsidR="00B85EC9" w:rsidRDefault="00D3720E">
            <w:r>
              <w:t>MAN-112</w:t>
            </w:r>
          </w:p>
        </w:tc>
        <w:tc>
          <w:tcPr>
            <w:tcW w:w="2880" w:type="dxa"/>
          </w:tcPr>
          <w:p w14:paraId="4917AF63" w14:textId="77777777" w:rsidR="00B85EC9" w:rsidRDefault="00D3720E">
            <w:r>
              <w:t>Organizational Behavior/Design</w:t>
            </w:r>
          </w:p>
        </w:tc>
        <w:tc>
          <w:tcPr>
            <w:tcW w:w="2880" w:type="dxa"/>
          </w:tcPr>
          <w:p w14:paraId="2CB039F7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7FAC79C4" w14:textId="77777777" w:rsidR="00B85EC9" w:rsidRDefault="00D3720E">
            <w:r>
              <w:t>SSUT62</w:t>
            </w:r>
          </w:p>
        </w:tc>
        <w:tc>
          <w:tcPr>
            <w:tcW w:w="2880" w:type="dxa"/>
          </w:tcPr>
          <w:p w14:paraId="16C84785" w14:textId="77777777" w:rsidR="00B85EC9" w:rsidRDefault="00D3720E">
            <w:r>
              <w:t>Free Elective due to MassTransfer Gen Ed Exemption</w:t>
            </w:r>
          </w:p>
        </w:tc>
      </w:tr>
      <w:tr w:rsidR="00D24D3E" w14:paraId="72F7C351" w14:textId="77777777" w:rsidTr="69A7C672">
        <w:tc>
          <w:tcPr>
            <w:tcW w:w="2880" w:type="dxa"/>
          </w:tcPr>
          <w:p w14:paraId="09BB5536" w14:textId="77777777" w:rsidR="00B85EC9" w:rsidRDefault="00D3720E">
            <w:r>
              <w:t xml:space="preserve">Career Elective </w:t>
            </w:r>
            <w:r>
              <w:br/>
              <w:t>Choose any ACC, BUS, FIN or MAN prefixed course</w:t>
            </w:r>
          </w:p>
        </w:tc>
        <w:tc>
          <w:tcPr>
            <w:tcW w:w="2880" w:type="dxa"/>
          </w:tcPr>
          <w:p w14:paraId="72C0A8A5" w14:textId="77777777" w:rsidR="00B85EC9" w:rsidRDefault="00D3720E">
            <w:r>
              <w:t>Career Elective</w:t>
            </w:r>
          </w:p>
        </w:tc>
        <w:tc>
          <w:tcPr>
            <w:tcW w:w="2880" w:type="dxa"/>
          </w:tcPr>
          <w:p w14:paraId="6412AC56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3B6A5CBF" w14:textId="77777777" w:rsidR="00B85EC9" w:rsidRDefault="00D3720E">
            <w:r>
              <w:t>FREE ELECTIVE</w:t>
            </w:r>
          </w:p>
        </w:tc>
        <w:tc>
          <w:tcPr>
            <w:tcW w:w="2880" w:type="dxa"/>
          </w:tcPr>
          <w:p w14:paraId="7A74EEBD" w14:textId="77777777" w:rsidR="00B85EC9" w:rsidRDefault="00D3720E">
            <w:r>
              <w:t>Free Elective due to MassTransfer Gen Ed Exemption</w:t>
            </w:r>
          </w:p>
        </w:tc>
      </w:tr>
      <w:tr w:rsidR="00D24D3E" w14:paraId="6B11C4D2" w14:textId="77777777" w:rsidTr="69A7C672">
        <w:tc>
          <w:tcPr>
            <w:tcW w:w="2880" w:type="dxa"/>
          </w:tcPr>
          <w:p w14:paraId="260CE19B" w14:textId="77777777" w:rsidR="00B85EC9" w:rsidRDefault="00D3720E">
            <w:r>
              <w:t>MAN-111</w:t>
            </w:r>
          </w:p>
        </w:tc>
        <w:tc>
          <w:tcPr>
            <w:tcW w:w="2880" w:type="dxa"/>
          </w:tcPr>
          <w:p w14:paraId="5737AF6E" w14:textId="77777777" w:rsidR="00B85EC9" w:rsidRDefault="00D3720E">
            <w:r>
              <w:t>Principles of Management</w:t>
            </w:r>
          </w:p>
        </w:tc>
        <w:tc>
          <w:tcPr>
            <w:tcW w:w="2880" w:type="dxa"/>
          </w:tcPr>
          <w:p w14:paraId="0E51EAAD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77A4AEE9" w14:textId="77777777" w:rsidR="00B85EC9" w:rsidRDefault="00D3720E">
            <w:r>
              <w:t>MGT231</w:t>
            </w:r>
          </w:p>
        </w:tc>
        <w:tc>
          <w:tcPr>
            <w:tcW w:w="2880" w:type="dxa"/>
          </w:tcPr>
          <w:p w14:paraId="03D7061A" w14:textId="77777777" w:rsidR="00B85EC9" w:rsidRDefault="00D3720E">
            <w:r>
              <w:t xml:space="preserve">Major Core Course </w:t>
            </w:r>
            <w:r>
              <w:br/>
              <w:t>(Counts in place of MGT332)</w:t>
            </w:r>
          </w:p>
        </w:tc>
      </w:tr>
      <w:tr w:rsidR="00D24D3E" w14:paraId="6E57935B" w14:textId="77777777" w:rsidTr="69A7C672">
        <w:tc>
          <w:tcPr>
            <w:tcW w:w="2880" w:type="dxa"/>
          </w:tcPr>
          <w:p w14:paraId="23B8A108" w14:textId="77777777" w:rsidR="00B85EC9" w:rsidRDefault="00D3720E">
            <w:r>
              <w:t>MAN-105</w:t>
            </w:r>
          </w:p>
        </w:tc>
        <w:tc>
          <w:tcPr>
            <w:tcW w:w="2880" w:type="dxa"/>
          </w:tcPr>
          <w:p w14:paraId="7D066361" w14:textId="77777777" w:rsidR="00B85EC9" w:rsidRDefault="00D3720E">
            <w:r>
              <w:t>Principles of Marketing</w:t>
            </w:r>
          </w:p>
        </w:tc>
        <w:tc>
          <w:tcPr>
            <w:tcW w:w="2880" w:type="dxa"/>
          </w:tcPr>
          <w:p w14:paraId="791F7845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4755EEF8" w14:textId="77777777" w:rsidR="00B85EC9" w:rsidRDefault="00D3720E">
            <w:r>
              <w:t>MKT241N</w:t>
            </w:r>
          </w:p>
        </w:tc>
        <w:tc>
          <w:tcPr>
            <w:tcW w:w="2880" w:type="dxa"/>
          </w:tcPr>
          <w:p w14:paraId="6749D452" w14:textId="77777777" w:rsidR="00B85EC9" w:rsidRDefault="00D3720E">
            <w:r>
              <w:t>Major Core Course</w:t>
            </w:r>
          </w:p>
          <w:p w14:paraId="46BD7C55" w14:textId="77777777" w:rsidR="00C26B16" w:rsidRDefault="00C26B16"/>
        </w:tc>
      </w:tr>
      <w:tr w:rsidR="00D24D3E" w14:paraId="473263EB" w14:textId="77777777" w:rsidTr="69A7C672">
        <w:tc>
          <w:tcPr>
            <w:tcW w:w="2880" w:type="dxa"/>
          </w:tcPr>
          <w:p w14:paraId="30BCF907" w14:textId="77777777" w:rsidR="00B85EC9" w:rsidRDefault="00D3720E">
            <w:r>
              <w:t>Literature Elective</w:t>
            </w:r>
          </w:p>
        </w:tc>
        <w:tc>
          <w:tcPr>
            <w:tcW w:w="2880" w:type="dxa"/>
          </w:tcPr>
          <w:p w14:paraId="1C02C051" w14:textId="2762D95C" w:rsidR="69A7C672" w:rsidRDefault="69A7C672" w:rsidP="69A7C672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69A7C672">
              <w:rPr>
                <w:rFonts w:ascii="Cambria" w:eastAsia="Cambria" w:hAnsi="Cambria" w:cs="Cambria"/>
                <w:color w:val="000000" w:themeColor="text1"/>
              </w:rPr>
              <w:t>Literature Elective</w:t>
            </w:r>
          </w:p>
          <w:p w14:paraId="7DF436C1" w14:textId="0095F4D4" w:rsidR="69A7C672" w:rsidRDefault="69A7C672" w:rsidP="69A7C672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69A7C672">
              <w:rPr>
                <w:rFonts w:ascii="Cambria" w:eastAsia="Cambria" w:hAnsi="Cambria" w:cs="Cambria"/>
                <w:color w:val="000000" w:themeColor="text1"/>
              </w:rPr>
              <w:t>Choose a course tagged as a Mass Transfer Humanitie</w:t>
            </w:r>
            <w:r w:rsidR="62332DFC" w:rsidRPr="69A7C672">
              <w:rPr>
                <w:rFonts w:ascii="Cambria" w:eastAsia="Cambria" w:hAnsi="Cambria" w:cs="Cambria"/>
                <w:color w:val="000000" w:themeColor="text1"/>
              </w:rPr>
              <w:t>s</w:t>
            </w:r>
          </w:p>
          <w:p w14:paraId="0A5DFD24" w14:textId="7125C34A" w:rsidR="69A7C672" w:rsidRDefault="69A7C672" w:rsidP="69A7C672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  <w:tc>
          <w:tcPr>
            <w:tcW w:w="2880" w:type="dxa"/>
          </w:tcPr>
          <w:p w14:paraId="0E91CF80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0AD2222B" w14:textId="77777777" w:rsidR="00B85EC9" w:rsidRDefault="00D3720E">
            <w:r>
              <w:t>GEN ED LITERATURE ELECTIVE</w:t>
            </w:r>
          </w:p>
        </w:tc>
        <w:tc>
          <w:tcPr>
            <w:tcW w:w="2880" w:type="dxa"/>
          </w:tcPr>
          <w:p w14:paraId="3A7575BB" w14:textId="77777777" w:rsidR="00B85EC9" w:rsidRDefault="00D3720E">
            <w:r>
              <w:t>Free Elective</w:t>
            </w:r>
          </w:p>
        </w:tc>
      </w:tr>
      <w:tr w:rsidR="00D24D3E" w14:paraId="51F13245" w14:textId="77777777" w:rsidTr="69A7C672">
        <w:tc>
          <w:tcPr>
            <w:tcW w:w="2880" w:type="dxa"/>
          </w:tcPr>
          <w:p w14:paraId="7330182B" w14:textId="77777777" w:rsidR="00B85EC9" w:rsidRDefault="00D3720E">
            <w:r>
              <w:t>Lab Science Elective</w:t>
            </w:r>
          </w:p>
        </w:tc>
        <w:tc>
          <w:tcPr>
            <w:tcW w:w="2880" w:type="dxa"/>
          </w:tcPr>
          <w:p w14:paraId="138FAC0C" w14:textId="58B50AE7" w:rsidR="69A7C672" w:rsidRDefault="69A7C672" w:rsidP="69A7C672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69A7C672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  <w:p w14:paraId="1AE64268" w14:textId="1B9CDCEE" w:rsidR="69A7C672" w:rsidRDefault="69A7C672" w:rsidP="69A7C672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69A7C672">
              <w:rPr>
                <w:rFonts w:ascii="Cambria" w:eastAsia="Cambria" w:hAnsi="Cambria" w:cs="Cambria"/>
                <w:color w:val="000000" w:themeColor="text1"/>
              </w:rPr>
              <w:t>Choose a course tagged as a Mass Transfer Science</w:t>
            </w:r>
          </w:p>
          <w:p w14:paraId="05A7A951" w14:textId="5CFCF30E" w:rsidR="69A7C672" w:rsidRDefault="69A7C672" w:rsidP="69A7C672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  <w:tc>
          <w:tcPr>
            <w:tcW w:w="2880" w:type="dxa"/>
          </w:tcPr>
          <w:p w14:paraId="2B7AF80F" w14:textId="77777777" w:rsidR="00B85EC9" w:rsidRDefault="00D3720E">
            <w:r>
              <w:t>4</w:t>
            </w:r>
          </w:p>
        </w:tc>
        <w:tc>
          <w:tcPr>
            <w:tcW w:w="2880" w:type="dxa"/>
          </w:tcPr>
          <w:p w14:paraId="278B2FB7" w14:textId="77777777" w:rsidR="00B85EC9" w:rsidRDefault="00D3720E">
            <w:r>
              <w:t>GEN ED SCIENTIFIC REASONING LAB ELECTIVE</w:t>
            </w:r>
          </w:p>
        </w:tc>
        <w:tc>
          <w:tcPr>
            <w:tcW w:w="2880" w:type="dxa"/>
          </w:tcPr>
          <w:p w14:paraId="21B25846" w14:textId="77777777" w:rsidR="00B85EC9" w:rsidRDefault="00D3720E">
            <w:r>
              <w:t>Free Elective</w:t>
            </w:r>
          </w:p>
        </w:tc>
      </w:tr>
      <w:tr w:rsidR="00D24D3E" w14:paraId="57465A35" w14:textId="77777777" w:rsidTr="69A7C672">
        <w:tc>
          <w:tcPr>
            <w:tcW w:w="2880" w:type="dxa"/>
          </w:tcPr>
          <w:p w14:paraId="2D226DCA" w14:textId="77777777" w:rsidR="00B85EC9" w:rsidRDefault="00D3720E">
            <w:r>
              <w:t xml:space="preserve">Social Science Elective </w:t>
            </w:r>
            <w:r>
              <w:br/>
              <w:t>ECO-201 Macroeconomics is required to fulfill this requirement.</w:t>
            </w:r>
          </w:p>
        </w:tc>
        <w:tc>
          <w:tcPr>
            <w:tcW w:w="2880" w:type="dxa"/>
          </w:tcPr>
          <w:p w14:paraId="1CDAA75E" w14:textId="77777777" w:rsidR="00B85EC9" w:rsidRDefault="00D3720E">
            <w:r>
              <w:t>Social Science Elective</w:t>
            </w:r>
          </w:p>
        </w:tc>
        <w:tc>
          <w:tcPr>
            <w:tcW w:w="2880" w:type="dxa"/>
          </w:tcPr>
          <w:p w14:paraId="0B53717B" w14:textId="77777777" w:rsidR="00B85EC9" w:rsidRDefault="00D3720E">
            <w:r>
              <w:t>3</w:t>
            </w:r>
          </w:p>
        </w:tc>
        <w:tc>
          <w:tcPr>
            <w:tcW w:w="2880" w:type="dxa"/>
          </w:tcPr>
          <w:p w14:paraId="1B35353B" w14:textId="77777777" w:rsidR="00B85EC9" w:rsidRDefault="00D3720E">
            <w:r>
              <w:t>ECO201</w:t>
            </w:r>
          </w:p>
        </w:tc>
        <w:tc>
          <w:tcPr>
            <w:tcW w:w="2880" w:type="dxa"/>
          </w:tcPr>
          <w:p w14:paraId="6347DF17" w14:textId="77777777" w:rsidR="00B85EC9" w:rsidRDefault="00D3720E">
            <w:r>
              <w:t>Required Major Support Course</w:t>
            </w:r>
          </w:p>
        </w:tc>
      </w:tr>
    </w:tbl>
    <w:p w14:paraId="46B239FC" w14:textId="77777777" w:rsidR="00D24D3E" w:rsidRDefault="00710C6A">
      <w:pPr>
        <w:pStyle w:val="Heading2"/>
      </w:pPr>
      <w:r>
        <w:t>Program Credit Summary</w:t>
      </w:r>
    </w:p>
    <w:p w14:paraId="3E6757A2" w14:textId="77777777" w:rsidR="00D24D3E" w:rsidRDefault="00710C6A">
      <w:r>
        <w:t>Total Program Credits: 63</w:t>
      </w:r>
      <w:r>
        <w:br/>
        <w:t>Total Transfer Credits Applicable to Salem State University Program: 63</w:t>
      </w:r>
    </w:p>
    <w:p w14:paraId="5673566B" w14:textId="77777777" w:rsidR="00E87DB4" w:rsidRDefault="00E87DB4"/>
    <w:tbl>
      <w:tblPr>
        <w:tblW w:w="0" w:type="auto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29"/>
        <w:gridCol w:w="1501"/>
        <w:gridCol w:w="4293"/>
        <w:gridCol w:w="927"/>
      </w:tblGrid>
      <w:tr w:rsidR="00E87DB4" w:rsidRPr="00F748FF" w14:paraId="6BF8A042" w14:textId="77777777" w:rsidTr="00875FD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B7AEFD0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64EE6CA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 xml:space="preserve">Catalog: 2026-2027 Undergraduate Catalog </w:t>
            </w:r>
          </w:p>
        </w:tc>
      </w:tr>
      <w:tr w:rsidR="00E87DB4" w:rsidRPr="00F748FF" w14:paraId="08E9149F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28EBC1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lastRenderedPageBreak/>
              <w:t>Business Administration, Accounting Concentration, BSBA</w:t>
            </w:r>
          </w:p>
        </w:tc>
      </w:tr>
      <w:tr w:rsidR="00E87DB4" w:rsidRPr="00F748FF" w14:paraId="03F58783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C8D281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General Education Requirements</w:t>
            </w:r>
          </w:p>
          <w:p w14:paraId="63408849" w14:textId="77777777" w:rsidR="00E87DB4" w:rsidRDefault="00E87DB4" w:rsidP="00875FD2">
            <w:pPr>
              <w:rPr>
                <w:i/>
                <w:iCs/>
                <w:color w:val="0070C0"/>
                <w:sz w:val="20"/>
                <w:szCs w:val="20"/>
                <w:u w:val="single"/>
              </w:rPr>
            </w:pPr>
            <w:r w:rsidRPr="001D6379">
              <w:rPr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3DB9483D" w14:textId="77777777" w:rsidR="00E87DB4" w:rsidRDefault="00E87DB4" w:rsidP="00875FD2">
            <w:pPr>
              <w:rPr>
                <w:sz w:val="20"/>
                <w:szCs w:val="20"/>
              </w:rPr>
            </w:pPr>
            <w:r w:rsidRPr="005E1F1A">
              <w:rPr>
                <w:sz w:val="20"/>
                <w:szCs w:val="20"/>
              </w:rPr>
              <w:t>(34-35 credits total</w:t>
            </w:r>
            <w:r>
              <w:rPr>
                <w:sz w:val="20"/>
                <w:szCs w:val="20"/>
              </w:rPr>
              <w:t xml:space="preserve"> – credits still required / 120 credits to graduate still required)</w:t>
            </w:r>
          </w:p>
          <w:tbl>
            <w:tblPr>
              <w:tblW w:w="10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4415"/>
              <w:gridCol w:w="1080"/>
              <w:gridCol w:w="4320"/>
            </w:tblGrid>
            <w:tr w:rsidR="00E87DB4" w:rsidRPr="001D6379" w14:paraId="2DF774DC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8151F56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D5FCB2F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F02929B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30BF178E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ENG111</w:t>
                  </w:r>
                </w:p>
              </w:tc>
            </w:tr>
            <w:tr w:rsidR="00E87DB4" w:rsidRPr="001D6379" w14:paraId="5997CC83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94AE056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88CF080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1F32D3F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191BC66C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ACC101</w:t>
                  </w:r>
                </w:p>
              </w:tc>
            </w:tr>
            <w:tr w:rsidR="00E87DB4" w:rsidRPr="001D6379" w14:paraId="078332BD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F8DAF08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9809FE5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0682F3CE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68CFD09E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CIT110</w:t>
                  </w:r>
                </w:p>
              </w:tc>
            </w:tr>
            <w:tr w:rsidR="00E87DB4" w:rsidRPr="001D6379" w14:paraId="29D92F25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F3E415E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25EA2A5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23925235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3F6892EC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PSY101</w:t>
                  </w:r>
                </w:p>
              </w:tc>
            </w:tr>
            <w:tr w:rsidR="00E87DB4" w:rsidRPr="001D6379" w14:paraId="7A5112D9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BF255E4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AD5CF30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277A4998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19660817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ENG112</w:t>
                  </w:r>
                </w:p>
              </w:tc>
            </w:tr>
            <w:tr w:rsidR="00E87DB4" w:rsidRPr="001D6379" w14:paraId="12640222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34D0D64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E0760DD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C1BC637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  <w:r w:rsidRPr="003D6E81">
                    <w:rPr>
                      <w:sz w:val="20"/>
                      <w:szCs w:val="20"/>
                    </w:rPr>
                    <w:t xml:space="preserve"> credits</w:t>
                  </w:r>
                </w:p>
              </w:tc>
              <w:tc>
                <w:tcPr>
                  <w:tcW w:w="4320" w:type="dxa"/>
                </w:tcPr>
                <w:p w14:paraId="60901434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GEN ED SR</w:t>
                  </w:r>
                </w:p>
              </w:tc>
            </w:tr>
            <w:tr w:rsidR="00E87DB4" w:rsidRPr="001D6379" w14:paraId="4C485769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1B293C4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ADB8FA2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342213FE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1A65BE75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GEN ED CW</w:t>
                  </w:r>
                </w:p>
              </w:tc>
            </w:tr>
            <w:tr w:rsidR="00E87DB4" w:rsidRPr="001D6379" w14:paraId="028E1D9F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E4E26DF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735F6AD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C45377F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  <w:r w:rsidRPr="003D6E81">
                    <w:rPr>
                      <w:sz w:val="20"/>
                      <w:szCs w:val="20"/>
                    </w:rPr>
                    <w:t xml:space="preserve"> credits</w:t>
                  </w:r>
                </w:p>
              </w:tc>
              <w:tc>
                <w:tcPr>
                  <w:tcW w:w="4320" w:type="dxa"/>
                </w:tcPr>
                <w:p w14:paraId="266EC527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MAT231 OR MAT281</w:t>
                  </w:r>
                </w:p>
              </w:tc>
            </w:tr>
            <w:tr w:rsidR="00E87DB4" w:rsidRPr="001D6379" w14:paraId="60BE080D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11315EF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43D3C01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C33DC76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1C9D7C80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LIT ELEC</w:t>
                  </w:r>
                </w:p>
              </w:tc>
            </w:tr>
            <w:tr w:rsidR="00E87DB4" w:rsidRPr="001D6379" w14:paraId="7B2A3AC7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547B47C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AE3EA1D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499381E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3D6E81">
                    <w:rPr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350AD215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MAN112</w:t>
                  </w:r>
                </w:p>
              </w:tc>
            </w:tr>
            <w:tr w:rsidR="00E87DB4" w:rsidRPr="001D6379" w14:paraId="71593FA8" w14:textId="77777777" w:rsidTr="00875FD2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E1DEB9E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CE4C1AB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 w:rsidRPr="001D637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EE6C2F1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 </w:t>
                  </w:r>
                  <w:r w:rsidRPr="003D6E81">
                    <w:rPr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4320" w:type="dxa"/>
                </w:tcPr>
                <w:p w14:paraId="25D18147" w14:textId="77777777" w:rsidR="00E87DB4" w:rsidRPr="001D637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CAREER ELEC</w:t>
                  </w:r>
                </w:p>
              </w:tc>
            </w:tr>
          </w:tbl>
          <w:p w14:paraId="07EBF916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9B5CCA">
              <w:rPr>
                <w:sz w:val="20"/>
                <w:szCs w:val="20"/>
              </w:rPr>
              <w:t>  </w:t>
            </w:r>
          </w:p>
          <w:p w14:paraId="02BF6796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 </w:t>
            </w:r>
          </w:p>
        </w:tc>
      </w:tr>
      <w:tr w:rsidR="00E87DB4" w:rsidRPr="00F748FF" w14:paraId="5E8A760F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D5C71E6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Courses in Major (58 credits total)</w:t>
            </w:r>
          </w:p>
        </w:tc>
      </w:tr>
      <w:tr w:rsidR="00E87DB4" w:rsidRPr="00F748FF" w14:paraId="2FA7EF4F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0E0159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Major Core Courses (34 credits)</w:t>
            </w:r>
          </w:p>
        </w:tc>
      </w:tr>
      <w:tr w:rsidR="00E87DB4" w:rsidRPr="00F748FF" w14:paraId="6BEE6F0D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89473CE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Course Name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2B7D77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79154C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Term Taken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532E0FE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Grade</w:t>
            </w:r>
          </w:p>
        </w:tc>
      </w:tr>
      <w:tr w:rsidR="00E87DB4" w:rsidRPr="00F748FF" w14:paraId="745506ED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5272C73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BUS 170 Introduction to Business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AE112D1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79BAA0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9D5A62E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15C33FA7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CF7B897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lastRenderedPageBreak/>
              <w:t>ACC 106 Financial Accounting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6717ADB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A830319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ACC102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F1A79E5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62CF30D1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E6DAE0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202 Managerial Accounting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B92904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A675165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AA92D2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27876BA2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90BA69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84C2AFB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1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D19BB0C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F29895B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00CC71D3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38FE32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MGT 332 Organizational Behavior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7C7D8F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E9B609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MGT111 SUB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CF93E00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3AAF2CFA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E376DD1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MKT 241N Principles of Marketing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F7CAD5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11B8D2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MAN105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BEC1359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7E9EC683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D5D3F05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BUS 252 Business Law I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D47989B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EB63A77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EDBE00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66F0BCAB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32787E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FIN 301 Principles of Finance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4538A4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9AAE44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A1C3381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7122AAF1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82E009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MIS 201 Introduction to Information Systems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3D9930A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EA8AF9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CE24FF7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64F7A3A4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04D53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ODS 262 Quantitative Analysis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73732C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162592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AAC098F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5F0F5A7A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B4DAB9D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ODS 333 Operations and Logistics Management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DBD6221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6A5964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F41D27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561A7DB6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B0ED727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BUS 470 Business Policy &amp; Strategy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360F565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B2F1D8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F4B041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265FC682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558FA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Major Concentration Courses (24 credits)</w:t>
            </w:r>
          </w:p>
          <w:p w14:paraId="5A73C52A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 </w:t>
            </w:r>
          </w:p>
        </w:tc>
      </w:tr>
      <w:tr w:rsidR="00E87DB4" w:rsidRPr="00F748FF" w14:paraId="3B2B22CF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4F326E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Course Name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4E918F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132EE7E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Term Taken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F445EB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Grade</w:t>
            </w:r>
          </w:p>
        </w:tc>
      </w:tr>
      <w:tr w:rsidR="00E87DB4" w:rsidRPr="00F748FF" w14:paraId="0D099C66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0E34242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300 Intermediate Accounting I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719666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A39848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15BD3C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06BA006E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C1BF02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301 Intermediate Accounting II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7C99447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B4A5EDA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25C317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2E29FDB5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AF42D8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305 Federal Taxation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A42BDD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339D7E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E2DCD4E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6502DD7E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BF6D076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364 Accounting Information Systems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A8122F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8CE94AD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2A9781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0CFBAD97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9F81C5E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400 Advanced Accounting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E6503B5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44C347D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864B17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470C2F16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E3F33A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407 Auditing Theory and Practice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AC5CB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46CA46D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ECD74C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30CB9286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9774CD6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Choose Two Concentration Electives:</w:t>
            </w:r>
          </w:p>
        </w:tc>
      </w:tr>
      <w:tr w:rsidR="00E87DB4" w:rsidRPr="00F748FF" w14:paraId="47F20E49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C0DDEC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lastRenderedPageBreak/>
              <w:t>Course Name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E0E65E6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68071D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Term Taken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6E5C637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Grade</w:t>
            </w:r>
          </w:p>
        </w:tc>
      </w:tr>
      <w:tr w:rsidR="00E87DB4" w:rsidRPr="00F748FF" w14:paraId="709118D8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1AEC59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306 Cost Accounting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E9E667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B38CF9D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D819DD6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04B5753D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730B49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350 Forensic Accounting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84A9E4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76566A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DDD808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35060432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5F5FD4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405 Advanced Federal Taxation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EC2A79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26315B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4406241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3FFB11E8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DBCEED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418 Legal issues in Accounting and Finance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9E2EFF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7D9866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D4C3788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48D8AFB4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EABF49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420N Accounting for Governmental and Non-profit Entities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B90A5E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CF907D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E6EB2B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094AB7C7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D9797D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†  ACC 485 Accounting Internship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1675DF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5B4AE18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87D6DD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77CFD091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278F874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ACC 499 Special Topics in Accounting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5E04598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7DAAEB0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B6C60F1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4E9DDA6A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8154C4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F748FF">
              <w:rPr>
                <w:sz w:val="20"/>
                <w:szCs w:val="20"/>
              </w:rPr>
              <w:t xml:space="preserve"> Required Support Courses (12 credits total)</w:t>
            </w:r>
          </w:p>
        </w:tc>
      </w:tr>
      <w:tr w:rsidR="00E87DB4" w:rsidRPr="00F748FF" w14:paraId="27E956E2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D0EE0D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Course Name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2491E86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A24BE3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Term Taken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A12A88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Grade</w:t>
            </w:r>
          </w:p>
        </w:tc>
      </w:tr>
      <w:tr w:rsidR="00E87DB4" w:rsidRPr="00F748FF" w14:paraId="1BCB5C3C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DB6EDC6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ECO 201 Principles of Macroeconomics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DCC9E52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E27E04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SCI ELEC – IF ECO201 TAKEN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092B35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5D0073AE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39E245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ECO 202 Principles of Microeconomics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E40BF2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AB188E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ECO202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DD9F106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1EE57582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562C7D4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SOC 110 Introduction to Sociology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99064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E91B75E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345D21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56512E61" w14:textId="77777777" w:rsidTr="00875FD2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3D9D0BE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2A0508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3 Credit(s)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0FCEFD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MAT181 SUB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A847389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45757F9A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36D1064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+ Free Electives (15 credits minimum)</w:t>
            </w:r>
          </w:p>
          <w:p w14:paraId="0A1A74F1" w14:textId="77777777" w:rsidR="00E87DB4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p w14:paraId="34050643" w14:textId="77777777" w:rsidR="00E87DB4" w:rsidRDefault="00E87DB4" w:rsidP="00875FD2">
            <w:pPr>
              <w:rPr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75"/>
              <w:gridCol w:w="990"/>
              <w:gridCol w:w="4230"/>
            </w:tblGrid>
            <w:tr w:rsidR="00E87DB4" w:rsidRPr="00CB42A9" w14:paraId="57D7A948" w14:textId="77777777" w:rsidTr="00875FD2">
              <w:tc>
                <w:tcPr>
                  <w:tcW w:w="4775" w:type="dxa"/>
                </w:tcPr>
                <w:p w14:paraId="3FCE0178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  <w:r w:rsidRPr="00CB42A9">
                    <w:rPr>
                      <w:sz w:val="20"/>
                      <w:szCs w:val="20"/>
                    </w:rPr>
                    <w:t>Course</w:t>
                  </w:r>
                </w:p>
              </w:tc>
              <w:tc>
                <w:tcPr>
                  <w:tcW w:w="990" w:type="dxa"/>
                </w:tcPr>
                <w:p w14:paraId="5D1B3D39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  <w:r w:rsidRPr="00CB42A9">
                    <w:rPr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4230" w:type="dxa"/>
                </w:tcPr>
                <w:p w14:paraId="79088B5F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43188B88" w14:textId="77777777" w:rsidTr="00875FD2">
              <w:tc>
                <w:tcPr>
                  <w:tcW w:w="4775" w:type="dxa"/>
                </w:tcPr>
                <w:p w14:paraId="07860D0C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LIT ELEC</w:t>
                  </w:r>
                </w:p>
              </w:tc>
              <w:tc>
                <w:tcPr>
                  <w:tcW w:w="990" w:type="dxa"/>
                </w:tcPr>
                <w:p w14:paraId="3CAF2953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230" w:type="dxa"/>
                </w:tcPr>
                <w:p w14:paraId="26D13630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0084152D" w14:textId="77777777" w:rsidTr="00875FD2">
              <w:tc>
                <w:tcPr>
                  <w:tcW w:w="4775" w:type="dxa"/>
                </w:tcPr>
                <w:p w14:paraId="1FADADCF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LAB SCI ELEC</w:t>
                  </w:r>
                </w:p>
              </w:tc>
              <w:tc>
                <w:tcPr>
                  <w:tcW w:w="990" w:type="dxa"/>
                </w:tcPr>
                <w:p w14:paraId="64F1AA06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230" w:type="dxa"/>
                </w:tcPr>
                <w:p w14:paraId="2614A17E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1BB7908E" w14:textId="77777777" w:rsidTr="00875FD2">
              <w:tc>
                <w:tcPr>
                  <w:tcW w:w="4775" w:type="dxa"/>
                </w:tcPr>
                <w:p w14:paraId="662D0DE0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697A42DC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1263DA3A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44081D59" w14:textId="77777777" w:rsidTr="00875FD2">
              <w:tc>
                <w:tcPr>
                  <w:tcW w:w="4775" w:type="dxa"/>
                </w:tcPr>
                <w:p w14:paraId="6C3154E0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3B92058B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6BEB7C30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3991058D" w14:textId="77777777" w:rsidTr="00875FD2">
              <w:tc>
                <w:tcPr>
                  <w:tcW w:w="4775" w:type="dxa"/>
                </w:tcPr>
                <w:p w14:paraId="065AA5FE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5E9EBFC3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0B2F886A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70D905B3" w14:textId="77777777" w:rsidTr="00875FD2">
              <w:tc>
                <w:tcPr>
                  <w:tcW w:w="4775" w:type="dxa"/>
                </w:tcPr>
                <w:p w14:paraId="0B8ED129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00FACAB2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303EB601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0BC985A" w14:textId="77777777" w:rsidR="00E87DB4" w:rsidRDefault="00E87DB4" w:rsidP="00875FD2">
            <w:pPr>
              <w:rPr>
                <w:sz w:val="20"/>
                <w:szCs w:val="20"/>
              </w:rPr>
            </w:pPr>
          </w:p>
          <w:p w14:paraId="6E2DA1B7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  <w:p w14:paraId="67A1CE55" w14:textId="77777777" w:rsidR="00E87DB4" w:rsidRPr="00F748FF" w:rsidRDefault="00E87DB4" w:rsidP="00875FD2">
            <w:pPr>
              <w:rPr>
                <w:sz w:val="20"/>
                <w:szCs w:val="20"/>
              </w:rPr>
            </w:pPr>
          </w:p>
        </w:tc>
      </w:tr>
      <w:tr w:rsidR="00E87DB4" w:rsidRPr="00F748FF" w14:paraId="64724124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7ACFFED" w14:textId="77777777" w:rsidR="00E87DB4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lastRenderedPageBreak/>
              <w:t>Minor (Optional):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75"/>
              <w:gridCol w:w="990"/>
              <w:gridCol w:w="4230"/>
            </w:tblGrid>
            <w:tr w:rsidR="00E87DB4" w:rsidRPr="00CB42A9" w14:paraId="48A297C5" w14:textId="77777777" w:rsidTr="00875FD2">
              <w:tc>
                <w:tcPr>
                  <w:tcW w:w="4775" w:type="dxa"/>
                </w:tcPr>
                <w:p w14:paraId="52E2FDCA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  <w:r w:rsidRPr="00CB42A9">
                    <w:rPr>
                      <w:sz w:val="20"/>
                      <w:szCs w:val="20"/>
                    </w:rPr>
                    <w:t>Course</w:t>
                  </w:r>
                </w:p>
              </w:tc>
              <w:tc>
                <w:tcPr>
                  <w:tcW w:w="990" w:type="dxa"/>
                </w:tcPr>
                <w:p w14:paraId="692F0E4A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  <w:r w:rsidRPr="00CB42A9">
                    <w:rPr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4230" w:type="dxa"/>
                </w:tcPr>
                <w:p w14:paraId="4D4419E7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4B46F253" w14:textId="77777777" w:rsidTr="00875FD2">
              <w:tc>
                <w:tcPr>
                  <w:tcW w:w="4775" w:type="dxa"/>
                </w:tcPr>
                <w:p w14:paraId="20A54D24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008D1920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40099932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2671BD9C" w14:textId="77777777" w:rsidTr="00875FD2">
              <w:tc>
                <w:tcPr>
                  <w:tcW w:w="4775" w:type="dxa"/>
                </w:tcPr>
                <w:p w14:paraId="7BCB3350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3D7C8A1C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6DCB2C5C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0885C1A9" w14:textId="77777777" w:rsidTr="00875FD2">
              <w:tc>
                <w:tcPr>
                  <w:tcW w:w="4775" w:type="dxa"/>
                </w:tcPr>
                <w:p w14:paraId="7483CAA2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7F019532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7AC5922D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1ADCAF12" w14:textId="77777777" w:rsidTr="00875FD2">
              <w:tc>
                <w:tcPr>
                  <w:tcW w:w="4775" w:type="dxa"/>
                </w:tcPr>
                <w:p w14:paraId="0E6326DF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0CD6EE84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2C88E597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0116F4A1" w14:textId="77777777" w:rsidTr="00875FD2">
              <w:tc>
                <w:tcPr>
                  <w:tcW w:w="4775" w:type="dxa"/>
                </w:tcPr>
                <w:p w14:paraId="1F34F785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4E0862B6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32BFBF34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87DB4" w:rsidRPr="00CB42A9" w14:paraId="0C9F207D" w14:textId="77777777" w:rsidTr="00875FD2">
              <w:tc>
                <w:tcPr>
                  <w:tcW w:w="4775" w:type="dxa"/>
                </w:tcPr>
                <w:p w14:paraId="68B36395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45003395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30" w:type="dxa"/>
                </w:tcPr>
                <w:p w14:paraId="33C7A203" w14:textId="77777777" w:rsidR="00E87DB4" w:rsidRPr="00CB42A9" w:rsidRDefault="00E87DB4" w:rsidP="00875FD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FAE1541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F748FF">
              <w:rPr>
                <w:sz w:val="20"/>
                <w:szCs w:val="20"/>
              </w:rPr>
              <w:t> </w:t>
            </w:r>
          </w:p>
        </w:tc>
      </w:tr>
      <w:tr w:rsidR="00E87DB4" w:rsidRPr="00F748FF" w14:paraId="3FACA834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E39FCD0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Additional Information and Notes</w:t>
            </w:r>
          </w:p>
          <w:p w14:paraId="61A47F44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†   Students wishing to register for ACC 485 must obtain the permission of the Department Chairperson.</w:t>
            </w:r>
          </w:p>
          <w:p w14:paraId="7EB34D62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        .</w:t>
            </w:r>
          </w:p>
        </w:tc>
      </w:tr>
      <w:tr w:rsidR="00E87DB4" w:rsidRPr="00F748FF" w14:paraId="5286BD5C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DBDB99E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Minimum credits for graduation: 120</w:t>
            </w:r>
          </w:p>
        </w:tc>
      </w:tr>
      <w:tr w:rsidR="00E87DB4" w:rsidRPr="00F748FF" w14:paraId="333A9621" w14:textId="77777777" w:rsidTr="00875FD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1B5FE5" w14:textId="77777777" w:rsidR="00E87DB4" w:rsidRPr="00F748FF" w:rsidRDefault="00E87DB4" w:rsidP="00875FD2">
            <w:pPr>
              <w:rPr>
                <w:sz w:val="20"/>
                <w:szCs w:val="20"/>
              </w:rPr>
            </w:pPr>
            <w:r w:rsidRPr="00F748FF">
              <w:rPr>
                <w:sz w:val="20"/>
                <w:szCs w:val="20"/>
              </w:rPr>
              <w:t>Notes:</w:t>
            </w:r>
          </w:p>
        </w:tc>
      </w:tr>
    </w:tbl>
    <w:p w14:paraId="7252545A" w14:textId="77777777" w:rsidR="00E87DB4" w:rsidRDefault="00E87DB4"/>
    <w:sectPr w:rsidR="00E87DB4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380"/>
    <w:rsid w:val="00034616"/>
    <w:rsid w:val="0006063C"/>
    <w:rsid w:val="000647E2"/>
    <w:rsid w:val="000E1571"/>
    <w:rsid w:val="000E3827"/>
    <w:rsid w:val="000F7AD0"/>
    <w:rsid w:val="0015074B"/>
    <w:rsid w:val="00212C46"/>
    <w:rsid w:val="00265115"/>
    <w:rsid w:val="0029639D"/>
    <w:rsid w:val="00326F90"/>
    <w:rsid w:val="00347817"/>
    <w:rsid w:val="004014F9"/>
    <w:rsid w:val="005C3CB9"/>
    <w:rsid w:val="00671DD9"/>
    <w:rsid w:val="0069567F"/>
    <w:rsid w:val="006C0305"/>
    <w:rsid w:val="00710C6A"/>
    <w:rsid w:val="00896F9E"/>
    <w:rsid w:val="008C765F"/>
    <w:rsid w:val="009348EF"/>
    <w:rsid w:val="009E228D"/>
    <w:rsid w:val="00AA1D8D"/>
    <w:rsid w:val="00B47730"/>
    <w:rsid w:val="00B85EC9"/>
    <w:rsid w:val="00B9361C"/>
    <w:rsid w:val="00BC1D94"/>
    <w:rsid w:val="00BE0DE3"/>
    <w:rsid w:val="00C26B16"/>
    <w:rsid w:val="00C56508"/>
    <w:rsid w:val="00C76986"/>
    <w:rsid w:val="00CB0664"/>
    <w:rsid w:val="00D101C7"/>
    <w:rsid w:val="00D23EC8"/>
    <w:rsid w:val="00D24D3E"/>
    <w:rsid w:val="00D3720E"/>
    <w:rsid w:val="00E87DB4"/>
    <w:rsid w:val="00ED32A8"/>
    <w:rsid w:val="00F56EA3"/>
    <w:rsid w:val="00F66EE9"/>
    <w:rsid w:val="00FC693F"/>
    <w:rsid w:val="0C1A5E6A"/>
    <w:rsid w:val="160FE554"/>
    <w:rsid w:val="27DD843E"/>
    <w:rsid w:val="2B331D88"/>
    <w:rsid w:val="2C71231A"/>
    <w:rsid w:val="2FABC3F0"/>
    <w:rsid w:val="3599B0C4"/>
    <w:rsid w:val="361528A4"/>
    <w:rsid w:val="362D4A5F"/>
    <w:rsid w:val="38A5AF1B"/>
    <w:rsid w:val="3E5C4275"/>
    <w:rsid w:val="43F3093D"/>
    <w:rsid w:val="4BB08607"/>
    <w:rsid w:val="5AC7E686"/>
    <w:rsid w:val="5BC49F61"/>
    <w:rsid w:val="5C082995"/>
    <w:rsid w:val="62332DFC"/>
    <w:rsid w:val="648E269B"/>
    <w:rsid w:val="69A7C672"/>
    <w:rsid w:val="6A07D1F6"/>
    <w:rsid w:val="702840C3"/>
    <w:rsid w:val="70EEB332"/>
    <w:rsid w:val="7CE8C540"/>
    <w:rsid w:val="7D458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AF4A5A"/>
  <w14:defaultImageDpi w14:val="300"/>
  <w15:docId w15:val="{4951D651-5059-4043-A89A-03B04142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1097</Words>
  <Characters>6254</Characters>
  <Application>Microsoft Office Word</Application>
  <DocSecurity>8</DocSecurity>
  <Lines>52</Lines>
  <Paragraphs>14</Paragraphs>
  <ScaleCrop>false</ScaleCrop>
  <Manager/>
  <Company/>
  <LinksUpToDate>false</LinksUpToDate>
  <CharactersWithSpaces>7337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Avril Hevey-Doucette</cp:lastModifiedBy>
  <cp:revision>20</cp:revision>
  <dcterms:created xsi:type="dcterms:W3CDTF">2026-05-07T17:30:00Z</dcterms:created>
  <dcterms:modified xsi:type="dcterms:W3CDTF">2026-09-23T14:26:00Z</dcterms:modified>
  <cp:category/>
</cp:coreProperties>
</file>