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4B837" w14:textId="77777777" w:rsidR="00D24D3E" w:rsidRDefault="00710C6A">
      <w:pPr>
        <w:pStyle w:val="Title"/>
      </w:pPr>
      <w:r>
        <w:t>Salem State University Advising Map</w:t>
      </w:r>
    </w:p>
    <w:p w14:paraId="6E2BDAE9" w14:textId="77777777" w:rsidR="00D24D3E" w:rsidRDefault="00710C6A" w:rsidP="43F3093D">
      <w:pPr>
        <w:pStyle w:val="Heading1"/>
      </w:pPr>
      <w:r>
        <w:t>Bunker Hill Community College – Business Transfer Option A.A. mapped to Salem State University Financial Planning Concentration BSBA</w:t>
      </w:r>
    </w:p>
    <w:p w14:paraId="237A210B" w14:textId="77777777" w:rsidR="00D24D3E" w:rsidRDefault="00710C6A">
      <w:pPr>
        <w:pStyle w:val="Heading2"/>
      </w:pPr>
      <w:r>
        <w:t>Catalog Information</w:t>
      </w:r>
    </w:p>
    <w:p w14:paraId="1F527B57" w14:textId="77777777" w:rsidR="00D24D3E" w:rsidRDefault="00710C6A">
      <w:r>
        <w:t>BHCC Catalog Year: 2025–2026</w:t>
      </w:r>
      <w:r>
        <w:br/>
        <w:t>Salem State University Catalog Year: 2025–2026</w:t>
      </w:r>
    </w:p>
    <w:p w14:paraId="3A527200" w14:textId="77777777" w:rsidR="00D24D3E" w:rsidRDefault="00710C6A">
      <w:pPr>
        <w:pStyle w:val="Heading2"/>
      </w:pPr>
      <w:r>
        <w:t>Advising Notes</w:t>
      </w:r>
    </w:p>
    <w:p w14:paraId="07EC4916" w14:textId="77777777" w:rsidR="00D24D3E" w:rsidRDefault="00710C6A">
      <w:r>
        <w:t>This map is a Salem State University advising tool only. Bunker Hill Community College students should work with their Bunker Hill Community College advisor.</w:t>
      </w:r>
    </w:p>
    <w:p w14:paraId="0EBC97BA" w14:textId="77777777" w:rsidR="00D24D3E" w:rsidRDefault="00710C6A">
      <w:pPr>
        <w:pStyle w:val="Heading2"/>
      </w:pPr>
      <w:r>
        <w:t>MassTransfer General Education Foundation</w:t>
      </w:r>
    </w:p>
    <w:p w14:paraId="74158007" w14:textId="77777777" w:rsidR="00D24D3E" w:rsidRDefault="00710C6A">
      <w:r>
        <w:t>The following table lists MassTransfer General Education requirements and their corresponding BHCC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3406B251" w14:textId="77777777" w:rsidTr="43F3093D">
        <w:trPr>
          <w:tblHeader/>
        </w:trPr>
        <w:tc>
          <w:tcPr>
            <w:tcW w:w="7200" w:type="dxa"/>
          </w:tcPr>
          <w:p w14:paraId="77DD74FD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05DE1635" w14:textId="77777777" w:rsidR="00ED6FDB" w:rsidRDefault="00D4767C">
            <w:r>
              <w:t>BHCC Course(s)</w:t>
            </w:r>
          </w:p>
        </w:tc>
      </w:tr>
      <w:tr w:rsidR="00D24D3E" w14:paraId="1B92AB81" w14:textId="77777777" w:rsidTr="43F3093D">
        <w:tc>
          <w:tcPr>
            <w:tcW w:w="7200" w:type="dxa"/>
          </w:tcPr>
          <w:p w14:paraId="7FF396B4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3EE969F5" w14:textId="77777777" w:rsidR="00ED6FDB" w:rsidRDefault="00D4767C">
            <w:r>
              <w:t>ENG-111</w:t>
            </w:r>
          </w:p>
        </w:tc>
      </w:tr>
      <w:tr w:rsidR="00D24D3E" w14:paraId="38004CD7" w14:textId="77777777" w:rsidTr="43F3093D">
        <w:tc>
          <w:tcPr>
            <w:tcW w:w="7200" w:type="dxa"/>
          </w:tcPr>
          <w:p w14:paraId="64CA42FC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3E78B68E" w14:textId="77777777" w:rsidR="00ED6FDB" w:rsidRDefault="00D4767C">
            <w:r>
              <w:t>ENG-112</w:t>
            </w:r>
          </w:p>
        </w:tc>
      </w:tr>
      <w:tr w:rsidR="00D24D3E" w14:paraId="50EEB506" w14:textId="77777777" w:rsidTr="43F3093D">
        <w:tc>
          <w:tcPr>
            <w:tcW w:w="7200" w:type="dxa"/>
          </w:tcPr>
          <w:p w14:paraId="7E90931E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0B68DCE3" w14:textId="77777777" w:rsidR="00ED6FDB" w:rsidRDefault="00D4767C">
            <w:r>
              <w:t>ECO201</w:t>
            </w:r>
          </w:p>
        </w:tc>
      </w:tr>
      <w:tr w:rsidR="00D24D3E" w14:paraId="3685259D" w14:textId="77777777" w:rsidTr="43F3093D">
        <w:tc>
          <w:tcPr>
            <w:tcW w:w="7200" w:type="dxa"/>
          </w:tcPr>
          <w:p w14:paraId="70A388BC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4CC1812B" w14:textId="77777777" w:rsidR="00ED6FDB" w:rsidRDefault="00D4767C">
            <w:r>
              <w:t>ECO202</w:t>
            </w:r>
          </w:p>
        </w:tc>
      </w:tr>
      <w:tr w:rsidR="00D24D3E" w14:paraId="52514E33" w14:textId="77777777" w:rsidTr="43F3093D">
        <w:tc>
          <w:tcPr>
            <w:tcW w:w="7200" w:type="dxa"/>
          </w:tcPr>
          <w:p w14:paraId="2D00CD74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12D6B7AE" w14:textId="77777777" w:rsidR="00ED6FDB" w:rsidRDefault="00D4767C">
            <w:r>
              <w:t>PSY101</w:t>
            </w:r>
          </w:p>
        </w:tc>
      </w:tr>
      <w:tr w:rsidR="00D24D3E" w14:paraId="77ED55E6" w14:textId="77777777" w:rsidTr="43F3093D">
        <w:tc>
          <w:tcPr>
            <w:tcW w:w="7200" w:type="dxa"/>
          </w:tcPr>
          <w:p w14:paraId="1431D904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575F23CD" w14:textId="77777777" w:rsidR="00ED6FDB" w:rsidRDefault="00D4767C">
            <w:r>
              <w:t>Literature Elective</w:t>
            </w:r>
          </w:p>
        </w:tc>
      </w:tr>
      <w:tr w:rsidR="00D24D3E" w14:paraId="66208BF7" w14:textId="77777777" w:rsidTr="43F3093D">
        <w:tc>
          <w:tcPr>
            <w:tcW w:w="7200" w:type="dxa"/>
          </w:tcPr>
          <w:p w14:paraId="67053E01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4F28AA78" w14:textId="77777777" w:rsidR="00ED6FDB" w:rsidRDefault="00D4767C">
            <w:r>
              <w:t>Literature Elective</w:t>
            </w:r>
          </w:p>
        </w:tc>
      </w:tr>
      <w:tr w:rsidR="00D24D3E" w14:paraId="56FFF9BE" w14:textId="77777777" w:rsidTr="43F3093D">
        <w:tc>
          <w:tcPr>
            <w:tcW w:w="7200" w:type="dxa"/>
          </w:tcPr>
          <w:p w14:paraId="09A682C9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53F41CC1" w14:textId="77777777" w:rsidR="00ED6FDB" w:rsidRDefault="00D4767C">
            <w:r>
              <w:t>GenEd-CW</w:t>
            </w:r>
          </w:p>
        </w:tc>
      </w:tr>
      <w:tr w:rsidR="00D24D3E" w14:paraId="31502A74" w14:textId="77777777" w:rsidTr="43F3093D">
        <w:tc>
          <w:tcPr>
            <w:tcW w:w="7200" w:type="dxa"/>
          </w:tcPr>
          <w:p w14:paraId="351CE1DD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3011AE15" w14:textId="77777777" w:rsidR="00ED6FDB" w:rsidRDefault="00D4767C">
            <w:r>
              <w:t>Lab Science Elective</w:t>
            </w:r>
          </w:p>
        </w:tc>
      </w:tr>
      <w:tr w:rsidR="00D24D3E" w14:paraId="4399F94A" w14:textId="77777777" w:rsidTr="43F3093D">
        <w:tc>
          <w:tcPr>
            <w:tcW w:w="7200" w:type="dxa"/>
          </w:tcPr>
          <w:p w14:paraId="6B798146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2F61522B" w14:textId="77777777" w:rsidR="00ED6FDB" w:rsidRDefault="00D4767C">
            <w:r>
              <w:t>GenEd-SR</w:t>
            </w:r>
          </w:p>
        </w:tc>
      </w:tr>
      <w:tr w:rsidR="00D24D3E" w14:paraId="69200AAA" w14:textId="77777777" w:rsidTr="43F3093D">
        <w:tc>
          <w:tcPr>
            <w:tcW w:w="7200" w:type="dxa"/>
          </w:tcPr>
          <w:p w14:paraId="04FD522B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0545FDA3" w14:textId="77777777" w:rsidR="00ED6FDB" w:rsidRDefault="00D4767C">
            <w:r>
              <w:t>MAT-181</w:t>
            </w:r>
          </w:p>
        </w:tc>
      </w:tr>
    </w:tbl>
    <w:p w14:paraId="0D45FB4B" w14:textId="77777777" w:rsidR="00D24D3E" w:rsidRDefault="00710C6A">
      <w:pPr>
        <w:pStyle w:val="Heading2"/>
      </w:pPr>
      <w:r>
        <w:t>BHCC to Salem State Course Articulation</w:t>
      </w:r>
    </w:p>
    <w:p w14:paraId="50C6366D" w14:textId="77777777" w:rsidR="00D24D3E" w:rsidRDefault="00710C6A">
      <w:r>
        <w:t>The following table shows BHCC courses, their Salem State equivalents, credits, and how each course applies to the Salem State program.</w:t>
      </w:r>
    </w:p>
    <w:p w14:paraId="45E73662" w14:textId="77777777" w:rsidR="00CB10B9" w:rsidRDefault="00CB10B9"/>
    <w:p w14:paraId="6A910393" w14:textId="77777777" w:rsidR="00CB10B9" w:rsidRDefault="00CB10B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1DA49FDB" w14:textId="77777777" w:rsidTr="43F3093D">
        <w:trPr>
          <w:tblHeader/>
        </w:trPr>
        <w:tc>
          <w:tcPr>
            <w:tcW w:w="2880" w:type="dxa"/>
          </w:tcPr>
          <w:p w14:paraId="5F22C6B1" w14:textId="77777777" w:rsidR="00ED6FDB" w:rsidRDefault="00D4767C">
            <w:r>
              <w:lastRenderedPageBreak/>
              <w:t>BHCC Course Number</w:t>
            </w:r>
          </w:p>
        </w:tc>
        <w:tc>
          <w:tcPr>
            <w:tcW w:w="2880" w:type="dxa"/>
          </w:tcPr>
          <w:p w14:paraId="542D5EFF" w14:textId="77777777" w:rsidR="00D24D3E" w:rsidRDefault="00710C6A">
            <w:r>
              <w:t>Course Title</w:t>
            </w:r>
          </w:p>
        </w:tc>
        <w:tc>
          <w:tcPr>
            <w:tcW w:w="2880" w:type="dxa"/>
          </w:tcPr>
          <w:p w14:paraId="6BA24FA6" w14:textId="77777777" w:rsidR="00D24D3E" w:rsidRDefault="00710C6A">
            <w:r>
              <w:t>Credits</w:t>
            </w:r>
          </w:p>
        </w:tc>
        <w:tc>
          <w:tcPr>
            <w:tcW w:w="2880" w:type="dxa"/>
          </w:tcPr>
          <w:p w14:paraId="4CD68C8A" w14:textId="77777777" w:rsidR="00ED6FDB" w:rsidRDefault="00D4767C">
            <w:r>
              <w:t>Salem State Equivalent</w:t>
            </w:r>
          </w:p>
        </w:tc>
        <w:tc>
          <w:tcPr>
            <w:tcW w:w="2880" w:type="dxa"/>
          </w:tcPr>
          <w:p w14:paraId="5DDA6013" w14:textId="77777777" w:rsidR="00ED6FDB" w:rsidRDefault="00D4767C">
            <w:r>
              <w:t>Application to Salem State Program</w:t>
            </w:r>
          </w:p>
        </w:tc>
      </w:tr>
      <w:tr w:rsidR="00D24D3E" w14:paraId="100517D5" w14:textId="77777777" w:rsidTr="43F3093D">
        <w:tc>
          <w:tcPr>
            <w:tcW w:w="2880" w:type="dxa"/>
          </w:tcPr>
          <w:p w14:paraId="4F955E10" w14:textId="77777777" w:rsidR="00ED6FDB" w:rsidRDefault="00D4767C">
            <w:r>
              <w:t>BUS-101</w:t>
            </w:r>
          </w:p>
        </w:tc>
        <w:tc>
          <w:tcPr>
            <w:tcW w:w="2880" w:type="dxa"/>
          </w:tcPr>
          <w:p w14:paraId="30466CEC" w14:textId="77777777" w:rsidR="00ED6FDB" w:rsidRDefault="00D4767C">
            <w:r>
              <w:t>Introduction to Business</w:t>
            </w:r>
          </w:p>
        </w:tc>
        <w:tc>
          <w:tcPr>
            <w:tcW w:w="2880" w:type="dxa"/>
          </w:tcPr>
          <w:p w14:paraId="18CD5CCC" w14:textId="77777777" w:rsidR="00ED6FDB" w:rsidRDefault="00D4767C">
            <w:r>
              <w:t>3</w:t>
            </w:r>
          </w:p>
        </w:tc>
        <w:tc>
          <w:tcPr>
            <w:tcW w:w="2880" w:type="dxa"/>
          </w:tcPr>
          <w:p w14:paraId="196DC764" w14:textId="77777777" w:rsidR="00ED6FDB" w:rsidRDefault="00D4767C">
            <w:r>
              <w:t>BUS 170 INTRODUCTION TO BUSINESS (3)</w:t>
            </w:r>
          </w:p>
        </w:tc>
        <w:tc>
          <w:tcPr>
            <w:tcW w:w="2880" w:type="dxa"/>
          </w:tcPr>
          <w:p w14:paraId="23871388" w14:textId="77777777" w:rsidR="00ED6FDB" w:rsidRDefault="00D4767C">
            <w:r>
              <w:t>Major Core Course</w:t>
            </w:r>
          </w:p>
        </w:tc>
      </w:tr>
      <w:tr w:rsidR="00D24D3E" w14:paraId="129D3B02" w14:textId="77777777" w:rsidTr="43F3093D">
        <w:tc>
          <w:tcPr>
            <w:tcW w:w="2880" w:type="dxa"/>
          </w:tcPr>
          <w:p w14:paraId="2E700E89" w14:textId="77777777" w:rsidR="00ED6FDB" w:rsidRDefault="00D4767C">
            <w:r>
              <w:t>ENG-111</w:t>
            </w:r>
          </w:p>
        </w:tc>
        <w:tc>
          <w:tcPr>
            <w:tcW w:w="2880" w:type="dxa"/>
          </w:tcPr>
          <w:p w14:paraId="1BEA748A" w14:textId="77777777" w:rsidR="00ED6FDB" w:rsidRDefault="00D4767C">
            <w:r>
              <w:t>College Writing I</w:t>
            </w:r>
          </w:p>
        </w:tc>
        <w:tc>
          <w:tcPr>
            <w:tcW w:w="2880" w:type="dxa"/>
          </w:tcPr>
          <w:p w14:paraId="0C8592A6" w14:textId="77777777" w:rsidR="00ED6FDB" w:rsidRDefault="00D4767C">
            <w:r>
              <w:t>3</w:t>
            </w:r>
          </w:p>
        </w:tc>
        <w:tc>
          <w:tcPr>
            <w:tcW w:w="2880" w:type="dxa"/>
          </w:tcPr>
          <w:p w14:paraId="7B57ACD6" w14:textId="77777777" w:rsidR="00ED6FDB" w:rsidRDefault="00D4767C">
            <w:r>
              <w:t>ENL105</w:t>
            </w:r>
          </w:p>
        </w:tc>
        <w:tc>
          <w:tcPr>
            <w:tcW w:w="2880" w:type="dxa"/>
          </w:tcPr>
          <w:p w14:paraId="6D8E9955" w14:textId="77777777" w:rsidR="00ED6FDB" w:rsidRDefault="00D4767C">
            <w:r>
              <w:t>Free Elective due to MassTransfer Gen Ed Exemption</w:t>
            </w:r>
          </w:p>
        </w:tc>
      </w:tr>
      <w:tr w:rsidR="00D24D3E" w14:paraId="64392FB4" w14:textId="77777777" w:rsidTr="43F3093D">
        <w:tc>
          <w:tcPr>
            <w:tcW w:w="2880" w:type="dxa"/>
          </w:tcPr>
          <w:p w14:paraId="34ED6936" w14:textId="77777777" w:rsidR="00ED6FDB" w:rsidRDefault="00D4767C">
            <w:r>
              <w:t>ACC-101</w:t>
            </w:r>
          </w:p>
        </w:tc>
        <w:tc>
          <w:tcPr>
            <w:tcW w:w="2880" w:type="dxa"/>
          </w:tcPr>
          <w:p w14:paraId="12E9F9E9" w14:textId="77777777" w:rsidR="00ED6FDB" w:rsidRDefault="00D4767C">
            <w:r>
              <w:t>Principles of Accounting I</w:t>
            </w:r>
          </w:p>
        </w:tc>
        <w:tc>
          <w:tcPr>
            <w:tcW w:w="2880" w:type="dxa"/>
          </w:tcPr>
          <w:p w14:paraId="35252973" w14:textId="77777777" w:rsidR="00ED6FDB" w:rsidRDefault="00D4767C">
            <w:r>
              <w:t>3</w:t>
            </w:r>
          </w:p>
        </w:tc>
        <w:tc>
          <w:tcPr>
            <w:tcW w:w="2880" w:type="dxa"/>
          </w:tcPr>
          <w:p w14:paraId="6DB3F764" w14:textId="77777777" w:rsidR="00ED6FDB" w:rsidRDefault="00D4767C">
            <w:r>
              <w:t>GENERAL FREE ELECTIVE SSU T61-T69</w:t>
            </w:r>
          </w:p>
        </w:tc>
        <w:tc>
          <w:tcPr>
            <w:tcW w:w="2880" w:type="dxa"/>
          </w:tcPr>
          <w:p w14:paraId="2C26B6A2" w14:textId="77777777" w:rsidR="00ED6FDB" w:rsidRDefault="00D4767C">
            <w:r>
              <w:t>Free Elective due to MassTransfer Gen Ed Exemption</w:t>
            </w:r>
          </w:p>
        </w:tc>
      </w:tr>
      <w:tr w:rsidR="00D24D3E" w14:paraId="562E21E9" w14:textId="77777777" w:rsidTr="43F3093D">
        <w:tc>
          <w:tcPr>
            <w:tcW w:w="2880" w:type="dxa"/>
          </w:tcPr>
          <w:p w14:paraId="00E7F7D8" w14:textId="77777777" w:rsidR="00ED6FDB" w:rsidRDefault="00D4767C">
            <w:r>
              <w:t>CIT-110</w:t>
            </w:r>
          </w:p>
        </w:tc>
        <w:tc>
          <w:tcPr>
            <w:tcW w:w="2880" w:type="dxa"/>
          </w:tcPr>
          <w:p w14:paraId="5E1BB8B6" w14:textId="77777777" w:rsidR="00ED6FDB" w:rsidRDefault="00D4767C">
            <w:r>
              <w:t>Applications/Concepts</w:t>
            </w:r>
          </w:p>
        </w:tc>
        <w:tc>
          <w:tcPr>
            <w:tcW w:w="2880" w:type="dxa"/>
          </w:tcPr>
          <w:p w14:paraId="688A1481" w14:textId="77777777" w:rsidR="00ED6FDB" w:rsidRDefault="00D4767C">
            <w:r>
              <w:t>3</w:t>
            </w:r>
          </w:p>
        </w:tc>
        <w:tc>
          <w:tcPr>
            <w:tcW w:w="2880" w:type="dxa"/>
          </w:tcPr>
          <w:p w14:paraId="14417DDF" w14:textId="77777777" w:rsidR="00ED6FDB" w:rsidRDefault="00D4767C">
            <w:r>
              <w:t>ITC 117 COMPUTERS IN THE PROFESSIONS (3)</w:t>
            </w:r>
          </w:p>
        </w:tc>
        <w:tc>
          <w:tcPr>
            <w:tcW w:w="2880" w:type="dxa"/>
          </w:tcPr>
          <w:p w14:paraId="2F8681CB" w14:textId="77777777" w:rsidR="00ED6FDB" w:rsidRDefault="00D4767C">
            <w:r>
              <w:t>Free Elective due to MassTransfer Gen Ed Exemption</w:t>
            </w:r>
          </w:p>
        </w:tc>
      </w:tr>
      <w:tr w:rsidR="00D24D3E" w14:paraId="2CEAD157" w14:textId="77777777" w:rsidTr="43F3093D">
        <w:tc>
          <w:tcPr>
            <w:tcW w:w="2880" w:type="dxa"/>
          </w:tcPr>
          <w:p w14:paraId="42D7C754" w14:textId="77777777" w:rsidR="00ED6FDB" w:rsidRDefault="00D4767C">
            <w:r>
              <w:t>PSY-101</w:t>
            </w:r>
          </w:p>
        </w:tc>
        <w:tc>
          <w:tcPr>
            <w:tcW w:w="2880" w:type="dxa"/>
          </w:tcPr>
          <w:p w14:paraId="6B06B9A1" w14:textId="77777777" w:rsidR="00ED6FDB" w:rsidRDefault="00D4767C">
            <w:r>
              <w:t>Principles of Psychology</w:t>
            </w:r>
          </w:p>
        </w:tc>
        <w:tc>
          <w:tcPr>
            <w:tcW w:w="2880" w:type="dxa"/>
          </w:tcPr>
          <w:p w14:paraId="7C0C46B4" w14:textId="77777777" w:rsidR="00ED6FDB" w:rsidRDefault="00D4767C">
            <w:r>
              <w:t>3</w:t>
            </w:r>
          </w:p>
        </w:tc>
        <w:tc>
          <w:tcPr>
            <w:tcW w:w="2880" w:type="dxa"/>
          </w:tcPr>
          <w:p w14:paraId="7E0152E9" w14:textId="77777777" w:rsidR="00ED6FDB" w:rsidRDefault="00D4767C">
            <w:r>
              <w:t>PSY 101 General Psychology</w:t>
            </w:r>
          </w:p>
        </w:tc>
        <w:tc>
          <w:tcPr>
            <w:tcW w:w="2880" w:type="dxa"/>
          </w:tcPr>
          <w:p w14:paraId="13D6A7AA" w14:textId="77777777" w:rsidR="00ED6FDB" w:rsidRDefault="00D4767C">
            <w:r>
              <w:t>Free Elective due to MassTransfer Gen Ed Exemption</w:t>
            </w:r>
          </w:p>
        </w:tc>
      </w:tr>
      <w:tr w:rsidR="00D24D3E" w14:paraId="4A29D7E5" w14:textId="77777777" w:rsidTr="43F3093D">
        <w:tc>
          <w:tcPr>
            <w:tcW w:w="2880" w:type="dxa"/>
          </w:tcPr>
          <w:p w14:paraId="476DD35E" w14:textId="77777777" w:rsidR="00ED6FDB" w:rsidRDefault="00D4767C">
            <w:r>
              <w:t>ENG-112</w:t>
            </w:r>
          </w:p>
        </w:tc>
        <w:tc>
          <w:tcPr>
            <w:tcW w:w="2880" w:type="dxa"/>
          </w:tcPr>
          <w:p w14:paraId="5B52920A" w14:textId="77777777" w:rsidR="00ED6FDB" w:rsidRDefault="00D4767C">
            <w:r>
              <w:t>College Writing II</w:t>
            </w:r>
          </w:p>
        </w:tc>
        <w:tc>
          <w:tcPr>
            <w:tcW w:w="2880" w:type="dxa"/>
          </w:tcPr>
          <w:p w14:paraId="09B9821F" w14:textId="77777777" w:rsidR="00ED6FDB" w:rsidRDefault="00D4767C">
            <w:r>
              <w:t>3</w:t>
            </w:r>
          </w:p>
        </w:tc>
        <w:tc>
          <w:tcPr>
            <w:tcW w:w="2880" w:type="dxa"/>
          </w:tcPr>
          <w:p w14:paraId="2CC195BC" w14:textId="77777777" w:rsidR="00ED6FDB" w:rsidRDefault="00D4767C">
            <w:r>
              <w:t>ENL110</w:t>
            </w:r>
          </w:p>
        </w:tc>
        <w:tc>
          <w:tcPr>
            <w:tcW w:w="2880" w:type="dxa"/>
          </w:tcPr>
          <w:p w14:paraId="199A2929" w14:textId="77777777" w:rsidR="00ED6FDB" w:rsidRDefault="00D4767C">
            <w:r>
              <w:t>Free Elective due to MassTransfer Gen Ed Exemption</w:t>
            </w:r>
          </w:p>
        </w:tc>
      </w:tr>
      <w:tr w:rsidR="00D24D3E" w14:paraId="1CD34D13" w14:textId="77777777" w:rsidTr="43F3093D">
        <w:tc>
          <w:tcPr>
            <w:tcW w:w="2880" w:type="dxa"/>
          </w:tcPr>
          <w:p w14:paraId="424C4967" w14:textId="77777777" w:rsidR="00ED6FDB" w:rsidRDefault="00D4767C">
            <w:r>
              <w:t>ACC-102</w:t>
            </w:r>
          </w:p>
        </w:tc>
        <w:tc>
          <w:tcPr>
            <w:tcW w:w="2880" w:type="dxa"/>
          </w:tcPr>
          <w:p w14:paraId="03A8CCC3" w14:textId="77777777" w:rsidR="00ED6FDB" w:rsidRDefault="00D4767C">
            <w:r>
              <w:t>Principles of Accounting II</w:t>
            </w:r>
          </w:p>
        </w:tc>
        <w:tc>
          <w:tcPr>
            <w:tcW w:w="2880" w:type="dxa"/>
          </w:tcPr>
          <w:p w14:paraId="7DC40E3B" w14:textId="77777777" w:rsidR="00ED6FDB" w:rsidRDefault="00D4767C">
            <w:r>
              <w:t>3</w:t>
            </w:r>
          </w:p>
        </w:tc>
        <w:tc>
          <w:tcPr>
            <w:tcW w:w="2880" w:type="dxa"/>
          </w:tcPr>
          <w:p w14:paraId="6562F2E1" w14:textId="77777777" w:rsidR="00ED6FDB" w:rsidRDefault="00D4767C">
            <w:r>
              <w:t>ACC 106 FINANCIAL ACCOUNTING (3)</w:t>
            </w:r>
          </w:p>
        </w:tc>
        <w:tc>
          <w:tcPr>
            <w:tcW w:w="2880" w:type="dxa"/>
          </w:tcPr>
          <w:p w14:paraId="200C8EE9" w14:textId="77777777" w:rsidR="00ED6FDB" w:rsidRDefault="00D4767C">
            <w:r>
              <w:t>Major Core Course</w:t>
            </w:r>
          </w:p>
        </w:tc>
      </w:tr>
      <w:tr w:rsidR="00D24D3E" w14:paraId="7F7DE31C" w14:textId="77777777" w:rsidTr="43F3093D">
        <w:tc>
          <w:tcPr>
            <w:tcW w:w="2880" w:type="dxa"/>
          </w:tcPr>
          <w:p w14:paraId="71408FDE" w14:textId="77777777" w:rsidR="00ED6FDB" w:rsidRDefault="00D4767C">
            <w:r>
              <w:t>MAT-181</w:t>
            </w:r>
          </w:p>
        </w:tc>
        <w:tc>
          <w:tcPr>
            <w:tcW w:w="2880" w:type="dxa"/>
          </w:tcPr>
          <w:p w14:paraId="54DC19CE" w14:textId="77777777" w:rsidR="00ED6FDB" w:rsidRDefault="00D4767C">
            <w:r>
              <w:t>Statistics I</w:t>
            </w:r>
          </w:p>
        </w:tc>
        <w:tc>
          <w:tcPr>
            <w:tcW w:w="2880" w:type="dxa"/>
          </w:tcPr>
          <w:p w14:paraId="1AD6CBE1" w14:textId="77777777" w:rsidR="00ED6FDB" w:rsidRDefault="00D4767C">
            <w:r>
              <w:t>3</w:t>
            </w:r>
          </w:p>
        </w:tc>
        <w:tc>
          <w:tcPr>
            <w:tcW w:w="2880" w:type="dxa"/>
          </w:tcPr>
          <w:p w14:paraId="3D583AA0" w14:textId="77777777" w:rsidR="00ED6FDB" w:rsidRDefault="00D4767C">
            <w:r>
              <w:t>MAT 147 STATISTICS (3)</w:t>
            </w:r>
          </w:p>
        </w:tc>
        <w:tc>
          <w:tcPr>
            <w:tcW w:w="2880" w:type="dxa"/>
          </w:tcPr>
          <w:p w14:paraId="455019ED" w14:textId="77777777" w:rsidR="00510563" w:rsidRDefault="00510563" w:rsidP="00510563">
            <w:r>
              <w:t>Major Required Support Course – in place of MAT128</w:t>
            </w:r>
          </w:p>
          <w:p w14:paraId="7CCDD554" w14:textId="368FCA49" w:rsidR="00ED6FDB" w:rsidRDefault="00ED6FDB"/>
        </w:tc>
      </w:tr>
      <w:tr w:rsidR="00D24D3E" w14:paraId="1A5705FB" w14:textId="77777777" w:rsidTr="43F3093D">
        <w:tc>
          <w:tcPr>
            <w:tcW w:w="2880" w:type="dxa"/>
          </w:tcPr>
          <w:p w14:paraId="1B7EA315" w14:textId="77777777" w:rsidR="00ED6FDB" w:rsidRDefault="00D4767C">
            <w:r>
              <w:t>GenEd-SR</w:t>
            </w:r>
          </w:p>
        </w:tc>
        <w:tc>
          <w:tcPr>
            <w:tcW w:w="2880" w:type="dxa"/>
          </w:tcPr>
          <w:p w14:paraId="3EABB9A1" w14:textId="77777777" w:rsidR="00ED6FDB" w:rsidRDefault="00D4767C">
            <w:r>
              <w:t>Scientific Reasoning</w:t>
            </w:r>
          </w:p>
          <w:p w14:paraId="5CFD3193" w14:textId="77777777" w:rsidR="00474656" w:rsidRDefault="00474656" w:rsidP="00474656">
            <w:r>
              <w:t>Choose a course tagged as a Mass Transfer Science</w:t>
            </w:r>
          </w:p>
          <w:p w14:paraId="6443247C" w14:textId="77777777" w:rsidR="00474656" w:rsidRDefault="00474656"/>
        </w:tc>
        <w:tc>
          <w:tcPr>
            <w:tcW w:w="2880" w:type="dxa"/>
          </w:tcPr>
          <w:p w14:paraId="7EDB8A4D" w14:textId="77777777" w:rsidR="00ED6FDB" w:rsidRDefault="00D4767C">
            <w:r>
              <w:t>4</w:t>
            </w:r>
          </w:p>
        </w:tc>
        <w:tc>
          <w:tcPr>
            <w:tcW w:w="2880" w:type="dxa"/>
          </w:tcPr>
          <w:p w14:paraId="4755A355" w14:textId="77777777" w:rsidR="00ED6FDB" w:rsidRDefault="00D4767C">
            <w:r>
              <w:t>GEN ED SCIENTIFIC REASONING LAB ELECTIVE</w:t>
            </w:r>
          </w:p>
        </w:tc>
        <w:tc>
          <w:tcPr>
            <w:tcW w:w="2880" w:type="dxa"/>
          </w:tcPr>
          <w:p w14:paraId="3B67DB5B" w14:textId="77777777" w:rsidR="00ED6FDB" w:rsidRDefault="00D4767C">
            <w:r>
              <w:t>Free Elective due to MassTransfer Gen Ed Exemption</w:t>
            </w:r>
          </w:p>
        </w:tc>
      </w:tr>
      <w:tr w:rsidR="00D24D3E" w14:paraId="7314C580" w14:textId="77777777" w:rsidTr="43F3093D">
        <w:tc>
          <w:tcPr>
            <w:tcW w:w="2880" w:type="dxa"/>
          </w:tcPr>
          <w:p w14:paraId="178D3272" w14:textId="77777777" w:rsidR="00ED6FDB" w:rsidRDefault="00D4767C">
            <w:r>
              <w:t>GenEd-CW</w:t>
            </w:r>
          </w:p>
        </w:tc>
        <w:tc>
          <w:tcPr>
            <w:tcW w:w="2880" w:type="dxa"/>
          </w:tcPr>
          <w:p w14:paraId="1ED5051A" w14:textId="77777777" w:rsidR="00ED6FDB" w:rsidRDefault="00D4767C">
            <w:r>
              <w:t>Creative Work</w:t>
            </w:r>
          </w:p>
        </w:tc>
        <w:tc>
          <w:tcPr>
            <w:tcW w:w="2880" w:type="dxa"/>
          </w:tcPr>
          <w:p w14:paraId="6D316712" w14:textId="77777777" w:rsidR="00ED6FDB" w:rsidRDefault="00D4767C">
            <w:r>
              <w:t>3</w:t>
            </w:r>
          </w:p>
        </w:tc>
        <w:tc>
          <w:tcPr>
            <w:tcW w:w="2880" w:type="dxa"/>
          </w:tcPr>
          <w:p w14:paraId="1B4C1953" w14:textId="77777777" w:rsidR="00ED6FDB" w:rsidRDefault="00D4767C">
            <w:r>
              <w:t>GEN ED CREATIVE WORK ELECTIVE</w:t>
            </w:r>
          </w:p>
        </w:tc>
        <w:tc>
          <w:tcPr>
            <w:tcW w:w="2880" w:type="dxa"/>
          </w:tcPr>
          <w:p w14:paraId="51743B53" w14:textId="77777777" w:rsidR="00ED6FDB" w:rsidRDefault="00D4767C">
            <w:r>
              <w:t>Free Elective due to MassTransfer Gen Ed Exemption</w:t>
            </w:r>
          </w:p>
        </w:tc>
      </w:tr>
      <w:tr w:rsidR="00D24D3E" w14:paraId="1793FA6B" w14:textId="77777777" w:rsidTr="43F3093D">
        <w:tc>
          <w:tcPr>
            <w:tcW w:w="2880" w:type="dxa"/>
          </w:tcPr>
          <w:p w14:paraId="7EE9C458" w14:textId="77777777" w:rsidR="00ED6FDB" w:rsidRDefault="00D4767C">
            <w:r>
              <w:t>ECO-202</w:t>
            </w:r>
          </w:p>
        </w:tc>
        <w:tc>
          <w:tcPr>
            <w:tcW w:w="2880" w:type="dxa"/>
          </w:tcPr>
          <w:p w14:paraId="691E661E" w14:textId="77777777" w:rsidR="00ED6FDB" w:rsidRDefault="00D4767C">
            <w:r>
              <w:t>Microeconomics</w:t>
            </w:r>
          </w:p>
        </w:tc>
        <w:tc>
          <w:tcPr>
            <w:tcW w:w="2880" w:type="dxa"/>
          </w:tcPr>
          <w:p w14:paraId="4E407A5E" w14:textId="77777777" w:rsidR="00ED6FDB" w:rsidRDefault="00D4767C">
            <w:r>
              <w:t>3</w:t>
            </w:r>
          </w:p>
        </w:tc>
        <w:tc>
          <w:tcPr>
            <w:tcW w:w="2880" w:type="dxa"/>
          </w:tcPr>
          <w:p w14:paraId="1AA35074" w14:textId="77777777" w:rsidR="00ED6FDB" w:rsidRDefault="00D4767C">
            <w:r>
              <w:t>ECO202</w:t>
            </w:r>
          </w:p>
        </w:tc>
        <w:tc>
          <w:tcPr>
            <w:tcW w:w="2880" w:type="dxa"/>
          </w:tcPr>
          <w:p w14:paraId="06521FA0" w14:textId="77777777" w:rsidR="00ED6FDB" w:rsidRDefault="00D4767C">
            <w:r>
              <w:t>Required Major Support Course</w:t>
            </w:r>
          </w:p>
        </w:tc>
      </w:tr>
      <w:tr w:rsidR="00D24D3E" w14:paraId="6062FB84" w14:textId="77777777" w:rsidTr="43F3093D">
        <w:tc>
          <w:tcPr>
            <w:tcW w:w="2880" w:type="dxa"/>
          </w:tcPr>
          <w:p w14:paraId="22FAA4AD" w14:textId="77777777" w:rsidR="00ED6FDB" w:rsidRDefault="00D4767C">
            <w:r>
              <w:t>MAT-231</w:t>
            </w:r>
            <w:r>
              <w:br/>
              <w:t>Or MAT-281</w:t>
            </w:r>
          </w:p>
        </w:tc>
        <w:tc>
          <w:tcPr>
            <w:tcW w:w="2880" w:type="dxa"/>
          </w:tcPr>
          <w:p w14:paraId="048C5778" w14:textId="77777777" w:rsidR="00ED6FDB" w:rsidRDefault="00D4767C">
            <w:r>
              <w:t>Calculus for Management Science</w:t>
            </w:r>
          </w:p>
        </w:tc>
        <w:tc>
          <w:tcPr>
            <w:tcW w:w="2880" w:type="dxa"/>
          </w:tcPr>
          <w:p w14:paraId="1704492C" w14:textId="77777777" w:rsidR="00ED6FDB" w:rsidRDefault="00D4767C">
            <w:r>
              <w:t>4</w:t>
            </w:r>
          </w:p>
        </w:tc>
        <w:tc>
          <w:tcPr>
            <w:tcW w:w="2880" w:type="dxa"/>
          </w:tcPr>
          <w:p w14:paraId="027F0C54" w14:textId="77777777" w:rsidR="00ED6FDB" w:rsidRDefault="00D4767C">
            <w:r>
              <w:t>MAT 208 BUSINESS CALCULUS (3) + SSUT61 1 CR</w:t>
            </w:r>
            <w:r>
              <w:br/>
              <w:t>OR MAT 220 CALCULUS I (4)</w:t>
            </w:r>
          </w:p>
          <w:p w14:paraId="698FD60D" w14:textId="77777777" w:rsidR="005C5C90" w:rsidRDefault="005C5C90"/>
          <w:p w14:paraId="1A77E7C4" w14:textId="77777777" w:rsidR="005C5C90" w:rsidRDefault="005C5C90"/>
        </w:tc>
        <w:tc>
          <w:tcPr>
            <w:tcW w:w="2880" w:type="dxa"/>
          </w:tcPr>
          <w:p w14:paraId="05030853" w14:textId="77777777" w:rsidR="00ED6FDB" w:rsidRDefault="00D4767C">
            <w:r>
              <w:t>Free Elective due to MassTransfer Gen Ed Exemption</w:t>
            </w:r>
          </w:p>
        </w:tc>
      </w:tr>
      <w:tr w:rsidR="00D24D3E" w14:paraId="072999D7" w14:textId="77777777" w:rsidTr="43F3093D">
        <w:tc>
          <w:tcPr>
            <w:tcW w:w="2880" w:type="dxa"/>
          </w:tcPr>
          <w:p w14:paraId="5057ECF7" w14:textId="77777777" w:rsidR="00ED6FDB" w:rsidRDefault="00D4767C">
            <w:r>
              <w:lastRenderedPageBreak/>
              <w:t>Literature Elective</w:t>
            </w:r>
          </w:p>
        </w:tc>
        <w:tc>
          <w:tcPr>
            <w:tcW w:w="2880" w:type="dxa"/>
          </w:tcPr>
          <w:p w14:paraId="13B8F644" w14:textId="77777777" w:rsidR="00ED6FDB" w:rsidRDefault="00D4767C">
            <w:r>
              <w:t>Literature Elective</w:t>
            </w:r>
          </w:p>
          <w:p w14:paraId="39CC3F7B" w14:textId="77777777" w:rsidR="00432C2B" w:rsidRDefault="00432C2B" w:rsidP="00432C2B">
            <w:r>
              <w:t>Choose a course tagged as a Mass Transfer Humanities</w:t>
            </w:r>
          </w:p>
          <w:p w14:paraId="582A9CCA" w14:textId="77777777" w:rsidR="00432C2B" w:rsidRDefault="00432C2B"/>
        </w:tc>
        <w:tc>
          <w:tcPr>
            <w:tcW w:w="2880" w:type="dxa"/>
          </w:tcPr>
          <w:p w14:paraId="75CDE226" w14:textId="77777777" w:rsidR="00ED6FDB" w:rsidRDefault="00D4767C">
            <w:r>
              <w:t>3</w:t>
            </w:r>
          </w:p>
        </w:tc>
        <w:tc>
          <w:tcPr>
            <w:tcW w:w="2880" w:type="dxa"/>
          </w:tcPr>
          <w:p w14:paraId="7669B3CD" w14:textId="77777777" w:rsidR="00ED6FDB" w:rsidRDefault="00D4767C">
            <w:r>
              <w:t>GEN ED LITERATURE ELECTIVE</w:t>
            </w:r>
          </w:p>
        </w:tc>
        <w:tc>
          <w:tcPr>
            <w:tcW w:w="2880" w:type="dxa"/>
          </w:tcPr>
          <w:p w14:paraId="5023C42C" w14:textId="77777777" w:rsidR="00ED6FDB" w:rsidRDefault="00D4767C">
            <w:r>
              <w:t>Free Elective due to MassTransfer Gen Ed Exemption</w:t>
            </w:r>
          </w:p>
        </w:tc>
      </w:tr>
      <w:tr w:rsidR="00D24D3E" w14:paraId="13469125" w14:textId="77777777" w:rsidTr="43F3093D">
        <w:tc>
          <w:tcPr>
            <w:tcW w:w="2880" w:type="dxa"/>
          </w:tcPr>
          <w:p w14:paraId="61FF7604" w14:textId="77777777" w:rsidR="00ED6FDB" w:rsidRDefault="00D4767C">
            <w:r>
              <w:t>MAN-112</w:t>
            </w:r>
          </w:p>
        </w:tc>
        <w:tc>
          <w:tcPr>
            <w:tcW w:w="2880" w:type="dxa"/>
          </w:tcPr>
          <w:p w14:paraId="205F580A" w14:textId="77777777" w:rsidR="00ED6FDB" w:rsidRDefault="00D4767C">
            <w:r>
              <w:t>Organizational Behavior/Design</w:t>
            </w:r>
          </w:p>
        </w:tc>
        <w:tc>
          <w:tcPr>
            <w:tcW w:w="2880" w:type="dxa"/>
          </w:tcPr>
          <w:p w14:paraId="04C13048" w14:textId="77777777" w:rsidR="00ED6FDB" w:rsidRDefault="00D4767C">
            <w:r>
              <w:t>3</w:t>
            </w:r>
          </w:p>
        </w:tc>
        <w:tc>
          <w:tcPr>
            <w:tcW w:w="2880" w:type="dxa"/>
          </w:tcPr>
          <w:p w14:paraId="0265F9ED" w14:textId="77777777" w:rsidR="00ED6FDB" w:rsidRDefault="00D4767C">
            <w:r>
              <w:t>SSUT62</w:t>
            </w:r>
          </w:p>
        </w:tc>
        <w:tc>
          <w:tcPr>
            <w:tcW w:w="2880" w:type="dxa"/>
          </w:tcPr>
          <w:p w14:paraId="1D319C51" w14:textId="77777777" w:rsidR="00ED6FDB" w:rsidRDefault="00D4767C">
            <w:r>
              <w:t>Free Elective due to MassTransfer Gen Ed Exemption</w:t>
            </w:r>
          </w:p>
        </w:tc>
      </w:tr>
      <w:tr w:rsidR="00D24D3E" w14:paraId="1A1D5A6E" w14:textId="77777777" w:rsidTr="43F3093D">
        <w:tc>
          <w:tcPr>
            <w:tcW w:w="2880" w:type="dxa"/>
          </w:tcPr>
          <w:p w14:paraId="153AE806" w14:textId="77777777" w:rsidR="00ED6FDB" w:rsidRDefault="00D4767C">
            <w:r>
              <w:t>Career Elective</w:t>
            </w:r>
          </w:p>
        </w:tc>
        <w:tc>
          <w:tcPr>
            <w:tcW w:w="2880" w:type="dxa"/>
          </w:tcPr>
          <w:p w14:paraId="0FE3EEC5" w14:textId="77777777" w:rsidR="00ED6FDB" w:rsidRDefault="00D4767C">
            <w:r>
              <w:t>Career Elective</w:t>
            </w:r>
          </w:p>
        </w:tc>
        <w:tc>
          <w:tcPr>
            <w:tcW w:w="2880" w:type="dxa"/>
          </w:tcPr>
          <w:p w14:paraId="364BC512" w14:textId="77777777" w:rsidR="00ED6FDB" w:rsidRDefault="00D4767C">
            <w:r>
              <w:t>3</w:t>
            </w:r>
          </w:p>
        </w:tc>
        <w:tc>
          <w:tcPr>
            <w:tcW w:w="2880" w:type="dxa"/>
          </w:tcPr>
          <w:p w14:paraId="13D424A6" w14:textId="77777777" w:rsidR="00ED6FDB" w:rsidRDefault="00D4767C">
            <w:r>
              <w:t>FREE ELECTIVE</w:t>
            </w:r>
          </w:p>
        </w:tc>
        <w:tc>
          <w:tcPr>
            <w:tcW w:w="2880" w:type="dxa"/>
          </w:tcPr>
          <w:p w14:paraId="4C8EB75D" w14:textId="77777777" w:rsidR="00ED6FDB" w:rsidRDefault="00D4767C">
            <w:r>
              <w:t>Free Elective due to MassTransfer Gen Ed Exemption</w:t>
            </w:r>
          </w:p>
        </w:tc>
      </w:tr>
      <w:tr w:rsidR="00D24D3E" w14:paraId="102728D2" w14:textId="77777777" w:rsidTr="43F3093D">
        <w:tc>
          <w:tcPr>
            <w:tcW w:w="2880" w:type="dxa"/>
          </w:tcPr>
          <w:p w14:paraId="7322FA29" w14:textId="77777777" w:rsidR="00ED6FDB" w:rsidRDefault="00D4767C">
            <w:r>
              <w:t>MAN-111</w:t>
            </w:r>
          </w:p>
        </w:tc>
        <w:tc>
          <w:tcPr>
            <w:tcW w:w="2880" w:type="dxa"/>
          </w:tcPr>
          <w:p w14:paraId="1FE3ECAF" w14:textId="77777777" w:rsidR="00ED6FDB" w:rsidRDefault="00D4767C">
            <w:r>
              <w:t>Principles of Management</w:t>
            </w:r>
          </w:p>
        </w:tc>
        <w:tc>
          <w:tcPr>
            <w:tcW w:w="2880" w:type="dxa"/>
          </w:tcPr>
          <w:p w14:paraId="05FBBDBC" w14:textId="77777777" w:rsidR="00ED6FDB" w:rsidRDefault="00D4767C">
            <w:r>
              <w:t>3</w:t>
            </w:r>
          </w:p>
        </w:tc>
        <w:tc>
          <w:tcPr>
            <w:tcW w:w="2880" w:type="dxa"/>
          </w:tcPr>
          <w:p w14:paraId="25AA85B4" w14:textId="77777777" w:rsidR="00ED6FDB" w:rsidRDefault="00D4767C">
            <w:r>
              <w:t>MGT231</w:t>
            </w:r>
          </w:p>
        </w:tc>
        <w:tc>
          <w:tcPr>
            <w:tcW w:w="2880" w:type="dxa"/>
          </w:tcPr>
          <w:p w14:paraId="5E4CE87E" w14:textId="77777777" w:rsidR="005C5C90" w:rsidRDefault="005C5C90" w:rsidP="005C5C90">
            <w:r>
              <w:t>Major Core Course (Counts in place of MGT332 if MGT231 is not specifically required or a concentration elective)</w:t>
            </w:r>
          </w:p>
          <w:p w14:paraId="19D80AE8" w14:textId="77777777" w:rsidR="00432C2B" w:rsidRDefault="00432C2B"/>
        </w:tc>
      </w:tr>
      <w:tr w:rsidR="00D24D3E" w14:paraId="0FED7521" w14:textId="77777777" w:rsidTr="43F3093D">
        <w:tc>
          <w:tcPr>
            <w:tcW w:w="2880" w:type="dxa"/>
          </w:tcPr>
          <w:p w14:paraId="4955BF27" w14:textId="77777777" w:rsidR="00ED6FDB" w:rsidRDefault="00D4767C">
            <w:r>
              <w:t>MAN-105</w:t>
            </w:r>
          </w:p>
        </w:tc>
        <w:tc>
          <w:tcPr>
            <w:tcW w:w="2880" w:type="dxa"/>
          </w:tcPr>
          <w:p w14:paraId="79932437" w14:textId="77777777" w:rsidR="00ED6FDB" w:rsidRDefault="00D4767C">
            <w:r>
              <w:t>Principles of Marketing</w:t>
            </w:r>
          </w:p>
        </w:tc>
        <w:tc>
          <w:tcPr>
            <w:tcW w:w="2880" w:type="dxa"/>
          </w:tcPr>
          <w:p w14:paraId="1CE14526" w14:textId="77777777" w:rsidR="00ED6FDB" w:rsidRDefault="00D4767C">
            <w:r>
              <w:t>3</w:t>
            </w:r>
          </w:p>
        </w:tc>
        <w:tc>
          <w:tcPr>
            <w:tcW w:w="2880" w:type="dxa"/>
          </w:tcPr>
          <w:p w14:paraId="09267D54" w14:textId="77777777" w:rsidR="00ED6FDB" w:rsidRDefault="00D4767C">
            <w:r>
              <w:t>MKT241N</w:t>
            </w:r>
          </w:p>
        </w:tc>
        <w:tc>
          <w:tcPr>
            <w:tcW w:w="2880" w:type="dxa"/>
          </w:tcPr>
          <w:p w14:paraId="37623501" w14:textId="77777777" w:rsidR="00ED6FDB" w:rsidRDefault="00D4767C">
            <w:r>
              <w:t>Major Core Course</w:t>
            </w:r>
          </w:p>
          <w:p w14:paraId="24A2ADAC" w14:textId="77777777" w:rsidR="00432C2B" w:rsidRDefault="00432C2B"/>
        </w:tc>
      </w:tr>
      <w:tr w:rsidR="00D24D3E" w14:paraId="6C2C48B3" w14:textId="77777777" w:rsidTr="43F3093D">
        <w:tc>
          <w:tcPr>
            <w:tcW w:w="2880" w:type="dxa"/>
          </w:tcPr>
          <w:p w14:paraId="23B33E12" w14:textId="77777777" w:rsidR="00ED6FDB" w:rsidRDefault="00D4767C">
            <w:r>
              <w:t>Literature Elective</w:t>
            </w:r>
          </w:p>
        </w:tc>
        <w:tc>
          <w:tcPr>
            <w:tcW w:w="2880" w:type="dxa"/>
          </w:tcPr>
          <w:p w14:paraId="331184F0" w14:textId="77777777" w:rsidR="00ED6FDB" w:rsidRDefault="00D4767C">
            <w:r>
              <w:t>Literature Elective</w:t>
            </w:r>
          </w:p>
          <w:p w14:paraId="4225BFA2" w14:textId="77777777" w:rsidR="00432C2B" w:rsidRDefault="00432C2B" w:rsidP="00432C2B">
            <w:r>
              <w:t>Choose a course tagged as a Mass Transfer Humanities</w:t>
            </w:r>
          </w:p>
          <w:p w14:paraId="2E60EC2B" w14:textId="77777777" w:rsidR="00432C2B" w:rsidRDefault="00432C2B"/>
        </w:tc>
        <w:tc>
          <w:tcPr>
            <w:tcW w:w="2880" w:type="dxa"/>
          </w:tcPr>
          <w:p w14:paraId="5750E6DD" w14:textId="77777777" w:rsidR="00ED6FDB" w:rsidRDefault="00D4767C">
            <w:r>
              <w:t>3</w:t>
            </w:r>
          </w:p>
        </w:tc>
        <w:tc>
          <w:tcPr>
            <w:tcW w:w="2880" w:type="dxa"/>
          </w:tcPr>
          <w:p w14:paraId="55B5A3CB" w14:textId="77777777" w:rsidR="00ED6FDB" w:rsidRDefault="00D4767C">
            <w:r>
              <w:t>GEN ED LITERATURE ELECTIVE</w:t>
            </w:r>
          </w:p>
        </w:tc>
        <w:tc>
          <w:tcPr>
            <w:tcW w:w="2880" w:type="dxa"/>
          </w:tcPr>
          <w:p w14:paraId="34599816" w14:textId="77777777" w:rsidR="00ED6FDB" w:rsidRDefault="00D4767C">
            <w:r>
              <w:t>Free Elective</w:t>
            </w:r>
          </w:p>
        </w:tc>
      </w:tr>
      <w:tr w:rsidR="00D24D3E" w14:paraId="327EE6B2" w14:textId="77777777" w:rsidTr="43F3093D">
        <w:tc>
          <w:tcPr>
            <w:tcW w:w="2880" w:type="dxa"/>
          </w:tcPr>
          <w:p w14:paraId="79EDEA84" w14:textId="77777777" w:rsidR="00ED6FDB" w:rsidRDefault="00D4767C">
            <w:r>
              <w:t>Lab Science Elective</w:t>
            </w:r>
          </w:p>
        </w:tc>
        <w:tc>
          <w:tcPr>
            <w:tcW w:w="2880" w:type="dxa"/>
          </w:tcPr>
          <w:p w14:paraId="74239008" w14:textId="77777777" w:rsidR="00ED6FDB" w:rsidRDefault="00D4767C">
            <w:r>
              <w:t>Lab Science Elective</w:t>
            </w:r>
          </w:p>
          <w:p w14:paraId="135969DC" w14:textId="77777777" w:rsidR="00474656" w:rsidRDefault="00474656" w:rsidP="00474656">
            <w:r>
              <w:t>Choose a course tagged as a Mass Transfer Science</w:t>
            </w:r>
          </w:p>
          <w:p w14:paraId="374AD4F2" w14:textId="77777777" w:rsidR="00474656" w:rsidRDefault="00474656"/>
        </w:tc>
        <w:tc>
          <w:tcPr>
            <w:tcW w:w="2880" w:type="dxa"/>
          </w:tcPr>
          <w:p w14:paraId="4CD81FA8" w14:textId="77777777" w:rsidR="00ED6FDB" w:rsidRDefault="00D4767C">
            <w:r>
              <w:t>4</w:t>
            </w:r>
          </w:p>
        </w:tc>
        <w:tc>
          <w:tcPr>
            <w:tcW w:w="2880" w:type="dxa"/>
          </w:tcPr>
          <w:p w14:paraId="1A433E69" w14:textId="77777777" w:rsidR="00ED6FDB" w:rsidRDefault="00D4767C">
            <w:r>
              <w:t>GEN ED SCIENTIFIC REASONING LAB ELECTIVE</w:t>
            </w:r>
          </w:p>
        </w:tc>
        <w:tc>
          <w:tcPr>
            <w:tcW w:w="2880" w:type="dxa"/>
          </w:tcPr>
          <w:p w14:paraId="20BDF579" w14:textId="77777777" w:rsidR="00ED6FDB" w:rsidRDefault="00D4767C">
            <w:r>
              <w:t>Free Elective</w:t>
            </w:r>
          </w:p>
        </w:tc>
      </w:tr>
      <w:tr w:rsidR="00D24D3E" w14:paraId="58B20AAD" w14:textId="77777777" w:rsidTr="43F3093D">
        <w:tc>
          <w:tcPr>
            <w:tcW w:w="2880" w:type="dxa"/>
          </w:tcPr>
          <w:p w14:paraId="6894A464" w14:textId="77777777" w:rsidR="00ED6FDB" w:rsidRDefault="00D4767C">
            <w:r>
              <w:t>Social Science Elective</w:t>
            </w:r>
          </w:p>
          <w:p w14:paraId="297383A5" w14:textId="77777777" w:rsidR="00095776" w:rsidRDefault="00095776" w:rsidP="00095776">
            <w:r>
              <w:t>Choose ECO-201 Macroeconomics</w:t>
            </w:r>
          </w:p>
          <w:p w14:paraId="4964F5EF" w14:textId="77777777" w:rsidR="00095776" w:rsidRDefault="00095776"/>
        </w:tc>
        <w:tc>
          <w:tcPr>
            <w:tcW w:w="2880" w:type="dxa"/>
          </w:tcPr>
          <w:p w14:paraId="14A235E5" w14:textId="77777777" w:rsidR="00ED6FDB" w:rsidRDefault="00D4767C">
            <w:r>
              <w:t>Social Science Elective</w:t>
            </w:r>
          </w:p>
          <w:p w14:paraId="2DFA4A2A" w14:textId="77777777" w:rsidR="00095776" w:rsidRDefault="00095776" w:rsidP="00095776">
            <w:r>
              <w:t>Choose ECO-201 Macroeconomics</w:t>
            </w:r>
          </w:p>
          <w:p w14:paraId="413B9F4D" w14:textId="77777777" w:rsidR="00095776" w:rsidRDefault="00095776"/>
        </w:tc>
        <w:tc>
          <w:tcPr>
            <w:tcW w:w="2880" w:type="dxa"/>
          </w:tcPr>
          <w:p w14:paraId="275B1FC5" w14:textId="77777777" w:rsidR="00ED6FDB" w:rsidRDefault="00D4767C">
            <w:r>
              <w:t>3</w:t>
            </w:r>
          </w:p>
        </w:tc>
        <w:tc>
          <w:tcPr>
            <w:tcW w:w="2880" w:type="dxa"/>
          </w:tcPr>
          <w:p w14:paraId="6DDE9763" w14:textId="77777777" w:rsidR="00ED6FDB" w:rsidRDefault="00D4767C">
            <w:r>
              <w:t>ECO201</w:t>
            </w:r>
          </w:p>
        </w:tc>
        <w:tc>
          <w:tcPr>
            <w:tcW w:w="2880" w:type="dxa"/>
          </w:tcPr>
          <w:p w14:paraId="0F62B478" w14:textId="77777777" w:rsidR="00ED6FDB" w:rsidRDefault="00D4767C">
            <w:r>
              <w:t>Required Major Support Course</w:t>
            </w:r>
          </w:p>
        </w:tc>
      </w:tr>
      <w:tr w:rsidR="00ED6FDB" w14:paraId="6BFB73B4" w14:textId="77777777">
        <w:tc>
          <w:tcPr>
            <w:tcW w:w="2880" w:type="dxa"/>
          </w:tcPr>
          <w:p w14:paraId="415079B2" w14:textId="77777777" w:rsidR="00ED6FDB" w:rsidRDefault="00D4767C">
            <w:r>
              <w:t>Total Program Credits: 63</w:t>
            </w:r>
          </w:p>
        </w:tc>
        <w:tc>
          <w:tcPr>
            <w:tcW w:w="2880" w:type="dxa"/>
          </w:tcPr>
          <w:p w14:paraId="47597C41" w14:textId="77777777" w:rsidR="00ED6FDB" w:rsidRDefault="00D4767C">
            <w:r>
              <w:t>Total Transfer Credits:</w:t>
            </w:r>
          </w:p>
        </w:tc>
        <w:tc>
          <w:tcPr>
            <w:tcW w:w="2880" w:type="dxa"/>
          </w:tcPr>
          <w:p w14:paraId="4F00943E" w14:textId="77777777" w:rsidR="00ED6FDB" w:rsidRDefault="00D4767C">
            <w:r>
              <w:t>63</w:t>
            </w:r>
          </w:p>
        </w:tc>
        <w:tc>
          <w:tcPr>
            <w:tcW w:w="2880" w:type="dxa"/>
          </w:tcPr>
          <w:p w14:paraId="6443E510" w14:textId="77777777" w:rsidR="00ED6FDB" w:rsidRDefault="00D4767C">
            <w:r>
              <w:t>Total Transfer Credits fully</w:t>
            </w:r>
            <w:r>
              <w:t xml:space="preserve">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1BB78F26" w14:textId="77777777" w:rsidR="00ED6FDB" w:rsidRDefault="00D4767C">
            <w:r>
              <w:t>63</w:t>
            </w:r>
          </w:p>
        </w:tc>
      </w:tr>
    </w:tbl>
    <w:p w14:paraId="2892A47F" w14:textId="77777777" w:rsidR="00D24D3E" w:rsidRDefault="00710C6A">
      <w:pPr>
        <w:pStyle w:val="Heading2"/>
      </w:pPr>
      <w:r>
        <w:lastRenderedPageBreak/>
        <w:t>Program Credit Summary</w:t>
      </w:r>
    </w:p>
    <w:p w14:paraId="1CBD6964" w14:textId="77777777" w:rsidR="00D24D3E" w:rsidRDefault="00710C6A">
      <w:r>
        <w:t>Total Program Credits: 63</w:t>
      </w:r>
      <w:r>
        <w:br/>
        <w:t>Total Transfer Credits Applicable to Salem State University Program: 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5776"/>
    <w:rsid w:val="000E1571"/>
    <w:rsid w:val="0015074B"/>
    <w:rsid w:val="00265115"/>
    <w:rsid w:val="0029639D"/>
    <w:rsid w:val="00326F90"/>
    <w:rsid w:val="00347817"/>
    <w:rsid w:val="00432C2B"/>
    <w:rsid w:val="00474656"/>
    <w:rsid w:val="00510563"/>
    <w:rsid w:val="005C5C90"/>
    <w:rsid w:val="00660290"/>
    <w:rsid w:val="00671DD9"/>
    <w:rsid w:val="00710C6A"/>
    <w:rsid w:val="00896F9E"/>
    <w:rsid w:val="009348EF"/>
    <w:rsid w:val="009E228D"/>
    <w:rsid w:val="00AA1D8D"/>
    <w:rsid w:val="00B47730"/>
    <w:rsid w:val="00CB0664"/>
    <w:rsid w:val="00CB10B9"/>
    <w:rsid w:val="00D101C7"/>
    <w:rsid w:val="00D24D3E"/>
    <w:rsid w:val="00ED6FDB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2BDFCF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591</Words>
  <Characters>3372</Characters>
  <Application>Microsoft Office Word</Application>
  <DocSecurity>0</DocSecurity>
  <Lines>28</Lines>
  <Paragraphs>7</Paragraphs>
  <ScaleCrop>false</ScaleCrop>
  <Manager/>
  <Company/>
  <LinksUpToDate>false</LinksUpToDate>
  <CharactersWithSpaces>3956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8</cp:revision>
  <dcterms:created xsi:type="dcterms:W3CDTF">2026-05-07T18:52:00Z</dcterms:created>
  <dcterms:modified xsi:type="dcterms:W3CDTF">2026-07-15T19:58:00Z</dcterms:modified>
  <cp:category/>
</cp:coreProperties>
</file>