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72E752D5" w:rsidR="00D24D3E" w:rsidRDefault="7AE20C1C" w:rsidP="43F3093D">
      <w:pPr>
        <w:pStyle w:val="Heading1"/>
      </w:pPr>
      <w:r>
        <w:t>Bunker Hill Community College Criminal Justice Transfer Option A.S. mapped to Salem State University Criminology Concentration BS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02C87FFA" w:rsidR="00D24D3E" w:rsidRDefault="08BE368E">
      <w:r>
        <w:t>Bunker Hill Community College Catalog Year: 202</w:t>
      </w:r>
      <w:r w:rsidR="31EC3C62">
        <w:t>6</w:t>
      </w:r>
      <w:r>
        <w:t>–202</w:t>
      </w:r>
      <w:r w:rsidR="0F3EA0C4">
        <w:t>7</w:t>
      </w:r>
      <w:r w:rsidR="23936FD1">
        <w:br/>
      </w:r>
      <w:r>
        <w:t>Salem State University Catalog Year: 202</w:t>
      </w:r>
      <w:r w:rsidR="4630AFBF">
        <w:t>6</w:t>
      </w:r>
      <w:r>
        <w:t>–202</w:t>
      </w:r>
      <w:r w:rsidR="06BAEEAD">
        <w:t>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Bunker Hill Community College students should work with their BHCC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BHCC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3178416E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  <w:vAlign w:val="center"/>
          </w:tcPr>
          <w:p w14:paraId="3B65D705" w14:textId="0A8C07AB" w:rsidR="00D24D3E" w:rsidRDefault="5DBA3BB5">
            <w:r>
              <w:t>BHCC Course(s)</w:t>
            </w:r>
          </w:p>
        </w:tc>
      </w:tr>
      <w:tr w:rsidR="00D24D3E" w14:paraId="17634F03" w14:textId="77777777" w:rsidTr="3178416E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  <w:vAlign w:val="center"/>
          </w:tcPr>
          <w:p w14:paraId="414BE37F" w14:textId="1B0B20A0" w:rsidR="00D24D3E" w:rsidRDefault="00D24D3E">
            <w:r>
              <w:t>ENG-111</w:t>
            </w:r>
          </w:p>
        </w:tc>
      </w:tr>
      <w:tr w:rsidR="00D24D3E" w14:paraId="40099D84" w14:textId="77777777" w:rsidTr="3178416E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  <w:vAlign w:val="center"/>
          </w:tcPr>
          <w:p w14:paraId="0576F7B5" w14:textId="571E4B69" w:rsidR="00D24D3E" w:rsidRDefault="00D24D3E">
            <w:r>
              <w:t>ENG-112</w:t>
            </w:r>
          </w:p>
        </w:tc>
      </w:tr>
      <w:tr w:rsidR="00D24D3E" w14:paraId="2CEC041E" w14:textId="77777777" w:rsidTr="3178416E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507829E5" w14:textId="4DF6B735" w:rsidR="00D24D3E" w:rsidRDefault="00D24D3E">
            <w:r>
              <w:t>SOC-101</w:t>
            </w:r>
          </w:p>
        </w:tc>
      </w:tr>
      <w:tr w:rsidR="00D24D3E" w14:paraId="2D81FBAB" w14:textId="77777777" w:rsidTr="3178416E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033F468B" w14:textId="7B847EFA" w:rsidR="00D24D3E" w:rsidRDefault="00D24D3E">
            <w:r>
              <w:t>PSY-101</w:t>
            </w:r>
          </w:p>
        </w:tc>
      </w:tr>
      <w:tr w:rsidR="00D24D3E" w14:paraId="2836D92C" w14:textId="77777777" w:rsidTr="3178416E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  <w:vAlign w:val="center"/>
          </w:tcPr>
          <w:p w14:paraId="22260913" w14:textId="682631B1" w:rsidR="00D24D3E" w:rsidRDefault="00D24D3E">
            <w:r>
              <w:t>SOC-207</w:t>
            </w:r>
          </w:p>
        </w:tc>
      </w:tr>
      <w:tr w:rsidR="00D24D3E" w14:paraId="68C6AF95" w14:textId="77777777" w:rsidTr="3178416E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4A6D93AA" w14:textId="6034959E" w:rsidR="00D24D3E" w:rsidRDefault="00D24D3E">
            <w:r>
              <w:t>GenEd-CW</w:t>
            </w:r>
          </w:p>
        </w:tc>
      </w:tr>
      <w:tr w:rsidR="00D24D3E" w14:paraId="371F5AC8" w14:textId="77777777" w:rsidTr="3178416E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34583614" w14:textId="79D84EB5" w:rsidR="00D24D3E" w:rsidRDefault="00D24D3E">
            <w:r>
              <w:t>Humanities Elective</w:t>
            </w:r>
          </w:p>
        </w:tc>
      </w:tr>
      <w:tr w:rsidR="00D24D3E" w14:paraId="0F6A3A7C" w14:textId="77777777" w:rsidTr="3178416E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  <w:vAlign w:val="center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3178416E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  <w:vAlign w:val="center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3178416E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  <w:vAlign w:val="center"/>
          </w:tcPr>
          <w:p w14:paraId="598B24D3" w14:textId="5894EE85" w:rsidR="00D24D3E" w:rsidRDefault="00D24D3E">
            <w:r>
              <w:t>GenEd-SR</w:t>
            </w:r>
          </w:p>
        </w:tc>
      </w:tr>
      <w:tr w:rsidR="00D24D3E" w14:paraId="177D5C7B" w14:textId="77777777" w:rsidTr="3178416E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  <w:vAlign w:val="center"/>
          </w:tcPr>
          <w:p w14:paraId="4909C953" w14:textId="122FC6C2" w:rsidR="00D24D3E" w:rsidRDefault="00D24D3E">
            <w:r>
              <w:t>GenEd-QPS</w:t>
            </w:r>
          </w:p>
        </w:tc>
      </w:tr>
    </w:tbl>
    <w:p w14:paraId="3F51A0AB" w14:textId="1A46917B" w:rsidR="00D24D3E" w:rsidRDefault="52AD3075">
      <w:pPr>
        <w:pStyle w:val="Heading2"/>
      </w:pPr>
      <w:r>
        <w:t>BHCC to Salem State Course Articulation</w:t>
      </w:r>
    </w:p>
    <w:p w14:paraId="398D8CA0" w14:textId="040D97D0" w:rsidR="00D24D3E" w:rsidRDefault="58B044D2">
      <w:r>
        <w:t>The following table shows BHCC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3178416E">
        <w:trPr>
          <w:tblHeader/>
        </w:trPr>
        <w:tc>
          <w:tcPr>
            <w:tcW w:w="2880" w:type="dxa"/>
            <w:vAlign w:val="center"/>
          </w:tcPr>
          <w:p w14:paraId="06589B10" w14:textId="2E6CA0A3" w:rsidR="00D24D3E" w:rsidRDefault="46FB37FB">
            <w:r>
              <w:t>BHCC Course Number</w:t>
            </w:r>
          </w:p>
        </w:tc>
        <w:tc>
          <w:tcPr>
            <w:tcW w:w="2880" w:type="dxa"/>
            <w:vAlign w:val="center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  <w:vAlign w:val="center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  <w:vAlign w:val="center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  <w:vAlign w:val="center"/>
          </w:tcPr>
          <w:p w14:paraId="4F4E89A9" w14:textId="77777777" w:rsidR="00D24D3E" w:rsidRDefault="00710C6A">
            <w:r>
              <w:t>Application to Salem State Program</w:t>
            </w:r>
          </w:p>
          <w:p w14:paraId="1C56581B" w14:textId="77777777" w:rsidR="00121593" w:rsidRDefault="00121593"/>
          <w:p w14:paraId="669DA066" w14:textId="77777777" w:rsidR="00121593" w:rsidRDefault="00121593"/>
        </w:tc>
      </w:tr>
      <w:tr w:rsidR="00D24D3E" w14:paraId="7433819F" w14:textId="77777777" w:rsidTr="3178416E">
        <w:tc>
          <w:tcPr>
            <w:tcW w:w="2880" w:type="dxa"/>
            <w:vAlign w:val="center"/>
          </w:tcPr>
          <w:p w14:paraId="752A7C45" w14:textId="0FA47C00" w:rsidR="00D24D3E" w:rsidRDefault="00D24D3E">
            <w:r>
              <w:lastRenderedPageBreak/>
              <w:t>ENG-111</w:t>
            </w:r>
          </w:p>
        </w:tc>
        <w:tc>
          <w:tcPr>
            <w:tcW w:w="2880" w:type="dxa"/>
            <w:vAlign w:val="center"/>
          </w:tcPr>
          <w:p w14:paraId="79EE601E" w14:textId="1B8CA646" w:rsidR="00D24D3E" w:rsidRDefault="00D24D3E">
            <w:r>
              <w:t>College Writing I</w:t>
            </w:r>
          </w:p>
        </w:tc>
        <w:tc>
          <w:tcPr>
            <w:tcW w:w="2880" w:type="dxa"/>
            <w:vAlign w:val="center"/>
          </w:tcPr>
          <w:p w14:paraId="48EA653F" w14:textId="664CFBE1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33AEF96" w14:textId="04147793" w:rsidR="00D24D3E" w:rsidRDefault="00D24D3E">
            <w:r>
              <w:t>ENL 105 Introduction to College Writing (3)</w:t>
            </w:r>
          </w:p>
        </w:tc>
        <w:tc>
          <w:tcPr>
            <w:tcW w:w="2880" w:type="dxa"/>
            <w:vAlign w:val="center"/>
          </w:tcPr>
          <w:p w14:paraId="67063531" w14:textId="74AD761E" w:rsidR="00D24D3E" w:rsidRDefault="00D24D3E">
            <w:r>
              <w:t>Free Elective due to MassTransfer GenEd exemption</w:t>
            </w:r>
          </w:p>
        </w:tc>
      </w:tr>
      <w:tr w:rsidR="00D24D3E" w14:paraId="383D01FC" w14:textId="77777777" w:rsidTr="3178416E">
        <w:tc>
          <w:tcPr>
            <w:tcW w:w="2880" w:type="dxa"/>
            <w:vAlign w:val="center"/>
          </w:tcPr>
          <w:p w14:paraId="7700B562" w14:textId="20AB29EF" w:rsidR="00D24D3E" w:rsidRDefault="00D24D3E">
            <w:r>
              <w:t>PSY-101</w:t>
            </w:r>
          </w:p>
        </w:tc>
        <w:tc>
          <w:tcPr>
            <w:tcW w:w="2880" w:type="dxa"/>
            <w:vAlign w:val="center"/>
          </w:tcPr>
          <w:p w14:paraId="713B5DEB" w14:textId="50F0DCA0" w:rsidR="00D24D3E" w:rsidRDefault="00D24D3E">
            <w:r>
              <w:t>Principles of Psychology</w:t>
            </w:r>
          </w:p>
        </w:tc>
        <w:tc>
          <w:tcPr>
            <w:tcW w:w="2880" w:type="dxa"/>
            <w:vAlign w:val="center"/>
          </w:tcPr>
          <w:p w14:paraId="0D8F012D" w14:textId="7E13D4A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22CD81D" w14:textId="4FFB538E" w:rsidR="00D24D3E" w:rsidRDefault="00D24D3E">
            <w:r>
              <w:t>PSY 101 General Psychology (3)</w:t>
            </w:r>
          </w:p>
        </w:tc>
        <w:tc>
          <w:tcPr>
            <w:tcW w:w="2880" w:type="dxa"/>
            <w:vAlign w:val="center"/>
          </w:tcPr>
          <w:p w14:paraId="4D6BB64A" w14:textId="6C889E9E" w:rsidR="00D24D3E" w:rsidRDefault="00D24D3E">
            <w:r>
              <w:t>Free Elective due to MassTransfer GenEd exemption</w:t>
            </w:r>
          </w:p>
        </w:tc>
      </w:tr>
      <w:tr w:rsidR="00D24D3E" w14:paraId="78A201D5" w14:textId="77777777" w:rsidTr="3178416E">
        <w:tc>
          <w:tcPr>
            <w:tcW w:w="2880" w:type="dxa"/>
            <w:vAlign w:val="center"/>
          </w:tcPr>
          <w:p w14:paraId="1781F6DE" w14:textId="5903B74D" w:rsidR="00D24D3E" w:rsidRDefault="00D24D3E">
            <w:r>
              <w:t>GenEd-CW</w:t>
            </w:r>
          </w:p>
        </w:tc>
        <w:tc>
          <w:tcPr>
            <w:tcW w:w="2880" w:type="dxa"/>
            <w:vAlign w:val="center"/>
          </w:tcPr>
          <w:p w14:paraId="6FE85FB6" w14:textId="77FEF648" w:rsidR="00D24D3E" w:rsidRDefault="00D24D3E">
            <w:r>
              <w:t>Creative Work</w:t>
            </w:r>
          </w:p>
        </w:tc>
        <w:tc>
          <w:tcPr>
            <w:tcW w:w="2880" w:type="dxa"/>
            <w:vAlign w:val="center"/>
          </w:tcPr>
          <w:p w14:paraId="40ACCABE" w14:textId="4CF0C1EC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3FEABE27" w14:textId="241762F7" w:rsidR="00D24D3E" w:rsidRDefault="00D24D3E">
            <w:r>
              <w:t>SSUT51 Humanities / Creative Arts</w:t>
            </w:r>
          </w:p>
        </w:tc>
        <w:tc>
          <w:tcPr>
            <w:tcW w:w="2880" w:type="dxa"/>
            <w:vAlign w:val="center"/>
          </w:tcPr>
          <w:p w14:paraId="2B8DC3EC" w14:textId="4BF0F03C" w:rsidR="00D24D3E" w:rsidRDefault="00D24D3E">
            <w:r>
              <w:t>Free Elective due to MassTransfer GenEd exemption</w:t>
            </w:r>
          </w:p>
        </w:tc>
      </w:tr>
      <w:tr w:rsidR="00D24D3E" w14:paraId="1D61B18D" w14:textId="77777777" w:rsidTr="3178416E">
        <w:tc>
          <w:tcPr>
            <w:tcW w:w="2880" w:type="dxa"/>
            <w:vAlign w:val="center"/>
          </w:tcPr>
          <w:p w14:paraId="7A2D450E" w14:textId="665135F5" w:rsidR="00D24D3E" w:rsidRDefault="00D24D3E">
            <w:r>
              <w:t>CRJ-101</w:t>
            </w:r>
          </w:p>
        </w:tc>
        <w:tc>
          <w:tcPr>
            <w:tcW w:w="2880" w:type="dxa"/>
            <w:vAlign w:val="center"/>
          </w:tcPr>
          <w:p w14:paraId="35BF33E1" w14:textId="77BFCDDB" w:rsidR="00D24D3E" w:rsidRDefault="00D24D3E">
            <w:r>
              <w:t>Introduction to Criminal Justice</w:t>
            </w:r>
          </w:p>
        </w:tc>
        <w:tc>
          <w:tcPr>
            <w:tcW w:w="2880" w:type="dxa"/>
            <w:vAlign w:val="center"/>
          </w:tcPr>
          <w:p w14:paraId="03361A14" w14:textId="62DED21D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D9334DA" w14:textId="6354575B" w:rsidR="00D24D3E" w:rsidRDefault="00D24D3E">
            <w:r>
              <w:t>CRJ 101 Introduction to Criminal Justice (3)</w:t>
            </w:r>
          </w:p>
        </w:tc>
        <w:tc>
          <w:tcPr>
            <w:tcW w:w="2880" w:type="dxa"/>
            <w:vAlign w:val="center"/>
          </w:tcPr>
          <w:p w14:paraId="235F62E5" w14:textId="7351B4F4" w:rsidR="00D24D3E" w:rsidRDefault="00D24D3E">
            <w:r>
              <w:t>Major Core Course</w:t>
            </w:r>
          </w:p>
        </w:tc>
      </w:tr>
      <w:tr w:rsidR="00D24D3E" w14:paraId="368A9DDE" w14:textId="77777777" w:rsidTr="3178416E">
        <w:tc>
          <w:tcPr>
            <w:tcW w:w="2880" w:type="dxa"/>
            <w:vAlign w:val="center"/>
          </w:tcPr>
          <w:p w14:paraId="47E53734" w14:textId="1A6CE8E0" w:rsidR="00D24D3E" w:rsidRDefault="00D24D3E">
            <w:r>
              <w:t>CRJ-103</w:t>
            </w:r>
          </w:p>
        </w:tc>
        <w:tc>
          <w:tcPr>
            <w:tcW w:w="2880" w:type="dxa"/>
            <w:vAlign w:val="center"/>
          </w:tcPr>
          <w:p w14:paraId="3F839C95" w14:textId="501A58C2" w:rsidR="00D24D3E" w:rsidRDefault="00D24D3E">
            <w:r>
              <w:t>Criminal Law</w:t>
            </w:r>
          </w:p>
        </w:tc>
        <w:tc>
          <w:tcPr>
            <w:tcW w:w="2880" w:type="dxa"/>
            <w:vAlign w:val="center"/>
          </w:tcPr>
          <w:p w14:paraId="371AE00A" w14:textId="74077443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D11A64B" w14:textId="7443A85E" w:rsidR="00D24D3E" w:rsidRDefault="00D24D3E">
            <w:r>
              <w:t>CRJ 205 Criminal Law (3)</w:t>
            </w:r>
          </w:p>
        </w:tc>
        <w:tc>
          <w:tcPr>
            <w:tcW w:w="2880" w:type="dxa"/>
            <w:vAlign w:val="center"/>
          </w:tcPr>
          <w:p w14:paraId="14DCAB17" w14:textId="77777777" w:rsidR="00D24D3E" w:rsidRDefault="00D24D3E">
            <w:r>
              <w:t>Major Core Course</w:t>
            </w:r>
          </w:p>
          <w:p w14:paraId="492549BC" w14:textId="60E6C18E" w:rsidR="00121593" w:rsidRDefault="00121593"/>
        </w:tc>
      </w:tr>
      <w:tr w:rsidR="00D24D3E" w14:paraId="7326057A" w14:textId="77777777" w:rsidTr="3178416E">
        <w:tc>
          <w:tcPr>
            <w:tcW w:w="2880" w:type="dxa"/>
            <w:vAlign w:val="center"/>
          </w:tcPr>
          <w:p w14:paraId="7ED72F0D" w14:textId="2847E395" w:rsidR="00D24D3E" w:rsidRDefault="00D24D3E">
            <w:r>
              <w:t>ENG-112</w:t>
            </w:r>
          </w:p>
        </w:tc>
        <w:tc>
          <w:tcPr>
            <w:tcW w:w="2880" w:type="dxa"/>
            <w:vAlign w:val="center"/>
          </w:tcPr>
          <w:p w14:paraId="20350B06" w14:textId="68E48AB2" w:rsidR="00D24D3E" w:rsidRDefault="00D24D3E">
            <w:r>
              <w:t>College Writing II</w:t>
            </w:r>
          </w:p>
        </w:tc>
        <w:tc>
          <w:tcPr>
            <w:tcW w:w="2880" w:type="dxa"/>
            <w:vAlign w:val="center"/>
          </w:tcPr>
          <w:p w14:paraId="2DF49E0D" w14:textId="16A5285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C602D65" w14:textId="6868771A" w:rsidR="00D24D3E" w:rsidRDefault="00D24D3E">
            <w:r>
              <w:t>ENL 110 Foundations of Writing (3)</w:t>
            </w:r>
          </w:p>
        </w:tc>
        <w:tc>
          <w:tcPr>
            <w:tcW w:w="2880" w:type="dxa"/>
            <w:vAlign w:val="center"/>
          </w:tcPr>
          <w:p w14:paraId="30BA38E9" w14:textId="18C10B93" w:rsidR="00D24D3E" w:rsidRDefault="00D24D3E">
            <w:r>
              <w:t>Free Elective due to MassTransfer GenEd exemption</w:t>
            </w:r>
          </w:p>
        </w:tc>
      </w:tr>
      <w:tr w:rsidR="00D24D3E" w14:paraId="6ADAF84E" w14:textId="77777777" w:rsidTr="3178416E">
        <w:tc>
          <w:tcPr>
            <w:tcW w:w="2880" w:type="dxa"/>
            <w:vAlign w:val="center"/>
          </w:tcPr>
          <w:p w14:paraId="14AD1A6D" w14:textId="29F8F816" w:rsidR="00D24D3E" w:rsidRDefault="00D24D3E">
            <w:r>
              <w:t>SOC-101</w:t>
            </w:r>
          </w:p>
        </w:tc>
        <w:tc>
          <w:tcPr>
            <w:tcW w:w="2880" w:type="dxa"/>
            <w:vAlign w:val="center"/>
          </w:tcPr>
          <w:p w14:paraId="4FDB79E0" w14:textId="63759E71" w:rsidR="00D24D3E" w:rsidRDefault="00D24D3E">
            <w:r>
              <w:t>Principles of Sociology</w:t>
            </w:r>
          </w:p>
        </w:tc>
        <w:tc>
          <w:tcPr>
            <w:tcW w:w="2880" w:type="dxa"/>
            <w:vAlign w:val="center"/>
          </w:tcPr>
          <w:p w14:paraId="31DF5BA5" w14:textId="17E474B8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0CB978A" w14:textId="3149227E" w:rsidR="00D24D3E" w:rsidRDefault="00D24D3E">
            <w:r>
              <w:t>SOC 110 Introduction to Sociology (3)</w:t>
            </w:r>
          </w:p>
        </w:tc>
        <w:tc>
          <w:tcPr>
            <w:tcW w:w="2880" w:type="dxa"/>
            <w:vAlign w:val="center"/>
          </w:tcPr>
          <w:p w14:paraId="7D8177B9" w14:textId="21D3E560" w:rsidR="00D24D3E" w:rsidRDefault="00D24D3E">
            <w:r>
              <w:t>Required Major Support Course</w:t>
            </w:r>
          </w:p>
        </w:tc>
      </w:tr>
      <w:tr w:rsidR="00D24D3E" w14:paraId="7AE768BF" w14:textId="77777777" w:rsidTr="3178416E">
        <w:tc>
          <w:tcPr>
            <w:tcW w:w="2880" w:type="dxa"/>
            <w:vAlign w:val="center"/>
          </w:tcPr>
          <w:p w14:paraId="6D74AB2A" w14:textId="76C88CF9" w:rsidR="00D24D3E" w:rsidRDefault="00D24D3E">
            <w:r>
              <w:t>GenEd-QPS</w:t>
            </w:r>
          </w:p>
        </w:tc>
        <w:tc>
          <w:tcPr>
            <w:tcW w:w="2880" w:type="dxa"/>
            <w:vAlign w:val="center"/>
          </w:tcPr>
          <w:p w14:paraId="2FD75A94" w14:textId="652034B7" w:rsidR="00D24D3E" w:rsidRDefault="00D24D3E">
            <w:r>
              <w:t>Quantitative Problem Solving</w:t>
            </w:r>
          </w:p>
        </w:tc>
        <w:tc>
          <w:tcPr>
            <w:tcW w:w="2880" w:type="dxa"/>
            <w:vAlign w:val="center"/>
          </w:tcPr>
          <w:p w14:paraId="73BA9E07" w14:textId="1675D6E2" w:rsidR="00D24D3E" w:rsidRDefault="00D24D3E">
            <w:r>
              <w:t>3–4</w:t>
            </w:r>
          </w:p>
        </w:tc>
        <w:tc>
          <w:tcPr>
            <w:tcW w:w="2880" w:type="dxa"/>
            <w:vAlign w:val="center"/>
          </w:tcPr>
          <w:p w14:paraId="594D7092" w14:textId="4FB88678" w:rsidR="00D24D3E" w:rsidRDefault="00D24D3E">
            <w:r>
              <w:t>SSUT63 Quantitative Reasoning</w:t>
            </w:r>
          </w:p>
        </w:tc>
        <w:tc>
          <w:tcPr>
            <w:tcW w:w="2880" w:type="dxa"/>
            <w:vAlign w:val="center"/>
          </w:tcPr>
          <w:p w14:paraId="0AE47EF6" w14:textId="5E3AB89B" w:rsidR="00D24D3E" w:rsidRDefault="00D24D3E">
            <w:r>
              <w:t>Free Elective due to MassTransfer GenEd exemption</w:t>
            </w:r>
          </w:p>
        </w:tc>
      </w:tr>
      <w:tr w:rsidR="00D24D3E" w14:paraId="50323F9F" w14:textId="77777777" w:rsidTr="3178416E">
        <w:tc>
          <w:tcPr>
            <w:tcW w:w="2880" w:type="dxa"/>
            <w:vAlign w:val="center"/>
          </w:tcPr>
          <w:p w14:paraId="1AAA6F3C" w14:textId="55B2FDD9" w:rsidR="00D24D3E" w:rsidRDefault="00D24D3E">
            <w:r>
              <w:t>CRJ-107</w:t>
            </w:r>
          </w:p>
        </w:tc>
        <w:tc>
          <w:tcPr>
            <w:tcW w:w="2880" w:type="dxa"/>
            <w:vAlign w:val="center"/>
          </w:tcPr>
          <w:p w14:paraId="177A106A" w14:textId="2BEDAC5C" w:rsidR="00D24D3E" w:rsidRDefault="00D24D3E">
            <w:r>
              <w:t>Introduction to Corrections</w:t>
            </w:r>
          </w:p>
        </w:tc>
        <w:tc>
          <w:tcPr>
            <w:tcW w:w="2880" w:type="dxa"/>
            <w:vAlign w:val="center"/>
          </w:tcPr>
          <w:p w14:paraId="40D46E27" w14:textId="4E676086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30929820" w14:textId="51F9C080" w:rsidR="00D24D3E" w:rsidRDefault="00D24D3E">
            <w:r>
              <w:t>CRJ 352 Corrections (3)</w:t>
            </w:r>
          </w:p>
        </w:tc>
        <w:tc>
          <w:tcPr>
            <w:tcW w:w="2880" w:type="dxa"/>
            <w:vAlign w:val="center"/>
          </w:tcPr>
          <w:p w14:paraId="35BEB46A" w14:textId="77777777" w:rsidR="00D24D3E" w:rsidRDefault="00D24D3E">
            <w:r>
              <w:t>Major Core Course</w:t>
            </w:r>
          </w:p>
          <w:p w14:paraId="02E2C1D2" w14:textId="63A79C72" w:rsidR="00121593" w:rsidRDefault="00121593"/>
        </w:tc>
      </w:tr>
      <w:tr w:rsidR="00D24D3E" w14:paraId="12F480B8" w14:textId="77777777" w:rsidTr="3178416E">
        <w:tc>
          <w:tcPr>
            <w:tcW w:w="2880" w:type="dxa"/>
            <w:vAlign w:val="center"/>
          </w:tcPr>
          <w:p w14:paraId="32BFA8A8" w14:textId="2E09B713" w:rsidR="00D24D3E" w:rsidRDefault="00D24D3E">
            <w:r>
              <w:t>CRJ-225</w:t>
            </w:r>
          </w:p>
        </w:tc>
        <w:tc>
          <w:tcPr>
            <w:tcW w:w="2880" w:type="dxa"/>
            <w:vAlign w:val="center"/>
          </w:tcPr>
          <w:p w14:paraId="7DB6031A" w14:textId="6DB363BC" w:rsidR="00D24D3E" w:rsidRDefault="00D24D3E">
            <w:r>
              <w:t>Policing</w:t>
            </w:r>
          </w:p>
        </w:tc>
        <w:tc>
          <w:tcPr>
            <w:tcW w:w="2880" w:type="dxa"/>
            <w:vAlign w:val="center"/>
          </w:tcPr>
          <w:p w14:paraId="4AA206FD" w14:textId="15A1D26B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44F2EC34" w14:textId="05D69BBF" w:rsidR="00D24D3E" w:rsidRDefault="00D24D3E">
            <w:r>
              <w:t>CRJ 330 Police Studies: Analysis &amp; Research (3)</w:t>
            </w:r>
          </w:p>
        </w:tc>
        <w:tc>
          <w:tcPr>
            <w:tcW w:w="2880" w:type="dxa"/>
            <w:vAlign w:val="center"/>
          </w:tcPr>
          <w:p w14:paraId="365C6DFE" w14:textId="4CA717A7" w:rsidR="00D24D3E" w:rsidRDefault="00D24D3E">
            <w:r>
              <w:t>Major Core Course</w:t>
            </w:r>
          </w:p>
        </w:tc>
      </w:tr>
      <w:tr w:rsidR="00D24D3E" w14:paraId="07B46124" w14:textId="77777777" w:rsidTr="3178416E">
        <w:tc>
          <w:tcPr>
            <w:tcW w:w="2880" w:type="dxa"/>
            <w:vAlign w:val="center"/>
          </w:tcPr>
          <w:p w14:paraId="48FAC558" w14:textId="608C837E" w:rsidR="00D24D3E" w:rsidRDefault="00D24D3E">
            <w:r>
              <w:t>SOC-207</w:t>
            </w:r>
          </w:p>
        </w:tc>
        <w:tc>
          <w:tcPr>
            <w:tcW w:w="2880" w:type="dxa"/>
            <w:vAlign w:val="center"/>
          </w:tcPr>
          <w:p w14:paraId="5771AB24" w14:textId="19152A9D" w:rsidR="00D24D3E" w:rsidRDefault="00D24D3E">
            <w:r>
              <w:t>Criminology</w:t>
            </w:r>
          </w:p>
        </w:tc>
        <w:tc>
          <w:tcPr>
            <w:tcW w:w="2880" w:type="dxa"/>
            <w:vAlign w:val="center"/>
          </w:tcPr>
          <w:p w14:paraId="3EBF6CAE" w14:textId="09D86ABB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50B91891" w14:textId="6C3EF047" w:rsidR="00D24D3E" w:rsidRDefault="00D24D3E">
            <w:r>
              <w:t>SOC 242 Principles of Criminology (3)</w:t>
            </w:r>
          </w:p>
        </w:tc>
        <w:tc>
          <w:tcPr>
            <w:tcW w:w="2880" w:type="dxa"/>
            <w:vAlign w:val="center"/>
          </w:tcPr>
          <w:p w14:paraId="67F045D8" w14:textId="27793B41" w:rsidR="00D24D3E" w:rsidRDefault="00D24D3E">
            <w:r>
              <w:t>Free Elective due to MassTransfer GenEd exemption</w:t>
            </w:r>
          </w:p>
        </w:tc>
      </w:tr>
      <w:tr w:rsidR="00D24D3E" w14:paraId="55D01214" w14:textId="77777777" w:rsidTr="3178416E">
        <w:tc>
          <w:tcPr>
            <w:tcW w:w="2880" w:type="dxa"/>
            <w:vAlign w:val="center"/>
          </w:tcPr>
          <w:p w14:paraId="2DFF443F" w14:textId="0C6CCF03" w:rsidR="00D24D3E" w:rsidRDefault="00D24D3E">
            <w:r>
              <w:t>CRJ-211</w:t>
            </w:r>
          </w:p>
        </w:tc>
        <w:tc>
          <w:tcPr>
            <w:tcW w:w="2880" w:type="dxa"/>
            <w:vAlign w:val="center"/>
          </w:tcPr>
          <w:p w14:paraId="34E9F822" w14:textId="35B3C3E3" w:rsidR="00D24D3E" w:rsidRDefault="00D24D3E">
            <w:r>
              <w:t>Criminal Procedure</w:t>
            </w:r>
          </w:p>
        </w:tc>
        <w:tc>
          <w:tcPr>
            <w:tcW w:w="2880" w:type="dxa"/>
            <w:vAlign w:val="center"/>
          </w:tcPr>
          <w:p w14:paraId="0EE102A0" w14:textId="326C3B40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692E7888" w14:textId="3960EE26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36D2F364" w14:textId="0C316873" w:rsidR="00D24D3E" w:rsidRDefault="00D24D3E">
            <w:r>
              <w:t>Major Concentration Elective</w:t>
            </w:r>
          </w:p>
        </w:tc>
      </w:tr>
      <w:tr w:rsidR="00D24D3E" w14:paraId="6830BA95" w14:textId="77777777" w:rsidTr="3178416E">
        <w:tc>
          <w:tcPr>
            <w:tcW w:w="2880" w:type="dxa"/>
            <w:vAlign w:val="center"/>
          </w:tcPr>
          <w:p w14:paraId="2A525F6F" w14:textId="7459A027" w:rsidR="00D24D3E" w:rsidRDefault="00D24D3E">
            <w:r>
              <w:t>GenEd-SR</w:t>
            </w:r>
          </w:p>
        </w:tc>
        <w:tc>
          <w:tcPr>
            <w:tcW w:w="2880" w:type="dxa"/>
            <w:vAlign w:val="center"/>
          </w:tcPr>
          <w:p w14:paraId="3523FAD2" w14:textId="36A34735" w:rsidR="00D24D3E" w:rsidRDefault="00D24D3E">
            <w:r>
              <w:t>Scientific Reasoning</w:t>
            </w:r>
          </w:p>
        </w:tc>
        <w:tc>
          <w:tcPr>
            <w:tcW w:w="2880" w:type="dxa"/>
            <w:vAlign w:val="center"/>
          </w:tcPr>
          <w:p w14:paraId="405A076E" w14:textId="31D05EA4" w:rsidR="00D24D3E" w:rsidRDefault="00D24D3E">
            <w:r>
              <w:t>4</w:t>
            </w:r>
          </w:p>
        </w:tc>
        <w:tc>
          <w:tcPr>
            <w:tcW w:w="2880" w:type="dxa"/>
            <w:vAlign w:val="center"/>
          </w:tcPr>
          <w:p w14:paraId="58DBE931" w14:textId="01D0E899" w:rsidR="00D24D3E" w:rsidRDefault="00D24D3E">
            <w:r>
              <w:t>SSUT61 Laboratory Science</w:t>
            </w:r>
          </w:p>
        </w:tc>
        <w:tc>
          <w:tcPr>
            <w:tcW w:w="2880" w:type="dxa"/>
            <w:vAlign w:val="center"/>
          </w:tcPr>
          <w:p w14:paraId="078DDBAA" w14:textId="6F8735A1" w:rsidR="00D24D3E" w:rsidRDefault="00D24D3E">
            <w:r>
              <w:t>Free Elective due to MassTransfer GenEd exemption</w:t>
            </w:r>
          </w:p>
        </w:tc>
      </w:tr>
      <w:tr w:rsidR="00D24D3E" w14:paraId="78E9A6B4" w14:textId="77777777" w:rsidTr="3178416E">
        <w:tc>
          <w:tcPr>
            <w:tcW w:w="2880" w:type="dxa"/>
            <w:vAlign w:val="center"/>
          </w:tcPr>
          <w:p w14:paraId="3072DE51" w14:textId="54570059" w:rsidR="00D24D3E" w:rsidRDefault="00D24D3E">
            <w:r>
              <w:t>Elective-CRJ</w:t>
            </w:r>
          </w:p>
        </w:tc>
        <w:tc>
          <w:tcPr>
            <w:tcW w:w="2880" w:type="dxa"/>
            <w:vAlign w:val="center"/>
          </w:tcPr>
          <w:p w14:paraId="41C78A64" w14:textId="074CAD8C" w:rsidR="00D24D3E" w:rsidRDefault="00D24D3E">
            <w:r>
              <w:t>Career Elective</w:t>
            </w:r>
          </w:p>
        </w:tc>
        <w:tc>
          <w:tcPr>
            <w:tcW w:w="2880" w:type="dxa"/>
            <w:vAlign w:val="center"/>
          </w:tcPr>
          <w:p w14:paraId="1F14E450" w14:textId="1A7E90ED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7F879D90" w14:textId="33296A1D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00CFD67E" w14:textId="77777777" w:rsidR="00D24D3E" w:rsidRDefault="00D24D3E">
            <w:r>
              <w:t>Major Concentration Elective</w:t>
            </w:r>
          </w:p>
          <w:p w14:paraId="63FD0E5F" w14:textId="77777777" w:rsidR="00121593" w:rsidRDefault="00121593"/>
          <w:p w14:paraId="10B4889D" w14:textId="53A66F17" w:rsidR="00121593" w:rsidRDefault="00121593"/>
        </w:tc>
      </w:tr>
      <w:tr w:rsidR="00D24D3E" w14:paraId="1A890E6E" w14:textId="77777777" w:rsidTr="3178416E">
        <w:tc>
          <w:tcPr>
            <w:tcW w:w="2880" w:type="dxa"/>
            <w:vAlign w:val="center"/>
          </w:tcPr>
          <w:p w14:paraId="36AD4605" w14:textId="552A2BAD" w:rsidR="00D24D3E" w:rsidRDefault="00D24D3E">
            <w:r>
              <w:lastRenderedPageBreak/>
              <w:t>Behavioral Science Elective</w:t>
            </w:r>
          </w:p>
        </w:tc>
        <w:tc>
          <w:tcPr>
            <w:tcW w:w="2880" w:type="dxa"/>
            <w:vAlign w:val="center"/>
          </w:tcPr>
          <w:p w14:paraId="306406C2" w14:textId="739A8AEA" w:rsidR="00D24D3E" w:rsidRDefault="00D24D3E">
            <w:r>
              <w:t>BHCC Behavioral Science Elective</w:t>
            </w:r>
          </w:p>
        </w:tc>
        <w:tc>
          <w:tcPr>
            <w:tcW w:w="2880" w:type="dxa"/>
            <w:vAlign w:val="center"/>
          </w:tcPr>
          <w:p w14:paraId="08640B42" w14:textId="5F6CBD31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0110A119" w14:textId="134B60E4" w:rsidR="00D24D3E" w:rsidRDefault="00D24D3E">
            <w:r>
              <w:t>SSU Behavioral Science Elective</w:t>
            </w:r>
          </w:p>
        </w:tc>
        <w:tc>
          <w:tcPr>
            <w:tcW w:w="2880" w:type="dxa"/>
            <w:vAlign w:val="center"/>
          </w:tcPr>
          <w:p w14:paraId="7600DF72" w14:textId="1ACA0518" w:rsidR="00D24D3E" w:rsidRDefault="00D24D3E">
            <w:r>
              <w:t>Free Elective due to MassTransfer GenEd exemption</w:t>
            </w:r>
          </w:p>
        </w:tc>
      </w:tr>
      <w:tr w:rsidR="00D24D3E" w14:paraId="4C313D2B" w14:textId="77777777" w:rsidTr="3178416E">
        <w:tc>
          <w:tcPr>
            <w:tcW w:w="2880" w:type="dxa"/>
            <w:vAlign w:val="center"/>
          </w:tcPr>
          <w:p w14:paraId="16FB5446" w14:textId="6090B3E5" w:rsidR="00D24D3E" w:rsidRDefault="00D24D3E">
            <w:r>
              <w:t>CRJ-275</w:t>
            </w:r>
          </w:p>
        </w:tc>
        <w:tc>
          <w:tcPr>
            <w:tcW w:w="2880" w:type="dxa"/>
            <w:vAlign w:val="center"/>
          </w:tcPr>
          <w:p w14:paraId="42DCD1C1" w14:textId="3A6F7CEE" w:rsidR="00D24D3E" w:rsidRDefault="00D24D3E">
            <w:r>
              <w:t>Criminal Justice Capstone</w:t>
            </w:r>
          </w:p>
        </w:tc>
        <w:tc>
          <w:tcPr>
            <w:tcW w:w="2880" w:type="dxa"/>
            <w:vAlign w:val="center"/>
          </w:tcPr>
          <w:p w14:paraId="2C67A82A" w14:textId="1C47DF95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1FAB1EF0" w14:textId="1683D60B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02CEA233" w14:textId="0170AAF1" w:rsidR="00D24D3E" w:rsidRDefault="00D24D3E">
            <w:r>
              <w:t>Major Concentration Elective</w:t>
            </w:r>
          </w:p>
        </w:tc>
      </w:tr>
      <w:tr w:rsidR="00D24D3E" w14:paraId="71BFB782" w14:textId="77777777" w:rsidTr="3178416E">
        <w:tc>
          <w:tcPr>
            <w:tcW w:w="2880" w:type="dxa"/>
            <w:vAlign w:val="center"/>
          </w:tcPr>
          <w:p w14:paraId="18046EC5" w14:textId="37B00DBB" w:rsidR="00D24D3E" w:rsidRDefault="00D24D3E">
            <w:r>
              <w:t>Lab Science Elective</w:t>
            </w:r>
          </w:p>
        </w:tc>
        <w:tc>
          <w:tcPr>
            <w:tcW w:w="2880" w:type="dxa"/>
            <w:vAlign w:val="center"/>
          </w:tcPr>
          <w:p w14:paraId="7D1A455E" w14:textId="01B0E315" w:rsidR="00D24D3E" w:rsidRDefault="00D24D3E">
            <w:r>
              <w:t>BHCC MassTransfer Lab Science Elective</w:t>
            </w:r>
          </w:p>
        </w:tc>
        <w:tc>
          <w:tcPr>
            <w:tcW w:w="2880" w:type="dxa"/>
            <w:vAlign w:val="center"/>
          </w:tcPr>
          <w:p w14:paraId="73E42420" w14:textId="6CCE51C8" w:rsidR="00D24D3E" w:rsidRDefault="00D24D3E">
            <w:r>
              <w:t>4</w:t>
            </w:r>
          </w:p>
        </w:tc>
        <w:tc>
          <w:tcPr>
            <w:tcW w:w="2880" w:type="dxa"/>
            <w:vAlign w:val="center"/>
          </w:tcPr>
          <w:p w14:paraId="124ADEEE" w14:textId="7A8A95DA" w:rsidR="00D24D3E" w:rsidRDefault="00D24D3E">
            <w:r>
              <w:t>SSU Lab Science Elective</w:t>
            </w:r>
          </w:p>
        </w:tc>
        <w:tc>
          <w:tcPr>
            <w:tcW w:w="2880" w:type="dxa"/>
            <w:vAlign w:val="center"/>
          </w:tcPr>
          <w:p w14:paraId="5D571B50" w14:textId="2ACAE420" w:rsidR="00D24D3E" w:rsidRDefault="00D24D3E">
            <w:r>
              <w:t>Free Elective due to MassTransfer GenEd exemption</w:t>
            </w:r>
          </w:p>
        </w:tc>
      </w:tr>
      <w:tr w:rsidR="00D24D3E" w14:paraId="4606279F" w14:textId="77777777" w:rsidTr="3178416E">
        <w:tc>
          <w:tcPr>
            <w:tcW w:w="2880" w:type="dxa"/>
            <w:vAlign w:val="center"/>
          </w:tcPr>
          <w:p w14:paraId="62EFE232" w14:textId="0B816CBA" w:rsidR="00D24D3E" w:rsidRDefault="00D24D3E">
            <w:r>
              <w:t>Humanities Elective</w:t>
            </w:r>
          </w:p>
        </w:tc>
        <w:tc>
          <w:tcPr>
            <w:tcW w:w="2880" w:type="dxa"/>
            <w:vAlign w:val="center"/>
          </w:tcPr>
          <w:p w14:paraId="27C58EA1" w14:textId="1745FF99" w:rsidR="00D24D3E" w:rsidRDefault="00D24D3E">
            <w:r>
              <w:t>BHCC MassTransfer Humanities Elective</w:t>
            </w:r>
          </w:p>
        </w:tc>
        <w:tc>
          <w:tcPr>
            <w:tcW w:w="2880" w:type="dxa"/>
            <w:vAlign w:val="center"/>
          </w:tcPr>
          <w:p w14:paraId="60FD70A2" w14:textId="4975B4BF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75D6CEE4" w14:textId="1BB04014" w:rsidR="00D24D3E" w:rsidRDefault="00D24D3E">
            <w:r>
              <w:t>SSU Humanities Elective</w:t>
            </w:r>
          </w:p>
        </w:tc>
        <w:tc>
          <w:tcPr>
            <w:tcW w:w="2880" w:type="dxa"/>
            <w:vAlign w:val="center"/>
          </w:tcPr>
          <w:p w14:paraId="4CCBEB13" w14:textId="6D302EE0" w:rsidR="00D24D3E" w:rsidRDefault="00D24D3E">
            <w:r>
              <w:t>Free Elective due to MassTransfer GenEd exemption</w:t>
            </w:r>
          </w:p>
        </w:tc>
      </w:tr>
      <w:tr w:rsidR="00D24D3E" w14:paraId="7782A11A" w14:textId="77777777" w:rsidTr="3178416E">
        <w:tc>
          <w:tcPr>
            <w:tcW w:w="2880" w:type="dxa"/>
            <w:vAlign w:val="center"/>
          </w:tcPr>
          <w:p w14:paraId="752AD1EE" w14:textId="3C127BFF" w:rsidR="00D24D3E" w:rsidRDefault="00D24D3E">
            <w:r>
              <w:t>Humanities Elective</w:t>
            </w:r>
          </w:p>
        </w:tc>
        <w:tc>
          <w:tcPr>
            <w:tcW w:w="2880" w:type="dxa"/>
            <w:vAlign w:val="center"/>
          </w:tcPr>
          <w:p w14:paraId="06C48922" w14:textId="73739241" w:rsidR="00D24D3E" w:rsidRDefault="00D24D3E">
            <w:r>
              <w:t>BHCC MassTransfer Humanities Elective</w:t>
            </w:r>
          </w:p>
        </w:tc>
        <w:tc>
          <w:tcPr>
            <w:tcW w:w="2880" w:type="dxa"/>
            <w:vAlign w:val="center"/>
          </w:tcPr>
          <w:p w14:paraId="3CCD7F98" w14:textId="70198139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32A4C46F" w14:textId="1170277F" w:rsidR="00D24D3E" w:rsidRDefault="00D24D3E">
            <w:r>
              <w:t>SSU Humanities Elective</w:t>
            </w:r>
          </w:p>
        </w:tc>
        <w:tc>
          <w:tcPr>
            <w:tcW w:w="2880" w:type="dxa"/>
            <w:vAlign w:val="center"/>
          </w:tcPr>
          <w:p w14:paraId="7610A479" w14:textId="1DC94C67" w:rsidR="00D24D3E" w:rsidRDefault="00D24D3E">
            <w:r>
              <w:t>Free Elective due to MassTransfer GenEd exemption</w:t>
            </w:r>
          </w:p>
        </w:tc>
      </w:tr>
      <w:tr w:rsidR="00D24D3E" w14:paraId="588B9407" w14:textId="77777777" w:rsidTr="3178416E">
        <w:tc>
          <w:tcPr>
            <w:tcW w:w="2880" w:type="dxa"/>
            <w:vAlign w:val="center"/>
          </w:tcPr>
          <w:p w14:paraId="696B590E" w14:textId="205090F9" w:rsidR="00D24D3E" w:rsidRDefault="00D24D3E">
            <w:r>
              <w:t>Career Elective</w:t>
            </w:r>
          </w:p>
        </w:tc>
        <w:tc>
          <w:tcPr>
            <w:tcW w:w="2880" w:type="dxa"/>
            <w:vAlign w:val="center"/>
          </w:tcPr>
          <w:p w14:paraId="56445C9B" w14:textId="675B5EE6" w:rsidR="00D24D3E" w:rsidRDefault="00D24D3E">
            <w:r>
              <w:t>Any non-required CRJ course</w:t>
            </w:r>
          </w:p>
        </w:tc>
        <w:tc>
          <w:tcPr>
            <w:tcW w:w="2880" w:type="dxa"/>
            <w:vAlign w:val="center"/>
          </w:tcPr>
          <w:p w14:paraId="17A17D14" w14:textId="382AD9DE" w:rsidR="00D24D3E" w:rsidRDefault="00D24D3E">
            <w:r>
              <w:t>3</w:t>
            </w:r>
          </w:p>
        </w:tc>
        <w:tc>
          <w:tcPr>
            <w:tcW w:w="2880" w:type="dxa"/>
            <w:vAlign w:val="center"/>
          </w:tcPr>
          <w:p w14:paraId="294828C8" w14:textId="0DAD6656" w:rsidR="00D24D3E" w:rsidRDefault="00D24D3E">
            <w:r>
              <w:t>CRJ T51 Criminal Justice Major</w:t>
            </w:r>
          </w:p>
        </w:tc>
        <w:tc>
          <w:tcPr>
            <w:tcW w:w="2880" w:type="dxa"/>
            <w:vAlign w:val="center"/>
          </w:tcPr>
          <w:p w14:paraId="50514331" w14:textId="50773469" w:rsidR="00D24D3E" w:rsidRDefault="00D24D3E">
            <w:r>
              <w:t>Major Concentration Elective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5BD03A51" w14:textId="62E34CB2" w:rsidR="5B18FA20" w:rsidRDefault="3E013EF9">
      <w:r>
        <w:t>Total Program Credits: 62-63</w:t>
      </w:r>
      <w:r w:rsidR="27DD843E">
        <w:br/>
      </w:r>
      <w:r>
        <w:t>Total Transfer Credits Applicable to Salem State University Program: 62-63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3274"/>
        <w:gridCol w:w="3296"/>
        <w:gridCol w:w="2689"/>
        <w:gridCol w:w="2696"/>
      </w:tblGrid>
      <w:tr w:rsidR="5B18FA20" w14:paraId="50D927CF" w14:textId="77777777" w:rsidTr="5B18FA20">
        <w:trPr>
          <w:trHeight w:val="300"/>
        </w:trPr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4875FB65" w14:textId="383A07CA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53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</w:tcPr>
          <w:p w14:paraId="1433EBF2" w14:textId="15519E82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Catalog: 202</w:t>
            </w:r>
            <w:r w:rsidR="00103E07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6</w:t>
            </w: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-202</w:t>
            </w:r>
            <w:r w:rsidR="00103E07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7</w:t>
            </w: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Undergraduate Catalog</w:t>
            </w:r>
          </w:p>
          <w:p w14:paraId="7FE507C0" w14:textId="03A81D4F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121B702E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32AC555" w14:textId="117EC676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Criminal Justice, Criminology Concentration, BS</w:t>
            </w:r>
          </w:p>
          <w:p w14:paraId="17A541EF" w14:textId="1320B6CF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29DC4FB2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5E874A15" w14:textId="68CDA0A8" w:rsidR="5B18FA20" w:rsidRDefault="5B18FA20" w:rsidP="5B18FA20">
            <w:pPr>
              <w:rPr>
                <w:rFonts w:ascii="Aptos" w:eastAsia="Aptos" w:hAnsi="Aptos" w:cs="Aptos"/>
                <w:color w:val="0070C0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General Education Requirements </w:t>
            </w:r>
            <w:r w:rsidRPr="5B18FA20">
              <w:rPr>
                <w:rFonts w:ascii="Aptos" w:eastAsia="Aptos" w:hAnsi="Aptos" w:cs="Aptos"/>
                <w:i/>
                <w:iCs/>
                <w:color w:val="0070C0"/>
                <w:sz w:val="20"/>
                <w:szCs w:val="20"/>
                <w:u w:val="single"/>
              </w:rPr>
              <w:t>Waived / Will be Waived - Mass Transfer Gen Ed Foundation Complete or In Progress</w:t>
            </w:r>
          </w:p>
          <w:p w14:paraId="45653C13" w14:textId="1237CF78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(34-35 credits total – credits still required / 120 credits to graduate still required)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98"/>
              <w:gridCol w:w="5090"/>
              <w:gridCol w:w="1248"/>
              <w:gridCol w:w="4987"/>
            </w:tblGrid>
            <w:tr w:rsidR="5B18FA20" w14:paraId="59E4D725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7DF0F13" w14:textId="3CF21E73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90BE229" w14:textId="71E385CE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457876E" w14:textId="3D44E1EE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F475426" w14:textId="403C80E3" w:rsidR="5B18FA20" w:rsidRDefault="5B18FA20" w:rsidP="5B18FA20">
                  <w:pPr>
                    <w:spacing w:after="160" w:line="278" w:lineRule="auto"/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ENG-111</w:t>
                  </w:r>
                </w:p>
              </w:tc>
            </w:tr>
            <w:tr w:rsidR="5B18FA20" w14:paraId="03AE128A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32D158B" w14:textId="56C92FEB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711DB37" w14:textId="126877AD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91CCDF5" w14:textId="6765D8C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57A23E5B" w14:textId="51CBB0E1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PSY-101</w:t>
                  </w:r>
                </w:p>
              </w:tc>
            </w:tr>
            <w:tr w:rsidR="5B18FA20" w14:paraId="7C046F6E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55E254F" w14:textId="50BE2542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36FA266" w14:textId="2BB1D28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08F55ED" w14:textId="2DD347CB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0326B76" w14:textId="1D3EAB7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GenEd-CW</w:t>
                  </w:r>
                </w:p>
              </w:tc>
            </w:tr>
            <w:tr w:rsidR="5B18FA20" w14:paraId="2BA44F22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66FFED37" w14:textId="0E8AB57A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0B9FAD6" w14:textId="73934DE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1892E52" w14:textId="73504479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E9D8C4A" w14:textId="777F199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ENG-112</w:t>
                  </w:r>
                </w:p>
              </w:tc>
            </w:tr>
            <w:tr w:rsidR="5B18FA20" w14:paraId="78ECB9B0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3642BA2" w14:textId="1633C954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AA5C581" w14:textId="640B503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61EA44A5" w14:textId="22CBDDE9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3-4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3C7AAD7" w14:textId="5828FE04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GenEd-QPS</w:t>
                  </w:r>
                </w:p>
              </w:tc>
            </w:tr>
            <w:tr w:rsidR="5B18FA20" w14:paraId="1A14CA89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80EE9DD" w14:textId="7905E0AF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32363A2" w14:textId="3511B292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8EF0C92" w14:textId="2F0546BF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E55BD99" w14:textId="35EA132F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SOC-207</w:t>
                  </w:r>
                </w:p>
              </w:tc>
            </w:tr>
            <w:tr w:rsidR="5B18FA20" w14:paraId="74866F39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5C493360" w14:textId="24C89C54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4C58D73" w14:textId="57BE3B00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B77D83A" w14:textId="72266A6D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8BE8471" w14:textId="2374DDEC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GenEd-SR</w:t>
                  </w:r>
                </w:p>
              </w:tc>
            </w:tr>
            <w:tr w:rsidR="5B18FA20" w14:paraId="1EAD6EAC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70C18B7" w14:textId="6031D9D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312CD139" w14:textId="60B5D6D9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920BE9A" w14:textId="1E941C81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6517EDFF" w14:textId="67CD7529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Behavioral Science Elective</w:t>
                  </w:r>
                </w:p>
              </w:tc>
            </w:tr>
            <w:tr w:rsidR="5B18FA20" w14:paraId="4EEBB64D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8B9931E" w14:textId="510DABC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312332B" w14:textId="0A495C02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3687EE0" w14:textId="5BFD15E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4877C5C4" w14:textId="394A6402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5B18FA20" w14:paraId="5627280D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15AE9F0F" w14:textId="5E9F8FE1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03FEDC6F" w14:textId="3237F2C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E3E5717" w14:textId="597C3BCB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E8E35DE" w14:textId="1112A2B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5B18FA20" w14:paraId="6CE860A9" w14:textId="77777777" w:rsidTr="5B18FA20">
              <w:trPr>
                <w:trHeight w:val="300"/>
              </w:trPr>
              <w:tc>
                <w:tcPr>
                  <w:tcW w:w="39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77440D46" w14:textId="1F6DF3AA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510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41B334B3" w14:textId="2E0EF2DB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24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15" w:type="dxa"/>
                    <w:left w:w="60" w:type="dxa"/>
                    <w:bottom w:w="15" w:type="dxa"/>
                    <w:right w:w="60" w:type="dxa"/>
                  </w:tcMar>
                  <w:vAlign w:val="bottom"/>
                </w:tcPr>
                <w:p w14:paraId="2E4337BC" w14:textId="7AA923F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9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C98EA80" w14:textId="1733F633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Humanities Elective</w:t>
                  </w:r>
                </w:p>
              </w:tc>
            </w:tr>
          </w:tbl>
          <w:p w14:paraId="409978E4" w14:textId="6F53DA31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 </w:t>
            </w:r>
          </w:p>
        </w:tc>
      </w:tr>
      <w:tr w:rsidR="5B18FA20" w14:paraId="019AA65B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D45D73A" w14:textId="29776B83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Courses in Major (48 credits total)</w:t>
            </w:r>
          </w:p>
        </w:tc>
      </w:tr>
      <w:tr w:rsidR="5B18FA20" w14:paraId="7BF2B20A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F1F9692" w14:textId="7053443F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Major Core Courses (33 credits)</w:t>
            </w:r>
          </w:p>
        </w:tc>
      </w:tr>
      <w:tr w:rsidR="5B18FA20" w14:paraId="2519F935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4885257" w14:textId="716888B2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Course Name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C25631C" w14:textId="234007E4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Credits</w:t>
            </w: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6D21DD3" w14:textId="6BE44F57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381AA92B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7D2AD49" w14:textId="22FF6F0E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101 Introduction to Criminal Justice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58F9A66" w14:textId="4C63D764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DF5183C" w14:textId="3027E944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CRJ-101</w:t>
            </w:r>
          </w:p>
        </w:tc>
      </w:tr>
      <w:tr w:rsidR="5B18FA20" w14:paraId="7574DDD7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B7E479D" w14:textId="4C86049C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205 Criminal Law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40F12CD" w14:textId="3E8E9546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117327A" w14:textId="308AA6A2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CRJ-103</w:t>
            </w:r>
          </w:p>
        </w:tc>
      </w:tr>
      <w:tr w:rsidR="5B18FA20" w14:paraId="22B022CC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828B4DA" w14:textId="40B83C8F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210 Ethics in Criminal Justice Decision Making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BE47EC4" w14:textId="0B15908F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E80B3DF" w14:textId="7556ABD5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08BB0222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6B4FD71" w14:textId="47148652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215 Criminal Justice Statistics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33819AD" w14:textId="25B5E1DF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4DE343A" w14:textId="5B3AE80C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0C0F2B06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C99F2D7" w14:textId="2BCA65BB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220 Theories of Crime and Justice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86D0F27" w14:textId="180EFB96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2125069" w14:textId="3E3E24A8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72D0F094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C0CB6E9" w14:textId="16FBE949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CRJ 330 Police and Society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BAEF214" w14:textId="052ECD6A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7150317" w14:textId="688C832B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CRJ-225</w:t>
            </w:r>
          </w:p>
        </w:tc>
      </w:tr>
      <w:tr w:rsidR="5B18FA20" w14:paraId="00AC0C2B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CD49487" w14:textId="0A5F99ED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350 Introduction to Courts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64DA70B" w14:textId="39594E28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458B806" w14:textId="3BC4C171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444C47CE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8BF3A24" w14:textId="6F8F7F61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352 Corrections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60FEC830" w14:textId="7295CADC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A636806" w14:textId="64D8C113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CRJ-107</w:t>
            </w:r>
          </w:p>
        </w:tc>
      </w:tr>
      <w:tr w:rsidR="5B18FA20" w14:paraId="2E55CACB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FFB7DB0" w14:textId="0E64B4DA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410 Global Crime and Justice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6FC2430" w14:textId="131D51AA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F1ABEA0" w14:textId="6D3A8F78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5344EAE6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5D83DA6" w14:textId="635CF0AB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400 Research Methods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3705645" w14:textId="2678ED29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7C8AA473" w14:textId="57DCC571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437F6B48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C602DEE" w14:textId="5BE03FFB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520 Internship in Criminal Justice</w:t>
            </w:r>
          </w:p>
          <w:p w14:paraId="74A03023" w14:textId="4E28AB4F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Or</w:t>
            </w:r>
          </w:p>
          <w:p w14:paraId="11B1ED4F" w14:textId="7386804E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530 Directed Study in Criminal Justice</w:t>
            </w:r>
          </w:p>
          <w:p w14:paraId="58A87C87" w14:textId="314CD6EC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Or</w:t>
            </w:r>
          </w:p>
          <w:p w14:paraId="677AEC19" w14:textId="015FF4DF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CRJ 540 Criminal Justice Capstone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2ED4983" w14:textId="24983047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C1CEB0B" w14:textId="4FE7A029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7C0AFAE3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36A6F333" w14:textId="58B6BB28" w:rsidR="5B18FA20" w:rsidRDefault="5B18FA20" w:rsidP="5B18FA20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Major Concentration Electives (15 credits)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814"/>
              <w:gridCol w:w="1013"/>
              <w:gridCol w:w="4949"/>
              <w:gridCol w:w="4947"/>
            </w:tblGrid>
            <w:tr w:rsidR="5B18FA20" w14:paraId="4E5FE7CB" w14:textId="77777777" w:rsidTr="5B18FA20">
              <w:trPr>
                <w:trHeight w:val="300"/>
              </w:trPr>
              <w:tc>
                <w:tcPr>
                  <w:tcW w:w="815" w:type="dxa"/>
                  <w:tcMar>
                    <w:left w:w="105" w:type="dxa"/>
                    <w:right w:w="105" w:type="dxa"/>
                  </w:tcMar>
                </w:tcPr>
                <w:p w14:paraId="287F1F33" w14:textId="042D026B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CRJ</w:t>
                  </w:r>
                </w:p>
              </w:tc>
              <w:tc>
                <w:tcPr>
                  <w:tcW w:w="1015" w:type="dxa"/>
                  <w:tcMar>
                    <w:left w:w="105" w:type="dxa"/>
                    <w:right w:w="105" w:type="dxa"/>
                  </w:tcMar>
                </w:tcPr>
                <w:p w14:paraId="18939FE7" w14:textId="42BB4309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1B992FB0" w14:textId="1F7C4C50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CRJ-211</w:t>
                  </w: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66020CDA" w14:textId="15CCFAD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09AD0A40" w14:textId="77777777" w:rsidTr="5B18FA20">
              <w:trPr>
                <w:trHeight w:val="300"/>
              </w:trPr>
              <w:tc>
                <w:tcPr>
                  <w:tcW w:w="815" w:type="dxa"/>
                  <w:tcMar>
                    <w:left w:w="105" w:type="dxa"/>
                    <w:right w:w="105" w:type="dxa"/>
                  </w:tcMar>
                </w:tcPr>
                <w:p w14:paraId="567A6A6C" w14:textId="75299557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CRJ</w:t>
                  </w:r>
                </w:p>
              </w:tc>
              <w:tc>
                <w:tcPr>
                  <w:tcW w:w="1015" w:type="dxa"/>
                  <w:tcMar>
                    <w:left w:w="105" w:type="dxa"/>
                    <w:right w:w="105" w:type="dxa"/>
                  </w:tcMar>
                </w:tcPr>
                <w:p w14:paraId="7AE01134" w14:textId="54944071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6F8075A0" w14:textId="3053E64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Elective-CRJ</w:t>
                  </w: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389252BF" w14:textId="70108493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5B1F0A69" w14:textId="77777777" w:rsidTr="5B18FA20">
              <w:trPr>
                <w:trHeight w:val="300"/>
              </w:trPr>
              <w:tc>
                <w:tcPr>
                  <w:tcW w:w="815" w:type="dxa"/>
                  <w:tcMar>
                    <w:left w:w="105" w:type="dxa"/>
                    <w:right w:w="105" w:type="dxa"/>
                  </w:tcMar>
                </w:tcPr>
                <w:p w14:paraId="2E319F8B" w14:textId="530A6231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CRJ</w:t>
                  </w:r>
                </w:p>
              </w:tc>
              <w:tc>
                <w:tcPr>
                  <w:tcW w:w="1015" w:type="dxa"/>
                  <w:tcMar>
                    <w:left w:w="105" w:type="dxa"/>
                    <w:right w:w="105" w:type="dxa"/>
                  </w:tcMar>
                </w:tcPr>
                <w:p w14:paraId="10DCEB85" w14:textId="301B97EA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2BEE322E" w14:textId="21F6FFA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CRJ-275</w:t>
                  </w: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47555515" w14:textId="7F6140B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302031DA" w14:textId="77777777" w:rsidTr="5B18FA20">
              <w:trPr>
                <w:trHeight w:val="300"/>
              </w:trPr>
              <w:tc>
                <w:tcPr>
                  <w:tcW w:w="815" w:type="dxa"/>
                  <w:tcMar>
                    <w:left w:w="105" w:type="dxa"/>
                    <w:right w:w="105" w:type="dxa"/>
                  </w:tcMar>
                </w:tcPr>
                <w:p w14:paraId="4863FF1D" w14:textId="326FC6F9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CRJ</w:t>
                  </w:r>
                </w:p>
              </w:tc>
              <w:tc>
                <w:tcPr>
                  <w:tcW w:w="1015" w:type="dxa"/>
                  <w:tcMar>
                    <w:left w:w="105" w:type="dxa"/>
                    <w:right w:w="105" w:type="dxa"/>
                  </w:tcMar>
                </w:tcPr>
                <w:p w14:paraId="2139EE14" w14:textId="3984ED4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04306FB1" w14:textId="05910DB4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Career Elective</w:t>
                  </w: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0E201A32" w14:textId="3998F41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207DD209" w14:textId="77777777" w:rsidTr="5B18FA20">
              <w:trPr>
                <w:trHeight w:val="300"/>
              </w:trPr>
              <w:tc>
                <w:tcPr>
                  <w:tcW w:w="815" w:type="dxa"/>
                  <w:tcMar>
                    <w:left w:w="105" w:type="dxa"/>
                    <w:right w:w="105" w:type="dxa"/>
                  </w:tcMar>
                </w:tcPr>
                <w:p w14:paraId="7833BD82" w14:textId="4A77C5EC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CRJ</w:t>
                  </w:r>
                </w:p>
              </w:tc>
              <w:tc>
                <w:tcPr>
                  <w:tcW w:w="1015" w:type="dxa"/>
                  <w:tcMar>
                    <w:left w:w="105" w:type="dxa"/>
                    <w:right w:w="105" w:type="dxa"/>
                  </w:tcMar>
                </w:tcPr>
                <w:p w14:paraId="2194FE39" w14:textId="6999FF87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064793E9" w14:textId="42016BFA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58" w:type="dxa"/>
                  <w:tcMar>
                    <w:left w:w="105" w:type="dxa"/>
                    <w:right w:w="105" w:type="dxa"/>
                  </w:tcMar>
                </w:tcPr>
                <w:p w14:paraId="00725732" w14:textId="11966DDB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1C911E88" w14:textId="558B3DF1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 .</w:t>
            </w:r>
          </w:p>
        </w:tc>
      </w:tr>
      <w:tr w:rsidR="5B18FA20" w14:paraId="1CB587E0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99E46E1" w14:textId="524D6AE0" w:rsidR="5B18FA20" w:rsidRDefault="5B18FA20" w:rsidP="5B18FA20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Segoe UI Symbol" w:eastAsia="Segoe UI Symbol" w:hAnsi="Segoe UI Symbol" w:cs="Segoe UI Symbol"/>
                <w:color w:val="000000" w:themeColor="text1"/>
                <w:sz w:val="20"/>
                <w:szCs w:val="20"/>
              </w:rPr>
              <w:t>♥</w:t>
            </w: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 xml:space="preserve"> Required Support Courses (18 credits total)</w:t>
            </w:r>
          </w:p>
          <w:p w14:paraId="1527A7E3" w14:textId="769E274E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726DF172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95CD2B7" w14:textId="3703B0AB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Course Name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BE144C1" w14:textId="0028EEBE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2822243D" w14:textId="5710839A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06040BCC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A387C5B" w14:textId="3F4DC555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PHL 125 Critical Reasoning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993FCE7" w14:textId="6BEF2DB7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69DADFE" w14:textId="2EDA5B80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5B18FA20" w14:paraId="6A41B12D" w14:textId="77777777" w:rsidTr="5B18FA20">
        <w:trPr>
          <w:trHeight w:val="300"/>
        </w:trPr>
        <w:tc>
          <w:tcPr>
            <w:tcW w:w="3274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4DAD183F" w14:textId="5C0DA875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lastRenderedPageBreak/>
              <w:t>SOC 110 Introduction to Sociology</w:t>
            </w:r>
          </w:p>
        </w:tc>
        <w:tc>
          <w:tcPr>
            <w:tcW w:w="5985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305FD5D3" w14:textId="5E598F56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96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117EB066" w14:textId="35C27761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SOC-101</w:t>
            </w:r>
          </w:p>
        </w:tc>
      </w:tr>
      <w:tr w:rsidR="5B18FA20" w14:paraId="423EEF86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0E324DBB" w14:textId="5CA058D7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 </w:t>
            </w:r>
          </w:p>
          <w:p w14:paraId="7B87A957" w14:textId="4975C68C" w:rsidR="5B18FA20" w:rsidRDefault="5B18FA20" w:rsidP="5B18FA20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Elect one course from each of the following areas: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3568"/>
              <w:gridCol w:w="4688"/>
              <w:gridCol w:w="1327"/>
              <w:gridCol w:w="2140"/>
            </w:tblGrid>
            <w:tr w:rsidR="5B18FA20" w14:paraId="6C4CA064" w14:textId="77777777" w:rsidTr="5B18FA20">
              <w:trPr>
                <w:trHeight w:val="300"/>
              </w:trPr>
              <w:tc>
                <w:tcPr>
                  <w:tcW w:w="3575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1ABE9BB6" w14:textId="77955621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Required:</w:t>
                  </w:r>
                </w:p>
              </w:tc>
              <w:tc>
                <w:tcPr>
                  <w:tcW w:w="4698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33B34F4A" w14:textId="0A6F1EDB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Course:</w:t>
                  </w:r>
                </w:p>
              </w:tc>
              <w:tc>
                <w:tcPr>
                  <w:tcW w:w="1328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4338EE93" w14:textId="15235864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2145" w:type="dxa"/>
                  <w:shd w:val="clear" w:color="auto" w:fill="DAE9F7"/>
                  <w:tcMar>
                    <w:left w:w="105" w:type="dxa"/>
                    <w:right w:w="105" w:type="dxa"/>
                  </w:tcMar>
                </w:tcPr>
                <w:p w14:paraId="6C512E83" w14:textId="1AC4E1A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651414D4" w14:textId="77777777" w:rsidTr="5B18FA20">
              <w:trPr>
                <w:trHeight w:val="300"/>
              </w:trPr>
              <w:tc>
                <w:tcPr>
                  <w:tcW w:w="3575" w:type="dxa"/>
                  <w:tcMar>
                    <w:left w:w="105" w:type="dxa"/>
                    <w:right w:w="105" w:type="dxa"/>
                  </w:tcMar>
                </w:tcPr>
                <w:p w14:paraId="530BAFB2" w14:textId="3CDD41D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Gender Studies Course:</w:t>
                  </w:r>
                </w:p>
              </w:tc>
              <w:tc>
                <w:tcPr>
                  <w:tcW w:w="4698" w:type="dxa"/>
                  <w:tcMar>
                    <w:left w:w="105" w:type="dxa"/>
                    <w:right w:w="105" w:type="dxa"/>
                  </w:tcMar>
                </w:tcPr>
                <w:p w14:paraId="0F98E4FA" w14:textId="19CC7AFC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328" w:type="dxa"/>
                  <w:tcMar>
                    <w:left w:w="105" w:type="dxa"/>
                    <w:right w:w="105" w:type="dxa"/>
                  </w:tcMar>
                </w:tcPr>
                <w:p w14:paraId="1D9C0375" w14:textId="14C7C7B7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tcMar>
                    <w:left w:w="105" w:type="dxa"/>
                    <w:right w:w="105" w:type="dxa"/>
                  </w:tcMar>
                </w:tcPr>
                <w:p w14:paraId="25926003" w14:textId="690B359F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472E04F5" w14:textId="77777777" w:rsidTr="5B18FA20">
              <w:trPr>
                <w:trHeight w:val="300"/>
              </w:trPr>
              <w:tc>
                <w:tcPr>
                  <w:tcW w:w="3575" w:type="dxa"/>
                  <w:tcMar>
                    <w:left w:w="105" w:type="dxa"/>
                    <w:right w:w="105" w:type="dxa"/>
                  </w:tcMar>
                </w:tcPr>
                <w:p w14:paraId="6E7D82BA" w14:textId="14FF370F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Race &amp; Ethnic Studies Course:</w:t>
                  </w:r>
                </w:p>
              </w:tc>
              <w:tc>
                <w:tcPr>
                  <w:tcW w:w="4698" w:type="dxa"/>
                  <w:tcMar>
                    <w:left w:w="105" w:type="dxa"/>
                    <w:right w:w="105" w:type="dxa"/>
                  </w:tcMar>
                </w:tcPr>
                <w:p w14:paraId="1A73A867" w14:textId="75CFA74E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328" w:type="dxa"/>
                  <w:tcMar>
                    <w:left w:w="105" w:type="dxa"/>
                    <w:right w:w="105" w:type="dxa"/>
                  </w:tcMar>
                </w:tcPr>
                <w:p w14:paraId="3184BFE6" w14:textId="1C92877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tcMar>
                    <w:left w:w="105" w:type="dxa"/>
                    <w:right w:w="105" w:type="dxa"/>
                  </w:tcMar>
                </w:tcPr>
                <w:p w14:paraId="0038A13C" w14:textId="2209BEB2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6C2C56C0" w14:textId="77777777" w:rsidTr="5B18FA20">
              <w:trPr>
                <w:trHeight w:val="300"/>
              </w:trPr>
              <w:tc>
                <w:tcPr>
                  <w:tcW w:w="3575" w:type="dxa"/>
                  <w:tcMar>
                    <w:left w:w="105" w:type="dxa"/>
                    <w:right w:w="105" w:type="dxa"/>
                  </w:tcMar>
                </w:tcPr>
                <w:p w14:paraId="3AB99C9A" w14:textId="48D7348A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Political Science Elective:</w:t>
                  </w:r>
                </w:p>
              </w:tc>
              <w:tc>
                <w:tcPr>
                  <w:tcW w:w="4698" w:type="dxa"/>
                  <w:tcMar>
                    <w:left w:w="105" w:type="dxa"/>
                    <w:right w:w="105" w:type="dxa"/>
                  </w:tcMar>
                </w:tcPr>
                <w:p w14:paraId="576E8625" w14:textId="37EF4F1D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328" w:type="dxa"/>
                  <w:tcMar>
                    <w:left w:w="105" w:type="dxa"/>
                    <w:right w:w="105" w:type="dxa"/>
                  </w:tcMar>
                </w:tcPr>
                <w:p w14:paraId="58C68749" w14:textId="0842D860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tcMar>
                    <w:left w:w="105" w:type="dxa"/>
                    <w:right w:w="105" w:type="dxa"/>
                  </w:tcMar>
                </w:tcPr>
                <w:p w14:paraId="4EAFF49D" w14:textId="19BEF839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327B9CE8" w14:textId="77777777" w:rsidTr="5B18FA20">
              <w:trPr>
                <w:trHeight w:val="300"/>
              </w:trPr>
              <w:tc>
                <w:tcPr>
                  <w:tcW w:w="3575" w:type="dxa"/>
                  <w:tcMar>
                    <w:left w:w="105" w:type="dxa"/>
                    <w:right w:w="105" w:type="dxa"/>
                  </w:tcMar>
                </w:tcPr>
                <w:p w14:paraId="3C8BC728" w14:textId="7EF22CBE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Economics Elective:</w:t>
                  </w:r>
                </w:p>
              </w:tc>
              <w:tc>
                <w:tcPr>
                  <w:tcW w:w="4698" w:type="dxa"/>
                  <w:tcMar>
                    <w:left w:w="105" w:type="dxa"/>
                    <w:right w:w="105" w:type="dxa"/>
                  </w:tcMar>
                </w:tcPr>
                <w:p w14:paraId="26213F53" w14:textId="09ACBA7A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328" w:type="dxa"/>
                  <w:tcMar>
                    <w:left w:w="105" w:type="dxa"/>
                    <w:right w:w="105" w:type="dxa"/>
                  </w:tcMar>
                </w:tcPr>
                <w:p w14:paraId="7F0316B8" w14:textId="1C3456C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tcMar>
                    <w:left w:w="105" w:type="dxa"/>
                    <w:right w:w="105" w:type="dxa"/>
                  </w:tcMar>
                </w:tcPr>
                <w:p w14:paraId="7A31B83E" w14:textId="41E5D35E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21023B59" w14:textId="77777777" w:rsidTr="5B18FA20">
              <w:trPr>
                <w:trHeight w:val="300"/>
              </w:trPr>
              <w:tc>
                <w:tcPr>
                  <w:tcW w:w="3575" w:type="dxa"/>
                  <w:tcMar>
                    <w:left w:w="105" w:type="dxa"/>
                    <w:right w:w="105" w:type="dxa"/>
                  </w:tcMar>
                </w:tcPr>
                <w:p w14:paraId="7D5DF946" w14:textId="73B7E89B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698" w:type="dxa"/>
                  <w:tcMar>
                    <w:left w:w="105" w:type="dxa"/>
                    <w:right w:w="105" w:type="dxa"/>
                  </w:tcMar>
                </w:tcPr>
                <w:p w14:paraId="00FD0AB0" w14:textId="66F22B5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328" w:type="dxa"/>
                  <w:tcMar>
                    <w:left w:w="105" w:type="dxa"/>
                    <w:right w:w="105" w:type="dxa"/>
                  </w:tcMar>
                </w:tcPr>
                <w:p w14:paraId="43AD4118" w14:textId="3826A120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tcMar>
                    <w:left w:w="105" w:type="dxa"/>
                    <w:right w:w="105" w:type="dxa"/>
                  </w:tcMar>
                </w:tcPr>
                <w:p w14:paraId="7615DB4E" w14:textId="3D9BB434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52D59C53" w14:textId="4947CE82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</w:t>
            </w:r>
          </w:p>
        </w:tc>
      </w:tr>
      <w:tr w:rsidR="5B18FA20" w14:paraId="411E51A7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vAlign w:val="bottom"/>
          </w:tcPr>
          <w:p w14:paraId="2E7EC0BA" w14:textId="1790C0CA" w:rsidR="5B18FA20" w:rsidRDefault="5B18FA20" w:rsidP="5B18FA20">
            <w:pPr>
              <w:shd w:val="clear" w:color="auto" w:fill="DAE9F7"/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Free Electives (19 credit minimum)</w:t>
            </w:r>
          </w:p>
          <w:p w14:paraId="391D3AAD" w14:textId="4DA3057D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 </w:t>
            </w:r>
          </w:p>
          <w:tbl>
            <w:tblPr>
              <w:tblStyle w:val="TableGrid"/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5598"/>
              <w:gridCol w:w="1163"/>
              <w:gridCol w:w="4962"/>
            </w:tblGrid>
            <w:tr w:rsidR="5B18FA20" w14:paraId="669FB648" w14:textId="77777777" w:rsidTr="5B18FA20">
              <w:trPr>
                <w:trHeight w:val="300"/>
              </w:trPr>
              <w:tc>
                <w:tcPr>
                  <w:tcW w:w="5608" w:type="dxa"/>
                  <w:tcMar>
                    <w:left w:w="105" w:type="dxa"/>
                    <w:right w:w="105" w:type="dxa"/>
                  </w:tcMar>
                </w:tcPr>
                <w:p w14:paraId="00070B51" w14:textId="2252C610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Course</w:t>
                  </w:r>
                </w:p>
              </w:tc>
              <w:tc>
                <w:tcPr>
                  <w:tcW w:w="1164" w:type="dxa"/>
                  <w:tcMar>
                    <w:left w:w="105" w:type="dxa"/>
                    <w:right w:w="105" w:type="dxa"/>
                  </w:tcMar>
                </w:tcPr>
                <w:p w14:paraId="3627FEFD" w14:textId="3EA45674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  <w:r w:rsidRPr="5B18FA20">
                    <w:rPr>
                      <w:rFonts w:ascii="Aptos" w:eastAsia="Aptos" w:hAnsi="Aptos" w:cs="Aptos"/>
                      <w:sz w:val="20"/>
                      <w:szCs w:val="20"/>
                    </w:rPr>
                    <w:t>Credits</w:t>
                  </w:r>
                </w:p>
              </w:tc>
              <w:tc>
                <w:tcPr>
                  <w:tcW w:w="4973" w:type="dxa"/>
                  <w:tcMar>
                    <w:left w:w="105" w:type="dxa"/>
                    <w:right w:w="105" w:type="dxa"/>
                  </w:tcMar>
                </w:tcPr>
                <w:p w14:paraId="0837BE2E" w14:textId="0FE6423D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5BC20A92" w14:textId="77777777" w:rsidTr="5B18FA20">
              <w:trPr>
                <w:trHeight w:val="300"/>
              </w:trPr>
              <w:tc>
                <w:tcPr>
                  <w:tcW w:w="5608" w:type="dxa"/>
                  <w:tcMar>
                    <w:left w:w="105" w:type="dxa"/>
                    <w:right w:w="105" w:type="dxa"/>
                  </w:tcMar>
                </w:tcPr>
                <w:p w14:paraId="667F8827" w14:textId="33316FDA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164" w:type="dxa"/>
                  <w:tcMar>
                    <w:left w:w="105" w:type="dxa"/>
                    <w:right w:w="105" w:type="dxa"/>
                  </w:tcMar>
                </w:tcPr>
                <w:p w14:paraId="68F54E27" w14:textId="41C772C6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3" w:type="dxa"/>
                  <w:tcMar>
                    <w:left w:w="105" w:type="dxa"/>
                    <w:right w:w="105" w:type="dxa"/>
                  </w:tcMar>
                </w:tcPr>
                <w:p w14:paraId="1317FBC7" w14:textId="06D0DC4E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384C5244" w14:textId="77777777" w:rsidTr="5B18FA20">
              <w:trPr>
                <w:trHeight w:val="300"/>
              </w:trPr>
              <w:tc>
                <w:tcPr>
                  <w:tcW w:w="5608" w:type="dxa"/>
                  <w:tcMar>
                    <w:left w:w="105" w:type="dxa"/>
                    <w:right w:w="105" w:type="dxa"/>
                  </w:tcMar>
                </w:tcPr>
                <w:p w14:paraId="4D46998B" w14:textId="18C73871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164" w:type="dxa"/>
                  <w:tcMar>
                    <w:left w:w="105" w:type="dxa"/>
                    <w:right w:w="105" w:type="dxa"/>
                  </w:tcMar>
                </w:tcPr>
                <w:p w14:paraId="4FEFACE0" w14:textId="6DE719CA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3" w:type="dxa"/>
                  <w:tcMar>
                    <w:left w:w="105" w:type="dxa"/>
                    <w:right w:w="105" w:type="dxa"/>
                  </w:tcMar>
                </w:tcPr>
                <w:p w14:paraId="267A1490" w14:textId="71707940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1169457A" w14:textId="77777777" w:rsidTr="5B18FA20">
              <w:trPr>
                <w:trHeight w:val="300"/>
              </w:trPr>
              <w:tc>
                <w:tcPr>
                  <w:tcW w:w="5608" w:type="dxa"/>
                  <w:tcMar>
                    <w:left w:w="105" w:type="dxa"/>
                    <w:right w:w="105" w:type="dxa"/>
                  </w:tcMar>
                </w:tcPr>
                <w:p w14:paraId="1CD2B64D" w14:textId="26B98AA3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164" w:type="dxa"/>
                  <w:tcMar>
                    <w:left w:w="105" w:type="dxa"/>
                    <w:right w:w="105" w:type="dxa"/>
                  </w:tcMar>
                </w:tcPr>
                <w:p w14:paraId="57BC6B04" w14:textId="67C9BC7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3" w:type="dxa"/>
                  <w:tcMar>
                    <w:left w:w="105" w:type="dxa"/>
                    <w:right w:w="105" w:type="dxa"/>
                  </w:tcMar>
                </w:tcPr>
                <w:p w14:paraId="62504EFC" w14:textId="41251D2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3325B549" w14:textId="77777777" w:rsidTr="5B18FA20">
              <w:trPr>
                <w:trHeight w:val="300"/>
              </w:trPr>
              <w:tc>
                <w:tcPr>
                  <w:tcW w:w="5608" w:type="dxa"/>
                  <w:tcMar>
                    <w:left w:w="105" w:type="dxa"/>
                    <w:right w:w="105" w:type="dxa"/>
                  </w:tcMar>
                </w:tcPr>
                <w:p w14:paraId="02CA988F" w14:textId="069FFD98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164" w:type="dxa"/>
                  <w:tcMar>
                    <w:left w:w="105" w:type="dxa"/>
                    <w:right w:w="105" w:type="dxa"/>
                  </w:tcMar>
                </w:tcPr>
                <w:p w14:paraId="2831086C" w14:textId="14B2D615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3" w:type="dxa"/>
                  <w:tcMar>
                    <w:left w:w="105" w:type="dxa"/>
                    <w:right w:w="105" w:type="dxa"/>
                  </w:tcMar>
                </w:tcPr>
                <w:p w14:paraId="40F232EC" w14:textId="7B8E9582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  <w:tr w:rsidR="5B18FA20" w14:paraId="5E550969" w14:textId="77777777" w:rsidTr="5B18FA20">
              <w:trPr>
                <w:trHeight w:val="300"/>
              </w:trPr>
              <w:tc>
                <w:tcPr>
                  <w:tcW w:w="5608" w:type="dxa"/>
                  <w:tcMar>
                    <w:left w:w="105" w:type="dxa"/>
                    <w:right w:w="105" w:type="dxa"/>
                  </w:tcMar>
                </w:tcPr>
                <w:p w14:paraId="49C2C277" w14:textId="0B25B6BE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1164" w:type="dxa"/>
                  <w:tcMar>
                    <w:left w:w="105" w:type="dxa"/>
                    <w:right w:w="105" w:type="dxa"/>
                  </w:tcMar>
                </w:tcPr>
                <w:p w14:paraId="622DBD24" w14:textId="242CDBD1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  <w:tc>
                <w:tcPr>
                  <w:tcW w:w="4973" w:type="dxa"/>
                  <w:tcMar>
                    <w:left w:w="105" w:type="dxa"/>
                    <w:right w:w="105" w:type="dxa"/>
                  </w:tcMar>
                </w:tcPr>
                <w:p w14:paraId="0D9348FF" w14:textId="71EAD9C9" w:rsidR="5B18FA20" w:rsidRDefault="5B18FA20" w:rsidP="5B18FA20">
                  <w:pPr>
                    <w:rPr>
                      <w:rFonts w:ascii="Aptos" w:eastAsia="Aptos" w:hAnsi="Aptos" w:cs="Aptos"/>
                      <w:sz w:val="20"/>
                      <w:szCs w:val="20"/>
                    </w:rPr>
                  </w:pPr>
                </w:p>
              </w:tc>
            </w:tr>
          </w:tbl>
          <w:p w14:paraId="46D64F2D" w14:textId="0F6850C5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. </w:t>
            </w:r>
          </w:p>
        </w:tc>
      </w:tr>
      <w:tr w:rsidR="5B18FA20" w14:paraId="39B22995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DAE9F7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0C55DB48" w14:textId="66C42CF9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Total credits for graduation: 120</w:t>
            </w:r>
          </w:p>
        </w:tc>
      </w:tr>
      <w:tr w:rsidR="5B18FA20" w14:paraId="0D34CF2B" w14:textId="77777777" w:rsidTr="5B18FA20">
        <w:trPr>
          <w:trHeight w:val="300"/>
        </w:trPr>
        <w:tc>
          <w:tcPr>
            <w:tcW w:w="11955" w:type="dxa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60" w:type="dxa"/>
              <w:bottom w:w="15" w:type="dxa"/>
              <w:right w:w="60" w:type="dxa"/>
            </w:tcMar>
            <w:vAlign w:val="bottom"/>
          </w:tcPr>
          <w:p w14:paraId="578BD756" w14:textId="4DC53DFB" w:rsidR="5B18FA20" w:rsidRDefault="5B18FA20" w:rsidP="5B18FA20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5B18FA20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Notes:</w:t>
            </w:r>
          </w:p>
        </w:tc>
      </w:tr>
    </w:tbl>
    <w:p w14:paraId="344BBBCA" w14:textId="0BAA6FD8" w:rsidR="5B18FA20" w:rsidRDefault="5B18FA20"/>
    <w:sectPr w:rsidR="5B18FA20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6063C"/>
    <w:rsid w:val="00103E07"/>
    <w:rsid w:val="00121593"/>
    <w:rsid w:val="0015024D"/>
    <w:rsid w:val="0015074B"/>
    <w:rsid w:val="0015368B"/>
    <w:rsid w:val="00265115"/>
    <w:rsid w:val="0029639D"/>
    <w:rsid w:val="00326F90"/>
    <w:rsid w:val="00347817"/>
    <w:rsid w:val="00671DD9"/>
    <w:rsid w:val="00710C6A"/>
    <w:rsid w:val="00896F9E"/>
    <w:rsid w:val="009348EF"/>
    <w:rsid w:val="00A30AD1"/>
    <w:rsid w:val="00AA1D8D"/>
    <w:rsid w:val="00B47730"/>
    <w:rsid w:val="00CB0664"/>
    <w:rsid w:val="00D101C7"/>
    <w:rsid w:val="00D24D3E"/>
    <w:rsid w:val="00F82989"/>
    <w:rsid w:val="00FC693F"/>
    <w:rsid w:val="01A16D01"/>
    <w:rsid w:val="05C1C993"/>
    <w:rsid w:val="061B64C1"/>
    <w:rsid w:val="06BAEEAD"/>
    <w:rsid w:val="08BE368E"/>
    <w:rsid w:val="0F3EA0C4"/>
    <w:rsid w:val="1242441B"/>
    <w:rsid w:val="160FE554"/>
    <w:rsid w:val="1A61DF6E"/>
    <w:rsid w:val="1AA053F4"/>
    <w:rsid w:val="20D07123"/>
    <w:rsid w:val="23936FD1"/>
    <w:rsid w:val="27DD843E"/>
    <w:rsid w:val="2D9C9DB0"/>
    <w:rsid w:val="2F284571"/>
    <w:rsid w:val="2FABC3F0"/>
    <w:rsid w:val="31754457"/>
    <w:rsid w:val="3178416E"/>
    <w:rsid w:val="31EC3C62"/>
    <w:rsid w:val="33143ED3"/>
    <w:rsid w:val="3572195F"/>
    <w:rsid w:val="38A5AF1B"/>
    <w:rsid w:val="3E013EF9"/>
    <w:rsid w:val="3FDD2058"/>
    <w:rsid w:val="43F3093D"/>
    <w:rsid w:val="4630AFBF"/>
    <w:rsid w:val="46FB37FB"/>
    <w:rsid w:val="493F8014"/>
    <w:rsid w:val="4BB08607"/>
    <w:rsid w:val="4DAF2323"/>
    <w:rsid w:val="52AD3075"/>
    <w:rsid w:val="52F6E285"/>
    <w:rsid w:val="57B83273"/>
    <w:rsid w:val="58B044D2"/>
    <w:rsid w:val="5A246927"/>
    <w:rsid w:val="5AE8B282"/>
    <w:rsid w:val="5B18FA20"/>
    <w:rsid w:val="5C082995"/>
    <w:rsid w:val="5CF1DB59"/>
    <w:rsid w:val="5D051FB3"/>
    <w:rsid w:val="5DBA3BB5"/>
    <w:rsid w:val="5F423206"/>
    <w:rsid w:val="5FA6EDA5"/>
    <w:rsid w:val="62D7F3E6"/>
    <w:rsid w:val="648E269B"/>
    <w:rsid w:val="711A5704"/>
    <w:rsid w:val="73622C3E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Props1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899</Words>
  <Characters>5126</Characters>
  <Application>Microsoft Office Word</Application>
  <DocSecurity>8</DocSecurity>
  <Lines>42</Lines>
  <Paragraphs>12</Paragraphs>
  <ScaleCrop>false</ScaleCrop>
  <Manager/>
  <Company/>
  <LinksUpToDate>false</LinksUpToDate>
  <CharactersWithSpaces>6013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8</cp:revision>
  <dcterms:created xsi:type="dcterms:W3CDTF">2026-09-18T15:50:00Z</dcterms:created>
  <dcterms:modified xsi:type="dcterms:W3CDTF">2026-09-29T13:19:00Z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