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9D13D" w14:textId="77777777" w:rsidR="00D24D3E" w:rsidRDefault="00710C6A">
      <w:pPr>
        <w:pStyle w:val="Title"/>
      </w:pPr>
      <w:r>
        <w:t>Salem State University Advising Map</w:t>
      </w:r>
    </w:p>
    <w:p w14:paraId="626CCB87" w14:textId="2FCAA41E" w:rsidR="00D24D3E" w:rsidRDefault="00AD9765" w:rsidP="51C4CC86">
      <w:pPr>
        <w:pStyle w:val="Heading1"/>
        <w:rPr>
          <w:rFonts w:ascii="Calibri" w:eastAsia="MS Gothic" w:hAnsi="Calibri" w:cs="Times New Roman"/>
        </w:rPr>
      </w:pPr>
      <w:r>
        <w:t xml:space="preserve">Bunker Hill Community College Communication </w:t>
      </w:r>
      <w:r w:rsidR="3688423E">
        <w:t>Concentration A.A.</w:t>
      </w:r>
      <w:r>
        <w:t xml:space="preserve"> mapped to Salem State University</w:t>
      </w:r>
      <w:r w:rsidR="7A91A455">
        <w:t xml:space="preserve"> </w:t>
      </w:r>
      <w:r w:rsidR="71A3F3A6" w:rsidRPr="51C4CC86">
        <w:rPr>
          <w:rFonts w:ascii="Calibri" w:eastAsia="MS Gothic" w:hAnsi="Calibri" w:cs="Times New Roman"/>
        </w:rPr>
        <w:t>Media &amp; Communication, Advertising Concentration, BS</w:t>
      </w:r>
    </w:p>
    <w:p w14:paraId="02C8E6FE" w14:textId="77777777" w:rsidR="00D24D3E" w:rsidRDefault="00710C6A">
      <w:pPr>
        <w:pStyle w:val="Heading2"/>
      </w:pPr>
      <w:r>
        <w:t>Catalog Information</w:t>
      </w:r>
    </w:p>
    <w:p w14:paraId="705255CB" w14:textId="7C34E968" w:rsidR="00D24D3E" w:rsidRDefault="5424AE7F">
      <w:r>
        <w:t>Bunker Hill Community College Catalog Year: 202</w:t>
      </w:r>
      <w:r w:rsidR="58B8961D">
        <w:t>6</w:t>
      </w:r>
      <w:r>
        <w:t>–202</w:t>
      </w:r>
      <w:r w:rsidR="63AC942B">
        <w:t>7</w:t>
      </w:r>
      <w:r w:rsidR="00710C6A">
        <w:br/>
      </w:r>
      <w:r>
        <w:t>Salem State University Catalog Year: 202</w:t>
      </w:r>
      <w:r w:rsidR="01BD04DE">
        <w:t>6</w:t>
      </w:r>
      <w:r>
        <w:t>–202</w:t>
      </w:r>
      <w:r w:rsidR="45480E05">
        <w:t>7</w:t>
      </w:r>
    </w:p>
    <w:p w14:paraId="21B23D71" w14:textId="77777777" w:rsidR="00D24D3E" w:rsidRDefault="00710C6A">
      <w:pPr>
        <w:pStyle w:val="Heading2"/>
      </w:pPr>
      <w:r>
        <w:t>Advising Notes</w:t>
      </w:r>
    </w:p>
    <w:p w14:paraId="4DEBE9CC" w14:textId="77777777" w:rsidR="00D24D3E" w:rsidRDefault="00710C6A">
      <w:r>
        <w:t>This map is a Salem State University advising tool only. Bunker Hill Community College students should work with their Bunker Hill Community College advisor. This program includes the required courses for the MassTransfer General Education Foundation.</w:t>
      </w:r>
    </w:p>
    <w:p w14:paraId="6E751777" w14:textId="77777777" w:rsidR="00D24D3E" w:rsidRDefault="00710C6A">
      <w:pPr>
        <w:pStyle w:val="Heading2"/>
      </w:pPr>
      <w:r>
        <w:t>MassTransfer General Education Foundation</w:t>
      </w:r>
    </w:p>
    <w:p w14:paraId="1D1220B3" w14:textId="77777777" w:rsidR="00D24D3E" w:rsidRDefault="00710C6A">
      <w:r>
        <w:t>The following table lists MassTransfer General Education requirements and their corresponding Bunker Hill Community College courses.</w:t>
      </w:r>
    </w:p>
    <w:tbl>
      <w:tblPr>
        <w:tblStyle w:val="TableGrid"/>
        <w:tblW w:w="0" w:type="auto"/>
        <w:tblLook w:val="04A0" w:firstRow="1" w:lastRow="0" w:firstColumn="1" w:lastColumn="0" w:noHBand="0" w:noVBand="1"/>
      </w:tblPr>
      <w:tblGrid>
        <w:gridCol w:w="7200"/>
        <w:gridCol w:w="7200"/>
      </w:tblGrid>
      <w:tr w:rsidR="00D24D3E" w14:paraId="76888513" w14:textId="77777777" w:rsidTr="06F2055F">
        <w:trPr>
          <w:tblHeader/>
        </w:trPr>
        <w:tc>
          <w:tcPr>
            <w:tcW w:w="7200" w:type="dxa"/>
          </w:tcPr>
          <w:p w14:paraId="5B7D3F3A" w14:textId="77777777" w:rsidR="00D24D3E" w:rsidRDefault="00710C6A">
            <w:r>
              <w:t>MassTransfer Requirement</w:t>
            </w:r>
          </w:p>
        </w:tc>
        <w:tc>
          <w:tcPr>
            <w:tcW w:w="7200" w:type="dxa"/>
          </w:tcPr>
          <w:p w14:paraId="6EEF89DB" w14:textId="77777777" w:rsidR="00D24D3E" w:rsidRDefault="00710C6A">
            <w:r>
              <w:t>Bunker Hill Community College Course(s)</w:t>
            </w:r>
          </w:p>
        </w:tc>
      </w:tr>
      <w:tr w:rsidR="00D24D3E" w14:paraId="2748DF65" w14:textId="77777777" w:rsidTr="06F2055F">
        <w:tc>
          <w:tcPr>
            <w:tcW w:w="7200" w:type="dxa"/>
          </w:tcPr>
          <w:p w14:paraId="6E66271B" w14:textId="77777777" w:rsidR="00D24D3E" w:rsidRDefault="00710C6A">
            <w:r>
              <w:t>Composition I</w:t>
            </w:r>
          </w:p>
        </w:tc>
        <w:tc>
          <w:tcPr>
            <w:tcW w:w="7200" w:type="dxa"/>
          </w:tcPr>
          <w:p w14:paraId="5FF724BA" w14:textId="77777777" w:rsidR="00722D89" w:rsidRDefault="00023FF1">
            <w:r>
              <w:t>ENG-111 – College Writing I</w:t>
            </w:r>
          </w:p>
        </w:tc>
      </w:tr>
      <w:tr w:rsidR="00D24D3E" w14:paraId="4C297750" w14:textId="77777777" w:rsidTr="06F2055F">
        <w:tc>
          <w:tcPr>
            <w:tcW w:w="7200" w:type="dxa"/>
          </w:tcPr>
          <w:p w14:paraId="31AEE7C8" w14:textId="77777777" w:rsidR="00D24D3E" w:rsidRDefault="00710C6A">
            <w:r>
              <w:t>Composition II</w:t>
            </w:r>
          </w:p>
        </w:tc>
        <w:tc>
          <w:tcPr>
            <w:tcW w:w="7200" w:type="dxa"/>
          </w:tcPr>
          <w:p w14:paraId="1DFE9F14" w14:textId="77777777" w:rsidR="00722D89" w:rsidRDefault="00023FF1">
            <w:r>
              <w:t>ENG-112 – College Writing II</w:t>
            </w:r>
          </w:p>
        </w:tc>
      </w:tr>
      <w:tr w:rsidR="00D24D3E" w14:paraId="6FD58CB7" w14:textId="77777777" w:rsidTr="06F2055F">
        <w:tc>
          <w:tcPr>
            <w:tcW w:w="7200" w:type="dxa"/>
          </w:tcPr>
          <w:p w14:paraId="6DD328FA" w14:textId="77777777" w:rsidR="00D24D3E" w:rsidRDefault="00710C6A">
            <w:r>
              <w:t>Behavioral/Social Science</w:t>
            </w:r>
          </w:p>
        </w:tc>
        <w:tc>
          <w:tcPr>
            <w:tcW w:w="7200" w:type="dxa"/>
          </w:tcPr>
          <w:p w14:paraId="58D7F4C2" w14:textId="77777777" w:rsidR="00722D89" w:rsidRDefault="00023FF1">
            <w:r>
              <w:t>Behavioral Science Elective</w:t>
            </w:r>
          </w:p>
        </w:tc>
      </w:tr>
      <w:tr w:rsidR="00D24D3E" w14:paraId="7E920B43" w14:textId="77777777" w:rsidTr="06F2055F">
        <w:tc>
          <w:tcPr>
            <w:tcW w:w="7200" w:type="dxa"/>
          </w:tcPr>
          <w:p w14:paraId="6E844B4E" w14:textId="77777777" w:rsidR="00D24D3E" w:rsidRDefault="00710C6A">
            <w:r>
              <w:t>Behavioral/Social Science</w:t>
            </w:r>
          </w:p>
        </w:tc>
        <w:tc>
          <w:tcPr>
            <w:tcW w:w="7200" w:type="dxa"/>
          </w:tcPr>
          <w:p w14:paraId="6449CEDE" w14:textId="3F7CCC15" w:rsidR="00722D89" w:rsidRDefault="00033741">
            <w:r w:rsidRPr="00033741">
              <w:rPr>
                <w:i/>
                <w:iCs/>
              </w:rPr>
              <w:t xml:space="preserve">Choose a course from the Community and Cultural Contexts menu. </w:t>
            </w:r>
            <w:hyperlink r:id="rId5" w:anchor="tt6321" w:tgtFrame="_blank" w:history="1">
              <w:r w:rsidRPr="00033741">
                <w:rPr>
                  <w:rStyle w:val="Hyperlink"/>
                  <w:i/>
                  <w:iCs/>
                </w:rPr>
                <w:t>PSY-107</w:t>
              </w:r>
            </w:hyperlink>
            <w:r w:rsidRPr="00033741">
              <w:rPr>
                <w:i/>
                <w:iCs/>
              </w:rPr>
              <w:t xml:space="preserve"> or </w:t>
            </w:r>
            <w:hyperlink r:id="rId6" w:anchor="tt7166" w:tgtFrame="_blank" w:history="1">
              <w:r w:rsidRPr="00033741">
                <w:rPr>
                  <w:rStyle w:val="Hyperlink"/>
                  <w:i/>
                  <w:iCs/>
                </w:rPr>
                <w:t>SOC-101</w:t>
              </w:r>
            </w:hyperlink>
            <w:r w:rsidRPr="00033741">
              <w:rPr>
                <w:i/>
                <w:iCs/>
              </w:rPr>
              <w:t> recommended.</w:t>
            </w:r>
          </w:p>
        </w:tc>
      </w:tr>
      <w:tr w:rsidR="00D24D3E" w14:paraId="1FB4A76D" w14:textId="77777777" w:rsidTr="06F2055F">
        <w:tc>
          <w:tcPr>
            <w:tcW w:w="7200" w:type="dxa"/>
          </w:tcPr>
          <w:p w14:paraId="43C709C4" w14:textId="77777777" w:rsidR="00D24D3E" w:rsidRDefault="00710C6A">
            <w:r>
              <w:t>Behavioral/Social Science</w:t>
            </w:r>
          </w:p>
        </w:tc>
        <w:tc>
          <w:tcPr>
            <w:tcW w:w="7200" w:type="dxa"/>
          </w:tcPr>
          <w:p w14:paraId="45CE8AEE" w14:textId="599CBF26" w:rsidR="00722D89" w:rsidRDefault="4A4F3429">
            <w:r>
              <w:t>COM-212</w:t>
            </w:r>
          </w:p>
        </w:tc>
      </w:tr>
      <w:tr w:rsidR="00D24D3E" w14:paraId="75905625" w14:textId="77777777" w:rsidTr="06F2055F">
        <w:tc>
          <w:tcPr>
            <w:tcW w:w="7200" w:type="dxa"/>
          </w:tcPr>
          <w:p w14:paraId="7087C7B4" w14:textId="77777777" w:rsidR="00D24D3E" w:rsidRDefault="00710C6A">
            <w:r>
              <w:t>Humanities/Fine Arts</w:t>
            </w:r>
          </w:p>
        </w:tc>
        <w:tc>
          <w:tcPr>
            <w:tcW w:w="7200" w:type="dxa"/>
          </w:tcPr>
          <w:p w14:paraId="24052CB1" w14:textId="77777777" w:rsidR="00722D89" w:rsidRDefault="00023FF1">
            <w:r>
              <w:t>COM-101 – Film As Art</w:t>
            </w:r>
          </w:p>
        </w:tc>
      </w:tr>
      <w:tr w:rsidR="00D24D3E" w14:paraId="03D3D7D4" w14:textId="77777777" w:rsidTr="06F2055F">
        <w:tc>
          <w:tcPr>
            <w:tcW w:w="7200" w:type="dxa"/>
          </w:tcPr>
          <w:p w14:paraId="3D45AD19" w14:textId="77777777" w:rsidR="00D24D3E" w:rsidRDefault="00710C6A">
            <w:r>
              <w:t>Humanities/Fine Arts</w:t>
            </w:r>
          </w:p>
        </w:tc>
        <w:tc>
          <w:tcPr>
            <w:tcW w:w="7200" w:type="dxa"/>
          </w:tcPr>
          <w:p w14:paraId="350E620A" w14:textId="77777777" w:rsidR="00722D89" w:rsidRDefault="00023FF1">
            <w:r>
              <w:t>Literature Elective</w:t>
            </w:r>
          </w:p>
        </w:tc>
      </w:tr>
      <w:tr w:rsidR="00D24D3E" w14:paraId="1742EA25" w14:textId="77777777" w:rsidTr="06F2055F">
        <w:tc>
          <w:tcPr>
            <w:tcW w:w="7200" w:type="dxa"/>
          </w:tcPr>
          <w:p w14:paraId="710B8A59" w14:textId="77777777" w:rsidR="00D24D3E" w:rsidRDefault="00710C6A">
            <w:r>
              <w:t>Humanities/Fine Arts</w:t>
            </w:r>
          </w:p>
        </w:tc>
        <w:tc>
          <w:tcPr>
            <w:tcW w:w="7200" w:type="dxa"/>
          </w:tcPr>
          <w:p w14:paraId="62C76A39" w14:textId="77777777" w:rsidR="00722D89" w:rsidRDefault="00023FF1">
            <w:r>
              <w:t>Creative Work (GenEd-CW)</w:t>
            </w:r>
          </w:p>
        </w:tc>
      </w:tr>
      <w:tr w:rsidR="00D24D3E" w14:paraId="424C2624" w14:textId="77777777" w:rsidTr="06F2055F">
        <w:tc>
          <w:tcPr>
            <w:tcW w:w="7200" w:type="dxa"/>
          </w:tcPr>
          <w:p w14:paraId="7D1D5452" w14:textId="77777777" w:rsidR="00D24D3E" w:rsidRDefault="00710C6A">
            <w:r>
              <w:t>Laboratory Science</w:t>
            </w:r>
          </w:p>
        </w:tc>
        <w:tc>
          <w:tcPr>
            <w:tcW w:w="7200" w:type="dxa"/>
          </w:tcPr>
          <w:p w14:paraId="6938C78C" w14:textId="77777777" w:rsidR="00722D89" w:rsidRDefault="00023FF1">
            <w:r>
              <w:t>Scientific Reasoning (GenEd-SR)</w:t>
            </w:r>
          </w:p>
        </w:tc>
      </w:tr>
      <w:tr w:rsidR="00D24D3E" w14:paraId="3A99A39C" w14:textId="77777777" w:rsidTr="06F2055F">
        <w:tc>
          <w:tcPr>
            <w:tcW w:w="7200" w:type="dxa"/>
          </w:tcPr>
          <w:p w14:paraId="7E601C93" w14:textId="77777777" w:rsidR="00D24D3E" w:rsidRDefault="00710C6A">
            <w:r>
              <w:t>Science</w:t>
            </w:r>
          </w:p>
        </w:tc>
        <w:tc>
          <w:tcPr>
            <w:tcW w:w="7200" w:type="dxa"/>
          </w:tcPr>
          <w:p w14:paraId="48352A03" w14:textId="77777777" w:rsidR="00722D89" w:rsidRDefault="00023FF1">
            <w:r>
              <w:t>Lab Science Elective</w:t>
            </w:r>
          </w:p>
        </w:tc>
      </w:tr>
      <w:tr w:rsidR="00D24D3E" w14:paraId="77476E36" w14:textId="77777777" w:rsidTr="06F2055F">
        <w:tc>
          <w:tcPr>
            <w:tcW w:w="7200" w:type="dxa"/>
          </w:tcPr>
          <w:p w14:paraId="33266E71" w14:textId="77777777" w:rsidR="00D24D3E" w:rsidRDefault="00710C6A">
            <w:r>
              <w:t>Mathematics</w:t>
            </w:r>
          </w:p>
        </w:tc>
        <w:tc>
          <w:tcPr>
            <w:tcW w:w="7200" w:type="dxa"/>
          </w:tcPr>
          <w:p w14:paraId="6467A590" w14:textId="77777777" w:rsidR="00722D89" w:rsidRDefault="00023FF1">
            <w:r>
              <w:t>GenEd-QPS (MAT-181 or MAT-174)</w:t>
            </w:r>
          </w:p>
        </w:tc>
      </w:tr>
    </w:tbl>
    <w:p w14:paraId="0A5BF2D9" w14:textId="77777777" w:rsidR="00D24D3E" w:rsidRDefault="00710C6A">
      <w:pPr>
        <w:pStyle w:val="Heading2"/>
      </w:pPr>
      <w:r>
        <w:t>Bunker Hill Community College to Salem State Course Articulation</w:t>
      </w:r>
    </w:p>
    <w:p w14:paraId="04803199" w14:textId="77777777" w:rsidR="00D24D3E" w:rsidRDefault="00710C6A">
      <w:r>
        <w:t>The following table shows Bunker Hill Community College courses, their Salem State equivalents, credits, and how each course applies to the Salem State program.</w:t>
      </w:r>
    </w:p>
    <w:tbl>
      <w:tblPr>
        <w:tblStyle w:val="TableGrid"/>
        <w:tblW w:w="0" w:type="auto"/>
        <w:tblLook w:val="04A0" w:firstRow="1" w:lastRow="0" w:firstColumn="1" w:lastColumn="0" w:noHBand="0" w:noVBand="1"/>
      </w:tblPr>
      <w:tblGrid>
        <w:gridCol w:w="2880"/>
        <w:gridCol w:w="2880"/>
        <w:gridCol w:w="2880"/>
        <w:gridCol w:w="2880"/>
        <w:gridCol w:w="2880"/>
      </w:tblGrid>
      <w:tr w:rsidR="00D24D3E" w14:paraId="13CAB19F" w14:textId="77777777" w:rsidTr="51C4CC86">
        <w:trPr>
          <w:tblHeader/>
        </w:trPr>
        <w:tc>
          <w:tcPr>
            <w:tcW w:w="2880" w:type="dxa"/>
          </w:tcPr>
          <w:p w14:paraId="44FB67FD" w14:textId="77777777" w:rsidR="00D24D3E" w:rsidRDefault="00710C6A">
            <w:r>
              <w:lastRenderedPageBreak/>
              <w:t>Bunker Hill Community College Course Number</w:t>
            </w:r>
          </w:p>
        </w:tc>
        <w:tc>
          <w:tcPr>
            <w:tcW w:w="2880" w:type="dxa"/>
          </w:tcPr>
          <w:p w14:paraId="7BD13198" w14:textId="77777777" w:rsidR="00D24D3E" w:rsidRDefault="00710C6A">
            <w:r>
              <w:t>Course Title</w:t>
            </w:r>
          </w:p>
        </w:tc>
        <w:tc>
          <w:tcPr>
            <w:tcW w:w="2880" w:type="dxa"/>
          </w:tcPr>
          <w:p w14:paraId="23688882" w14:textId="77777777" w:rsidR="00D24D3E" w:rsidRDefault="00710C6A">
            <w:r>
              <w:t>Credits</w:t>
            </w:r>
          </w:p>
        </w:tc>
        <w:tc>
          <w:tcPr>
            <w:tcW w:w="2880" w:type="dxa"/>
          </w:tcPr>
          <w:p w14:paraId="7C49B977" w14:textId="77777777" w:rsidR="00D24D3E" w:rsidRDefault="00710C6A">
            <w:r>
              <w:t>Salem State Equivalent</w:t>
            </w:r>
          </w:p>
        </w:tc>
        <w:tc>
          <w:tcPr>
            <w:tcW w:w="2880" w:type="dxa"/>
          </w:tcPr>
          <w:p w14:paraId="5E5A5273" w14:textId="77777777" w:rsidR="00D24D3E" w:rsidRDefault="00710C6A">
            <w:r>
              <w:t>Application to Salem State Program</w:t>
            </w:r>
          </w:p>
          <w:p w14:paraId="335D0D0E" w14:textId="77777777" w:rsidR="00641228" w:rsidRDefault="00641228"/>
        </w:tc>
      </w:tr>
      <w:tr w:rsidR="00D24D3E" w14:paraId="7E986E46" w14:textId="77777777" w:rsidTr="51C4CC86">
        <w:tc>
          <w:tcPr>
            <w:tcW w:w="2880" w:type="dxa"/>
          </w:tcPr>
          <w:p w14:paraId="620CEAF0" w14:textId="77777777" w:rsidR="00722D89" w:rsidRDefault="00023FF1">
            <w:r>
              <w:t>ENG-111</w:t>
            </w:r>
          </w:p>
        </w:tc>
        <w:tc>
          <w:tcPr>
            <w:tcW w:w="2880" w:type="dxa"/>
          </w:tcPr>
          <w:p w14:paraId="249DF2A6" w14:textId="77777777" w:rsidR="00722D89" w:rsidRDefault="00023FF1">
            <w:r>
              <w:t>College Writing I</w:t>
            </w:r>
          </w:p>
        </w:tc>
        <w:tc>
          <w:tcPr>
            <w:tcW w:w="2880" w:type="dxa"/>
          </w:tcPr>
          <w:p w14:paraId="5A728EA3" w14:textId="77777777" w:rsidR="00722D89" w:rsidRDefault="00023FF1">
            <w:r>
              <w:t>3</w:t>
            </w:r>
          </w:p>
        </w:tc>
        <w:tc>
          <w:tcPr>
            <w:tcW w:w="2880" w:type="dxa"/>
          </w:tcPr>
          <w:p w14:paraId="77D6F63A" w14:textId="77777777" w:rsidR="00722D89" w:rsidRDefault="00023FF1">
            <w:r>
              <w:t>ENL105</w:t>
            </w:r>
          </w:p>
        </w:tc>
        <w:tc>
          <w:tcPr>
            <w:tcW w:w="2880" w:type="dxa"/>
          </w:tcPr>
          <w:p w14:paraId="0CB1084F" w14:textId="01C340F5" w:rsidR="00722D89" w:rsidRDefault="15491DB1">
            <w:r>
              <w:t>Free Elective due to MassTransfer GenEd Exemption</w:t>
            </w:r>
          </w:p>
        </w:tc>
      </w:tr>
      <w:tr w:rsidR="00D24D3E" w14:paraId="7C7618FF" w14:textId="77777777" w:rsidTr="51C4CC86">
        <w:tc>
          <w:tcPr>
            <w:tcW w:w="2880" w:type="dxa"/>
          </w:tcPr>
          <w:p w14:paraId="38CB80BF" w14:textId="77777777" w:rsidR="00722D89" w:rsidRDefault="00023FF1">
            <w:r>
              <w:t>COM-110</w:t>
            </w:r>
          </w:p>
        </w:tc>
        <w:tc>
          <w:tcPr>
            <w:tcW w:w="2880" w:type="dxa"/>
          </w:tcPr>
          <w:p w14:paraId="7216E90A" w14:textId="77777777" w:rsidR="00722D89" w:rsidRDefault="00023FF1">
            <w:r>
              <w:t>Introduction to Communication</w:t>
            </w:r>
          </w:p>
        </w:tc>
        <w:tc>
          <w:tcPr>
            <w:tcW w:w="2880" w:type="dxa"/>
          </w:tcPr>
          <w:p w14:paraId="73F713AC" w14:textId="77777777" w:rsidR="00722D89" w:rsidRDefault="00023FF1">
            <w:r>
              <w:t>3</w:t>
            </w:r>
          </w:p>
        </w:tc>
        <w:tc>
          <w:tcPr>
            <w:tcW w:w="2880" w:type="dxa"/>
          </w:tcPr>
          <w:p w14:paraId="68BAB52D" w14:textId="77777777" w:rsidR="00722D89" w:rsidRDefault="00023FF1">
            <w:r>
              <w:t>MCO100</w:t>
            </w:r>
          </w:p>
        </w:tc>
        <w:tc>
          <w:tcPr>
            <w:tcW w:w="2880" w:type="dxa"/>
          </w:tcPr>
          <w:p w14:paraId="5DC57DC0" w14:textId="4B34F893" w:rsidR="00722D89" w:rsidRDefault="2F3DE0CE">
            <w:r>
              <w:t>Major Elective</w:t>
            </w:r>
          </w:p>
        </w:tc>
      </w:tr>
      <w:tr w:rsidR="00D24D3E" w14:paraId="562BA80E" w14:textId="77777777" w:rsidTr="51C4CC86">
        <w:tc>
          <w:tcPr>
            <w:tcW w:w="2880" w:type="dxa"/>
          </w:tcPr>
          <w:p w14:paraId="19A9D26A" w14:textId="0C127B91" w:rsidR="00722D89" w:rsidRDefault="4A534725">
            <w:r>
              <w:t>GenEd-QPS</w:t>
            </w:r>
          </w:p>
          <w:p w14:paraId="03273132" w14:textId="4AAE8CB0" w:rsidR="00722D89" w:rsidRDefault="00722D89"/>
          <w:p w14:paraId="59A9DE34" w14:textId="3B47B350" w:rsidR="00722D89" w:rsidRDefault="5243D67C">
            <w:r>
              <w:t>MAT-181 or MAT-174 recommended</w:t>
            </w:r>
          </w:p>
        </w:tc>
        <w:tc>
          <w:tcPr>
            <w:tcW w:w="2880" w:type="dxa"/>
          </w:tcPr>
          <w:p w14:paraId="64BE5C90" w14:textId="77777777" w:rsidR="00722D89" w:rsidRDefault="00023FF1">
            <w:r>
              <w:t>Quantitative Problem Solving</w:t>
            </w:r>
          </w:p>
        </w:tc>
        <w:tc>
          <w:tcPr>
            <w:tcW w:w="2880" w:type="dxa"/>
          </w:tcPr>
          <w:p w14:paraId="75F1DAD3" w14:textId="77777777" w:rsidR="00722D89" w:rsidRDefault="00023FF1">
            <w:r>
              <w:t>3-4</w:t>
            </w:r>
          </w:p>
        </w:tc>
        <w:tc>
          <w:tcPr>
            <w:tcW w:w="2880" w:type="dxa"/>
          </w:tcPr>
          <w:p w14:paraId="5A64BAAD" w14:textId="77777777" w:rsidR="00722D89" w:rsidRDefault="00023FF1">
            <w:r>
              <w:t>MAT-181: MAT 147 STATISTICS (3) OR MAT-174: MAT GQ QUANTITATIVE REASONING (3)</w:t>
            </w:r>
          </w:p>
        </w:tc>
        <w:tc>
          <w:tcPr>
            <w:tcW w:w="2880" w:type="dxa"/>
          </w:tcPr>
          <w:p w14:paraId="655A5995" w14:textId="02C124B7" w:rsidR="00722D89" w:rsidRDefault="097FA16F">
            <w:r>
              <w:t>Free Elective due to MassTransfer GenEd Exemption</w:t>
            </w:r>
          </w:p>
        </w:tc>
      </w:tr>
      <w:tr w:rsidR="00D24D3E" w14:paraId="18799EAA" w14:textId="77777777" w:rsidTr="51C4CC86">
        <w:tc>
          <w:tcPr>
            <w:tcW w:w="2880" w:type="dxa"/>
          </w:tcPr>
          <w:p w14:paraId="63DB15BF" w14:textId="77777777" w:rsidR="00722D89" w:rsidRDefault="00023FF1">
            <w:r>
              <w:t>COM-171</w:t>
            </w:r>
          </w:p>
        </w:tc>
        <w:tc>
          <w:tcPr>
            <w:tcW w:w="2880" w:type="dxa"/>
          </w:tcPr>
          <w:p w14:paraId="66DE3978" w14:textId="77777777" w:rsidR="00722D89" w:rsidRDefault="00023FF1">
            <w:r>
              <w:t>Public Speaking and Professional Comm</w:t>
            </w:r>
          </w:p>
        </w:tc>
        <w:tc>
          <w:tcPr>
            <w:tcW w:w="2880" w:type="dxa"/>
          </w:tcPr>
          <w:p w14:paraId="764F9ECF" w14:textId="77777777" w:rsidR="00722D89" w:rsidRDefault="00023FF1">
            <w:r>
              <w:t>3</w:t>
            </w:r>
          </w:p>
        </w:tc>
        <w:tc>
          <w:tcPr>
            <w:tcW w:w="2880" w:type="dxa"/>
          </w:tcPr>
          <w:p w14:paraId="678C72D1" w14:textId="77777777" w:rsidR="00722D89" w:rsidRDefault="00023FF1">
            <w:r>
              <w:t>SPC 101A ORAL COMMUNICATION (3)</w:t>
            </w:r>
          </w:p>
        </w:tc>
        <w:tc>
          <w:tcPr>
            <w:tcW w:w="2880" w:type="dxa"/>
          </w:tcPr>
          <w:p w14:paraId="121DB371" w14:textId="3E821870" w:rsidR="00722D89" w:rsidRDefault="7C768E41">
            <w:r>
              <w:t>Free Elective due to MassTransfer GenEd Exemption</w:t>
            </w:r>
          </w:p>
        </w:tc>
      </w:tr>
      <w:tr w:rsidR="00D24D3E" w14:paraId="59D47008" w14:textId="77777777" w:rsidTr="51C4CC86">
        <w:tc>
          <w:tcPr>
            <w:tcW w:w="2880" w:type="dxa"/>
          </w:tcPr>
          <w:p w14:paraId="0CC8A478" w14:textId="77777777" w:rsidR="00722D89" w:rsidRDefault="00023FF1">
            <w:r>
              <w:t>COM-101</w:t>
            </w:r>
          </w:p>
        </w:tc>
        <w:tc>
          <w:tcPr>
            <w:tcW w:w="2880" w:type="dxa"/>
          </w:tcPr>
          <w:p w14:paraId="085A58BA" w14:textId="77777777" w:rsidR="00722D89" w:rsidRDefault="00023FF1">
            <w:r>
              <w:t>Film As Art</w:t>
            </w:r>
          </w:p>
        </w:tc>
        <w:tc>
          <w:tcPr>
            <w:tcW w:w="2880" w:type="dxa"/>
          </w:tcPr>
          <w:p w14:paraId="0D0A95D7" w14:textId="77777777" w:rsidR="00722D89" w:rsidRDefault="00023FF1">
            <w:r>
              <w:t>3</w:t>
            </w:r>
          </w:p>
        </w:tc>
        <w:tc>
          <w:tcPr>
            <w:tcW w:w="2880" w:type="dxa"/>
          </w:tcPr>
          <w:p w14:paraId="6A230A68" w14:textId="77777777" w:rsidR="00722D89" w:rsidRDefault="00023FF1">
            <w:r>
              <w:t>ENL 271 FILM ANALYSIS (3)</w:t>
            </w:r>
          </w:p>
        </w:tc>
        <w:tc>
          <w:tcPr>
            <w:tcW w:w="2880" w:type="dxa"/>
          </w:tcPr>
          <w:p w14:paraId="5D53258D" w14:textId="7AC5383F" w:rsidR="00722D89" w:rsidRDefault="4FF62D8A">
            <w:r>
              <w:t>Free Elective due to MassTransfer GenEd Exemption</w:t>
            </w:r>
          </w:p>
        </w:tc>
      </w:tr>
      <w:tr w:rsidR="00D24D3E" w14:paraId="5740C7E2" w14:textId="77777777" w:rsidTr="51C4CC86">
        <w:tc>
          <w:tcPr>
            <w:tcW w:w="2880" w:type="dxa"/>
          </w:tcPr>
          <w:p w14:paraId="45DACCA1" w14:textId="77777777" w:rsidR="00722D89" w:rsidRDefault="00023FF1">
            <w:r>
              <w:t>ENG-112</w:t>
            </w:r>
          </w:p>
        </w:tc>
        <w:tc>
          <w:tcPr>
            <w:tcW w:w="2880" w:type="dxa"/>
          </w:tcPr>
          <w:p w14:paraId="75E921A3" w14:textId="77777777" w:rsidR="00722D89" w:rsidRDefault="00023FF1">
            <w:r>
              <w:t>College Writing II</w:t>
            </w:r>
          </w:p>
        </w:tc>
        <w:tc>
          <w:tcPr>
            <w:tcW w:w="2880" w:type="dxa"/>
          </w:tcPr>
          <w:p w14:paraId="0BBC72AA" w14:textId="77777777" w:rsidR="00722D89" w:rsidRDefault="00023FF1">
            <w:r>
              <w:t>3</w:t>
            </w:r>
          </w:p>
        </w:tc>
        <w:tc>
          <w:tcPr>
            <w:tcW w:w="2880" w:type="dxa"/>
          </w:tcPr>
          <w:p w14:paraId="57878E64" w14:textId="77777777" w:rsidR="00722D89" w:rsidRDefault="00023FF1">
            <w:r>
              <w:t>ENL110</w:t>
            </w:r>
          </w:p>
        </w:tc>
        <w:tc>
          <w:tcPr>
            <w:tcW w:w="2880" w:type="dxa"/>
          </w:tcPr>
          <w:p w14:paraId="066E79BC" w14:textId="75D17224" w:rsidR="00722D89" w:rsidRDefault="17DBF46B">
            <w:r>
              <w:t>Free Elective due to MassTransfer GenEd Exemption</w:t>
            </w:r>
          </w:p>
        </w:tc>
      </w:tr>
      <w:tr w:rsidR="00D24D3E" w14:paraId="0241E539" w14:textId="77777777" w:rsidTr="51C4CC86">
        <w:tc>
          <w:tcPr>
            <w:tcW w:w="2880" w:type="dxa"/>
          </w:tcPr>
          <w:p w14:paraId="6B4117D8" w14:textId="77777777" w:rsidR="00722D89" w:rsidRDefault="00023FF1">
            <w:r>
              <w:t>COM-210</w:t>
            </w:r>
          </w:p>
        </w:tc>
        <w:tc>
          <w:tcPr>
            <w:tcW w:w="2880" w:type="dxa"/>
          </w:tcPr>
          <w:p w14:paraId="3B3CA524" w14:textId="77777777" w:rsidR="00722D89" w:rsidRDefault="00023FF1">
            <w:r>
              <w:t>Interpersonal Communication</w:t>
            </w:r>
          </w:p>
        </w:tc>
        <w:tc>
          <w:tcPr>
            <w:tcW w:w="2880" w:type="dxa"/>
          </w:tcPr>
          <w:p w14:paraId="209830AB" w14:textId="77777777" w:rsidR="00722D89" w:rsidRDefault="00023FF1">
            <w:r>
              <w:t>3</w:t>
            </w:r>
          </w:p>
        </w:tc>
        <w:tc>
          <w:tcPr>
            <w:tcW w:w="2880" w:type="dxa"/>
          </w:tcPr>
          <w:p w14:paraId="098FDAC1" w14:textId="77777777" w:rsidR="00722D89" w:rsidRDefault="00023FF1">
            <w:r>
              <w:t>SPC202</w:t>
            </w:r>
          </w:p>
        </w:tc>
        <w:tc>
          <w:tcPr>
            <w:tcW w:w="2880" w:type="dxa"/>
          </w:tcPr>
          <w:p w14:paraId="6EC7CE4A" w14:textId="18039032" w:rsidR="00722D89" w:rsidRDefault="3D21AC83">
            <w:r>
              <w:t>Free Elective due to MassTransfer GenEd Exemption</w:t>
            </w:r>
          </w:p>
        </w:tc>
      </w:tr>
      <w:tr w:rsidR="00D24D3E" w14:paraId="3320F33D" w14:textId="77777777" w:rsidTr="51C4CC86">
        <w:tc>
          <w:tcPr>
            <w:tcW w:w="2880" w:type="dxa"/>
          </w:tcPr>
          <w:p w14:paraId="35036465" w14:textId="77777777" w:rsidR="00722D89" w:rsidRDefault="00023FF1">
            <w:r>
              <w:t>COM-212</w:t>
            </w:r>
          </w:p>
        </w:tc>
        <w:tc>
          <w:tcPr>
            <w:tcW w:w="2880" w:type="dxa"/>
          </w:tcPr>
          <w:p w14:paraId="5E2F425F" w14:textId="77777777" w:rsidR="00722D89" w:rsidRDefault="00023FF1">
            <w:r>
              <w:t>Intercultural Communication</w:t>
            </w:r>
          </w:p>
        </w:tc>
        <w:tc>
          <w:tcPr>
            <w:tcW w:w="2880" w:type="dxa"/>
          </w:tcPr>
          <w:p w14:paraId="56121286" w14:textId="77777777" w:rsidR="00722D89" w:rsidRDefault="00023FF1">
            <w:r>
              <w:t>3</w:t>
            </w:r>
          </w:p>
        </w:tc>
        <w:tc>
          <w:tcPr>
            <w:tcW w:w="2880" w:type="dxa"/>
          </w:tcPr>
          <w:p w14:paraId="0E5D7A9F" w14:textId="51FBED79" w:rsidR="00722D89" w:rsidRDefault="3A5D42F8">
            <w:r>
              <w:t>SPC215</w:t>
            </w:r>
          </w:p>
        </w:tc>
        <w:tc>
          <w:tcPr>
            <w:tcW w:w="2880" w:type="dxa"/>
          </w:tcPr>
          <w:p w14:paraId="3335D45E" w14:textId="197D6FC5" w:rsidR="00722D89" w:rsidRDefault="076A71C4">
            <w:r>
              <w:t>Free Elective due to MassTransfer GenEd Exemption</w:t>
            </w:r>
          </w:p>
        </w:tc>
      </w:tr>
      <w:tr w:rsidR="00D24D3E" w14:paraId="5C76BE30" w14:textId="77777777" w:rsidTr="51C4CC86">
        <w:tc>
          <w:tcPr>
            <w:tcW w:w="2880" w:type="dxa"/>
          </w:tcPr>
          <w:p w14:paraId="122043E1" w14:textId="77777777" w:rsidR="00722D89" w:rsidRDefault="00023FF1">
            <w:r>
              <w:t>COM-250</w:t>
            </w:r>
          </w:p>
        </w:tc>
        <w:tc>
          <w:tcPr>
            <w:tcW w:w="2880" w:type="dxa"/>
          </w:tcPr>
          <w:p w14:paraId="7AD8C49C" w14:textId="77777777" w:rsidR="00722D89" w:rsidRDefault="00023FF1">
            <w:r>
              <w:t>Analyzing Media</w:t>
            </w:r>
          </w:p>
        </w:tc>
        <w:tc>
          <w:tcPr>
            <w:tcW w:w="2880" w:type="dxa"/>
          </w:tcPr>
          <w:p w14:paraId="68FB8583" w14:textId="77777777" w:rsidR="00722D89" w:rsidRDefault="00023FF1">
            <w:r>
              <w:t>3</w:t>
            </w:r>
          </w:p>
        </w:tc>
        <w:tc>
          <w:tcPr>
            <w:tcW w:w="2880" w:type="dxa"/>
          </w:tcPr>
          <w:p w14:paraId="143DE1B6" w14:textId="77777777" w:rsidR="00722D89" w:rsidRDefault="00023FF1">
            <w:r>
              <w:t>MCO 220 Media Literacy</w:t>
            </w:r>
          </w:p>
        </w:tc>
        <w:tc>
          <w:tcPr>
            <w:tcW w:w="2880" w:type="dxa"/>
          </w:tcPr>
          <w:p w14:paraId="6F5A6286" w14:textId="77777777" w:rsidR="00722D89" w:rsidRDefault="444B22AA">
            <w:r>
              <w:t>Major Core Course</w:t>
            </w:r>
          </w:p>
          <w:p w14:paraId="2508C4E8" w14:textId="24CF5701" w:rsidR="00DA31E6" w:rsidRDefault="00DA31E6"/>
        </w:tc>
      </w:tr>
      <w:tr w:rsidR="00D24D3E" w14:paraId="153EE7F9" w14:textId="77777777" w:rsidTr="51C4CC86">
        <w:tc>
          <w:tcPr>
            <w:tcW w:w="2880" w:type="dxa"/>
          </w:tcPr>
          <w:p w14:paraId="526B2355" w14:textId="77777777" w:rsidR="00722D89" w:rsidRDefault="00023FF1">
            <w:r>
              <w:t>GenEd-E</w:t>
            </w:r>
          </w:p>
        </w:tc>
        <w:tc>
          <w:tcPr>
            <w:tcW w:w="2880" w:type="dxa"/>
          </w:tcPr>
          <w:p w14:paraId="23AB9307" w14:textId="77777777" w:rsidR="00722D89" w:rsidRDefault="00023FF1">
            <w:r>
              <w:t>General Education Elective</w:t>
            </w:r>
          </w:p>
          <w:p w14:paraId="7337634B" w14:textId="42522F7B" w:rsidR="00445726" w:rsidRDefault="00445726">
            <w:r w:rsidRPr="00445726">
              <w:rPr>
                <w:i/>
                <w:iCs/>
              </w:rPr>
              <w:t xml:space="preserve">Choose a course from the Community and Cultural Contexts menu. </w:t>
            </w:r>
            <w:hyperlink r:id="rId7" w:anchor="tt6321" w:tgtFrame="_blank" w:history="1">
              <w:r w:rsidRPr="00445726">
                <w:rPr>
                  <w:rStyle w:val="Hyperlink"/>
                  <w:i/>
                  <w:iCs/>
                </w:rPr>
                <w:t>PSY-107</w:t>
              </w:r>
            </w:hyperlink>
            <w:r w:rsidRPr="00445726">
              <w:rPr>
                <w:i/>
                <w:iCs/>
              </w:rPr>
              <w:t xml:space="preserve"> or </w:t>
            </w:r>
            <w:hyperlink r:id="rId8" w:anchor="tt7166" w:tgtFrame="_blank" w:history="1">
              <w:r w:rsidRPr="00445726">
                <w:rPr>
                  <w:rStyle w:val="Hyperlink"/>
                  <w:i/>
                  <w:iCs/>
                </w:rPr>
                <w:t>SOC-101</w:t>
              </w:r>
            </w:hyperlink>
            <w:r w:rsidRPr="00445726">
              <w:rPr>
                <w:i/>
                <w:iCs/>
              </w:rPr>
              <w:t> recommended.</w:t>
            </w:r>
          </w:p>
        </w:tc>
        <w:tc>
          <w:tcPr>
            <w:tcW w:w="2880" w:type="dxa"/>
          </w:tcPr>
          <w:p w14:paraId="2EE93845" w14:textId="77777777" w:rsidR="00722D89" w:rsidRDefault="00023FF1">
            <w:r>
              <w:t>3</w:t>
            </w:r>
          </w:p>
        </w:tc>
        <w:tc>
          <w:tcPr>
            <w:tcW w:w="2880" w:type="dxa"/>
          </w:tcPr>
          <w:p w14:paraId="44208B01" w14:textId="51476393" w:rsidR="00722D89" w:rsidRDefault="51347D96">
            <w:r>
              <w:t>SSU Gen Ed Elective</w:t>
            </w:r>
          </w:p>
        </w:tc>
        <w:tc>
          <w:tcPr>
            <w:tcW w:w="2880" w:type="dxa"/>
          </w:tcPr>
          <w:p w14:paraId="2F817A55" w14:textId="2539AD58" w:rsidR="00722D89" w:rsidRDefault="13D4269C">
            <w:r>
              <w:t>Free Elective due to MassTransfer GenEd Exemption</w:t>
            </w:r>
          </w:p>
        </w:tc>
      </w:tr>
      <w:tr w:rsidR="00D24D3E" w14:paraId="14D5C0AC" w14:textId="77777777" w:rsidTr="51C4CC86">
        <w:tc>
          <w:tcPr>
            <w:tcW w:w="2880" w:type="dxa"/>
          </w:tcPr>
          <w:p w14:paraId="2955EDD0" w14:textId="77777777" w:rsidR="00722D89" w:rsidRDefault="00023FF1">
            <w:r>
              <w:t>COM-254</w:t>
            </w:r>
          </w:p>
        </w:tc>
        <w:tc>
          <w:tcPr>
            <w:tcW w:w="2880" w:type="dxa"/>
          </w:tcPr>
          <w:p w14:paraId="6090FA6F" w14:textId="77777777" w:rsidR="00722D89" w:rsidRDefault="00023FF1">
            <w:r>
              <w:t>Digital Media &amp; Society</w:t>
            </w:r>
          </w:p>
        </w:tc>
        <w:tc>
          <w:tcPr>
            <w:tcW w:w="2880" w:type="dxa"/>
          </w:tcPr>
          <w:p w14:paraId="34E4652B" w14:textId="77777777" w:rsidR="00722D89" w:rsidRDefault="00023FF1">
            <w:r>
              <w:t>3</w:t>
            </w:r>
          </w:p>
        </w:tc>
        <w:tc>
          <w:tcPr>
            <w:tcW w:w="2880" w:type="dxa"/>
          </w:tcPr>
          <w:p w14:paraId="3909EB3A" w14:textId="77777777" w:rsidR="00722D89" w:rsidRDefault="00023FF1">
            <w:r>
              <w:t>MCO235</w:t>
            </w:r>
          </w:p>
        </w:tc>
        <w:tc>
          <w:tcPr>
            <w:tcW w:w="2880" w:type="dxa"/>
          </w:tcPr>
          <w:p w14:paraId="236B1493" w14:textId="77777777" w:rsidR="00722D89" w:rsidRDefault="4F670A9B">
            <w:r>
              <w:t>Major Core Course</w:t>
            </w:r>
          </w:p>
          <w:p w14:paraId="4C91EA49" w14:textId="1160B311" w:rsidR="00DA31E6" w:rsidRDefault="00DA31E6"/>
        </w:tc>
      </w:tr>
      <w:tr w:rsidR="00D24D3E" w14:paraId="65E5BC36" w14:textId="77777777" w:rsidTr="51C4CC86">
        <w:trPr>
          <w:trHeight w:val="1635"/>
        </w:trPr>
        <w:tc>
          <w:tcPr>
            <w:tcW w:w="2880" w:type="dxa"/>
          </w:tcPr>
          <w:p w14:paraId="674D4B44" w14:textId="77777777" w:rsidR="00722D89" w:rsidRDefault="00023FF1">
            <w:r>
              <w:lastRenderedPageBreak/>
              <w:t>GenEd-CW</w:t>
            </w:r>
          </w:p>
        </w:tc>
        <w:tc>
          <w:tcPr>
            <w:tcW w:w="2880" w:type="dxa"/>
          </w:tcPr>
          <w:p w14:paraId="1B4D662B" w14:textId="77777777" w:rsidR="00722D89" w:rsidRDefault="00023FF1">
            <w:r>
              <w:t>Creative Work</w:t>
            </w:r>
          </w:p>
        </w:tc>
        <w:tc>
          <w:tcPr>
            <w:tcW w:w="2880" w:type="dxa"/>
          </w:tcPr>
          <w:p w14:paraId="035539C5" w14:textId="77777777" w:rsidR="00722D89" w:rsidRDefault="00023FF1">
            <w:r>
              <w:t>3</w:t>
            </w:r>
          </w:p>
        </w:tc>
        <w:tc>
          <w:tcPr>
            <w:tcW w:w="2880" w:type="dxa"/>
          </w:tcPr>
          <w:p w14:paraId="7795EC3E" w14:textId="06DA770C" w:rsidR="00722D89" w:rsidRDefault="2BBD468C">
            <w:r>
              <w:t>SSU Creative Work Elective</w:t>
            </w:r>
          </w:p>
        </w:tc>
        <w:tc>
          <w:tcPr>
            <w:tcW w:w="2880" w:type="dxa"/>
          </w:tcPr>
          <w:p w14:paraId="4D94F0C6" w14:textId="7B61E098" w:rsidR="00722D89" w:rsidRDefault="7331DB8E">
            <w:r>
              <w:t>Free Elective due to MassTransfer GenEd Exemption</w:t>
            </w:r>
          </w:p>
        </w:tc>
      </w:tr>
      <w:tr w:rsidR="00D24D3E" w14:paraId="63D3196B" w14:textId="77777777" w:rsidTr="51C4CC86">
        <w:tc>
          <w:tcPr>
            <w:tcW w:w="2880" w:type="dxa"/>
          </w:tcPr>
          <w:p w14:paraId="39724D1E" w14:textId="526B3434" w:rsidR="00722D89" w:rsidRDefault="4A534725" w:rsidP="06F2055F">
            <w:pPr>
              <w:rPr>
                <w:rFonts w:ascii="Cambria" w:eastAsia="MS Mincho" w:hAnsi="Cambria" w:cs="Arial"/>
              </w:rPr>
            </w:pPr>
            <w:r w:rsidRPr="06F2055F">
              <w:t>Concentration Elective</w:t>
            </w:r>
            <w:r w:rsidR="00023FF1">
              <w:br/>
            </w:r>
            <w:r w:rsidR="3E7005B3" w:rsidRPr="06F2055F">
              <w:t>COM-102, COM-172, COM-211, COM-241, COM-242, COM-272, ENG-234, VMA-262, VMA-263</w:t>
            </w:r>
            <w:r w:rsidR="3E7005B3" w:rsidRPr="06F2055F">
              <w:rPr>
                <w:rFonts w:ascii="Cambria" w:eastAsia="MS Mincho" w:hAnsi="Cambria" w:cs="Arial"/>
                <w:color w:val="000000" w:themeColor="text1"/>
              </w:rPr>
              <w:t xml:space="preserve"> </w:t>
            </w:r>
            <w:r w:rsidR="3E7005B3" w:rsidRPr="06F2055F">
              <w:rPr>
                <w:rFonts w:ascii="Cambria" w:eastAsia="MS Mincho" w:hAnsi="Cambria" w:cs="Arial"/>
              </w:rPr>
              <w:t xml:space="preserve"> </w:t>
            </w:r>
          </w:p>
        </w:tc>
        <w:tc>
          <w:tcPr>
            <w:tcW w:w="2880" w:type="dxa"/>
          </w:tcPr>
          <w:p w14:paraId="71054825" w14:textId="77777777" w:rsidR="00722D89" w:rsidRDefault="00023FF1">
            <w:r>
              <w:t>See options</w:t>
            </w:r>
          </w:p>
        </w:tc>
        <w:tc>
          <w:tcPr>
            <w:tcW w:w="2880" w:type="dxa"/>
          </w:tcPr>
          <w:p w14:paraId="72ADA1E2" w14:textId="77777777" w:rsidR="00722D89" w:rsidRDefault="00023FF1">
            <w:r>
              <w:t>3</w:t>
            </w:r>
          </w:p>
        </w:tc>
        <w:tc>
          <w:tcPr>
            <w:tcW w:w="2880" w:type="dxa"/>
          </w:tcPr>
          <w:p w14:paraId="3130CD4C" w14:textId="20DDBA7B" w:rsidR="06F2055F" w:rsidRDefault="5A8D5CEE" w:rsidP="61173EC5">
            <w:r w:rsidRPr="61173EC5">
              <w:rPr>
                <w:rFonts w:ascii="Cambria" w:eastAsia="MS Mincho" w:hAnsi="Cambria" w:cs="Arial"/>
                <w:color w:val="000000" w:themeColor="text1"/>
              </w:rPr>
              <w:t>ENL 270 HISTORY OF THE CINEMA (3)</w:t>
            </w:r>
            <w:r w:rsidR="4B60CFC8" w:rsidRPr="61173EC5">
              <w:rPr>
                <w:rFonts w:ascii="Cambria" w:eastAsia="MS Mincho" w:hAnsi="Cambria" w:cs="Arial"/>
                <w:color w:val="000000" w:themeColor="text1"/>
              </w:rPr>
              <w:t xml:space="preserve"> or </w:t>
            </w:r>
            <w:r w:rsidR="48D5CD4C" w:rsidRPr="61173EC5">
              <w:rPr>
                <w:rFonts w:ascii="Cambria" w:eastAsia="MS Mincho" w:hAnsi="Cambria" w:cs="Arial"/>
                <w:color w:val="000000" w:themeColor="text1"/>
              </w:rPr>
              <w:t xml:space="preserve">MCO 280 Organizational Communication </w:t>
            </w:r>
            <w:r w:rsidR="4B60CFC8" w:rsidRPr="61173EC5">
              <w:rPr>
                <w:rFonts w:ascii="Cambria" w:eastAsia="MS Mincho" w:hAnsi="Cambria" w:cs="Arial"/>
                <w:color w:val="000000" w:themeColor="text1"/>
              </w:rPr>
              <w:t xml:space="preserve">or </w:t>
            </w:r>
            <w:r w:rsidR="574C9B18" w:rsidRPr="61173EC5">
              <w:rPr>
                <w:rFonts w:ascii="Cambria" w:eastAsia="MS Mincho" w:hAnsi="Cambria" w:cs="Arial"/>
                <w:color w:val="000000" w:themeColor="text1"/>
              </w:rPr>
              <w:t xml:space="preserve">MCO 307 Gender &amp; Communication </w:t>
            </w:r>
            <w:r w:rsidR="282FC05C" w:rsidRPr="61173EC5">
              <w:rPr>
                <w:rFonts w:ascii="Cambria" w:eastAsia="MS Mincho" w:hAnsi="Cambria" w:cs="Arial"/>
                <w:color w:val="000000" w:themeColor="text1"/>
              </w:rPr>
              <w:t xml:space="preserve">or MCO 273 FUNDAMENTALS OF JOURNALISM (3) or </w:t>
            </w:r>
            <w:r w:rsidR="3EEE7AAF" w:rsidRPr="61173EC5">
              <w:rPr>
                <w:rFonts w:ascii="Cambria" w:eastAsia="MS Mincho" w:hAnsi="Cambria" w:cs="Arial"/>
                <w:color w:val="000000" w:themeColor="text1"/>
              </w:rPr>
              <w:t>MCO 373 EVIDENCE-BASED REPORTING AND DATA VISUALIZATION (3)</w:t>
            </w:r>
            <w:r w:rsidR="119B408D" w:rsidRPr="61173EC5">
              <w:rPr>
                <w:rFonts w:ascii="Cambria" w:eastAsia="MS Mincho" w:hAnsi="Cambria" w:cs="Arial"/>
                <w:color w:val="000000" w:themeColor="text1"/>
              </w:rPr>
              <w:t xml:space="preserve"> or</w:t>
            </w:r>
            <w:r w:rsidR="61FED0C4" w:rsidRPr="61173EC5">
              <w:rPr>
                <w:rFonts w:ascii="Cambria" w:eastAsia="MS Mincho" w:hAnsi="Cambria" w:cs="Arial"/>
                <w:color w:val="000000" w:themeColor="text1"/>
              </w:rPr>
              <w:t xml:space="preserve"> MCOT51 </w:t>
            </w:r>
            <w:r w:rsidR="204AF5FF" w:rsidRPr="61173EC5">
              <w:rPr>
                <w:rFonts w:ascii="Cambria" w:eastAsia="MS Mincho" w:hAnsi="Cambria" w:cs="Arial"/>
                <w:color w:val="000000" w:themeColor="text1"/>
              </w:rPr>
              <w:t>or</w:t>
            </w:r>
            <w:r w:rsidR="119B408D" w:rsidRPr="61173EC5">
              <w:rPr>
                <w:rFonts w:ascii="Cambria" w:eastAsia="MS Mincho" w:hAnsi="Cambria" w:cs="Arial"/>
                <w:color w:val="000000" w:themeColor="text1"/>
              </w:rPr>
              <w:t xml:space="preserve"> ENL 311 Editing for Publication</w:t>
            </w:r>
            <w:r w:rsidR="25440F92" w:rsidRPr="61173EC5">
              <w:rPr>
                <w:rFonts w:ascii="Cambria" w:eastAsia="MS Mincho" w:hAnsi="Cambria" w:cs="Arial"/>
                <w:color w:val="000000" w:themeColor="text1"/>
              </w:rPr>
              <w:t xml:space="preserve"> or MCOT51 or MCOT51</w:t>
            </w:r>
          </w:p>
        </w:tc>
        <w:tc>
          <w:tcPr>
            <w:tcW w:w="2880" w:type="dxa"/>
          </w:tcPr>
          <w:p w14:paraId="756772CC" w14:textId="77F08456" w:rsidR="06F2055F" w:rsidRDefault="302AB383" w:rsidP="51C4CC86">
            <w:pPr>
              <w:rPr>
                <w:rFonts w:ascii="Cambria" w:eastAsia="MS Mincho" w:hAnsi="Cambria" w:cs="Arial"/>
                <w:color w:val="000000" w:themeColor="text1"/>
              </w:rPr>
            </w:pPr>
            <w:r>
              <w:t xml:space="preserve">Major Elective </w:t>
            </w:r>
            <w:r w:rsidR="00441E4E">
              <w:t xml:space="preserve">or Free </w:t>
            </w:r>
            <w:r w:rsidR="00216121">
              <w:t>Elective depending on course chosen</w:t>
            </w:r>
          </w:p>
        </w:tc>
      </w:tr>
      <w:tr w:rsidR="00D24D3E" w14:paraId="49C2EFD4" w14:textId="77777777" w:rsidTr="51C4CC86">
        <w:tc>
          <w:tcPr>
            <w:tcW w:w="2880" w:type="dxa"/>
          </w:tcPr>
          <w:p w14:paraId="34830340" w14:textId="77777777" w:rsidR="00722D89" w:rsidRDefault="00023FF1">
            <w:r>
              <w:t>GenEd-SR</w:t>
            </w:r>
          </w:p>
        </w:tc>
        <w:tc>
          <w:tcPr>
            <w:tcW w:w="2880" w:type="dxa"/>
          </w:tcPr>
          <w:p w14:paraId="21207EE0" w14:textId="77777777" w:rsidR="00722D89" w:rsidRDefault="00023FF1">
            <w:r>
              <w:t>Scientific Reasoning</w:t>
            </w:r>
          </w:p>
        </w:tc>
        <w:tc>
          <w:tcPr>
            <w:tcW w:w="2880" w:type="dxa"/>
          </w:tcPr>
          <w:p w14:paraId="76B01BEE" w14:textId="77777777" w:rsidR="00722D89" w:rsidRDefault="00023FF1">
            <w:r>
              <w:t>4</w:t>
            </w:r>
          </w:p>
        </w:tc>
        <w:tc>
          <w:tcPr>
            <w:tcW w:w="2880" w:type="dxa"/>
          </w:tcPr>
          <w:p w14:paraId="5D2C8161" w14:textId="4EE34E96" w:rsidR="00722D89" w:rsidRDefault="023A7A2E">
            <w:r>
              <w:t>SSU Science Elective</w:t>
            </w:r>
          </w:p>
        </w:tc>
        <w:tc>
          <w:tcPr>
            <w:tcW w:w="2880" w:type="dxa"/>
          </w:tcPr>
          <w:p w14:paraId="0F6C5343" w14:textId="2A61F5E7" w:rsidR="00722D89" w:rsidRDefault="6240AE6E">
            <w:r>
              <w:t>Free Elective due to MassTransfer GenEd Exemption</w:t>
            </w:r>
          </w:p>
        </w:tc>
      </w:tr>
      <w:tr w:rsidR="00D24D3E" w14:paraId="5344875C" w14:textId="77777777" w:rsidTr="51C4CC86">
        <w:tc>
          <w:tcPr>
            <w:tcW w:w="2880" w:type="dxa"/>
          </w:tcPr>
          <w:p w14:paraId="56778496" w14:textId="424B431D" w:rsidR="00722D89" w:rsidRDefault="4A534725">
            <w:r>
              <w:t>Behavioral Science Elective</w:t>
            </w:r>
          </w:p>
        </w:tc>
        <w:tc>
          <w:tcPr>
            <w:tcW w:w="2880" w:type="dxa"/>
          </w:tcPr>
          <w:p w14:paraId="42264FE6" w14:textId="77777777" w:rsidR="00722D89" w:rsidRDefault="00023FF1">
            <w:r>
              <w:t>See options</w:t>
            </w:r>
          </w:p>
        </w:tc>
        <w:tc>
          <w:tcPr>
            <w:tcW w:w="2880" w:type="dxa"/>
          </w:tcPr>
          <w:p w14:paraId="52D4097D" w14:textId="77777777" w:rsidR="00722D89" w:rsidRDefault="00023FF1">
            <w:r>
              <w:t>3</w:t>
            </w:r>
          </w:p>
        </w:tc>
        <w:tc>
          <w:tcPr>
            <w:tcW w:w="2880" w:type="dxa"/>
          </w:tcPr>
          <w:p w14:paraId="2B7CDF92" w14:textId="16D3263A" w:rsidR="00722D89" w:rsidRDefault="053682A2">
            <w:r>
              <w:t>SSU Beh/SS Elective</w:t>
            </w:r>
          </w:p>
        </w:tc>
        <w:tc>
          <w:tcPr>
            <w:tcW w:w="2880" w:type="dxa"/>
          </w:tcPr>
          <w:p w14:paraId="21987B09" w14:textId="01C340F5" w:rsidR="00722D89" w:rsidRDefault="4CC12686">
            <w:r>
              <w:t>Free Elective due to MassTransfer GenEd Exemption</w:t>
            </w:r>
          </w:p>
          <w:p w14:paraId="7099B1BD" w14:textId="7227399E" w:rsidR="00722D89" w:rsidRDefault="00722D89"/>
        </w:tc>
      </w:tr>
      <w:tr w:rsidR="00D24D3E" w14:paraId="01B9C253" w14:textId="77777777" w:rsidTr="51C4CC86">
        <w:trPr>
          <w:trHeight w:val="840"/>
        </w:trPr>
        <w:tc>
          <w:tcPr>
            <w:tcW w:w="2880" w:type="dxa"/>
          </w:tcPr>
          <w:p w14:paraId="0709BD40" w14:textId="77777777" w:rsidR="00722D89" w:rsidRDefault="00023FF1">
            <w:r>
              <w:t>Literature Elective</w:t>
            </w:r>
          </w:p>
        </w:tc>
        <w:tc>
          <w:tcPr>
            <w:tcW w:w="2880" w:type="dxa"/>
          </w:tcPr>
          <w:p w14:paraId="1BADF826" w14:textId="77777777" w:rsidR="00722D89" w:rsidRDefault="00023FF1">
            <w:r>
              <w:t>See options</w:t>
            </w:r>
          </w:p>
        </w:tc>
        <w:tc>
          <w:tcPr>
            <w:tcW w:w="2880" w:type="dxa"/>
          </w:tcPr>
          <w:p w14:paraId="7C15909C" w14:textId="77777777" w:rsidR="00722D89" w:rsidRDefault="00023FF1">
            <w:r>
              <w:t>3</w:t>
            </w:r>
          </w:p>
        </w:tc>
        <w:tc>
          <w:tcPr>
            <w:tcW w:w="2880" w:type="dxa"/>
          </w:tcPr>
          <w:p w14:paraId="6259A376" w14:textId="77777777" w:rsidR="00722D89" w:rsidRDefault="00023FF1">
            <w:r>
              <w:t>ENL250 (if LIT-203)</w:t>
            </w:r>
          </w:p>
        </w:tc>
        <w:tc>
          <w:tcPr>
            <w:tcW w:w="2880" w:type="dxa"/>
          </w:tcPr>
          <w:p w14:paraId="23E0CA33" w14:textId="03C1EE3B" w:rsidR="00722D89" w:rsidRDefault="055F8B0D">
            <w:r>
              <w:t>Free Elective</w:t>
            </w:r>
          </w:p>
        </w:tc>
      </w:tr>
      <w:tr w:rsidR="00D24D3E" w14:paraId="5BAC55AB" w14:textId="77777777" w:rsidTr="51C4CC86">
        <w:tc>
          <w:tcPr>
            <w:tcW w:w="2880" w:type="dxa"/>
          </w:tcPr>
          <w:p w14:paraId="4E609BAE" w14:textId="3C1CA79C" w:rsidR="00722D89" w:rsidRDefault="1FA6C50C" w:rsidP="06F2055F">
            <w:pPr>
              <w:rPr>
                <w:rFonts w:ascii="Cambria" w:eastAsia="MS Mincho" w:hAnsi="Cambria" w:cs="Arial"/>
              </w:rPr>
            </w:pPr>
            <w:r w:rsidRPr="06F2055F">
              <w:t>Concentration Elective</w:t>
            </w:r>
            <w:r w:rsidR="00023FF1">
              <w:br/>
            </w:r>
            <w:r w:rsidRPr="06F2055F">
              <w:t>COM-102, COM-172, COM-211, COM-241, COM-242, COM-272, ENG-234, VMA-262, VMA-263</w:t>
            </w:r>
            <w:r w:rsidRPr="06F2055F">
              <w:rPr>
                <w:rFonts w:ascii="Cambria" w:eastAsia="MS Mincho" w:hAnsi="Cambria" w:cs="Arial"/>
                <w:color w:val="000000" w:themeColor="text1"/>
              </w:rPr>
              <w:t xml:space="preserve"> </w:t>
            </w:r>
            <w:r w:rsidRPr="06F2055F">
              <w:rPr>
                <w:rFonts w:ascii="Cambria" w:eastAsia="MS Mincho" w:hAnsi="Cambria" w:cs="Arial"/>
              </w:rPr>
              <w:t xml:space="preserve"> </w:t>
            </w:r>
          </w:p>
        </w:tc>
        <w:tc>
          <w:tcPr>
            <w:tcW w:w="2880" w:type="dxa"/>
          </w:tcPr>
          <w:p w14:paraId="6B413E86" w14:textId="77777777" w:rsidR="00722D89" w:rsidRDefault="00023FF1">
            <w:r>
              <w:t>See options</w:t>
            </w:r>
          </w:p>
        </w:tc>
        <w:tc>
          <w:tcPr>
            <w:tcW w:w="2880" w:type="dxa"/>
          </w:tcPr>
          <w:p w14:paraId="41088321" w14:textId="77777777" w:rsidR="00722D89" w:rsidRDefault="00023FF1">
            <w:r>
              <w:t>3</w:t>
            </w:r>
          </w:p>
        </w:tc>
        <w:tc>
          <w:tcPr>
            <w:tcW w:w="2880" w:type="dxa"/>
          </w:tcPr>
          <w:p w14:paraId="7E9B6AEB" w14:textId="105B2A77" w:rsidR="00722D89" w:rsidRDefault="54E84EE9" w:rsidP="61173EC5">
            <w:r w:rsidRPr="61173EC5">
              <w:rPr>
                <w:rFonts w:ascii="Cambria" w:eastAsia="MS Mincho" w:hAnsi="Cambria" w:cs="Arial"/>
                <w:color w:val="000000" w:themeColor="text1"/>
              </w:rPr>
              <w:t xml:space="preserve">ENL 270 HISTORY OF THE CINEMA (3) or MCO 280 Organizational Communication or MCO 307 Gender &amp; Communication or MCO 273 FUNDAMENTALS OF </w:t>
            </w:r>
            <w:r w:rsidRPr="61173EC5">
              <w:rPr>
                <w:rFonts w:ascii="Cambria" w:eastAsia="MS Mincho" w:hAnsi="Cambria" w:cs="Arial"/>
                <w:color w:val="000000" w:themeColor="text1"/>
              </w:rPr>
              <w:lastRenderedPageBreak/>
              <w:t>JOURNALISM (3) or MCO 373 EVIDENCE-BASED REPORTING AND DATA VISUALIZATION (3) or MCOT51 or ENL 311 Editing for Publication or MCOT51 or MCOT51</w:t>
            </w:r>
          </w:p>
        </w:tc>
        <w:tc>
          <w:tcPr>
            <w:tcW w:w="2880" w:type="dxa"/>
          </w:tcPr>
          <w:p w14:paraId="2B61A2B9" w14:textId="3659782F" w:rsidR="00722D89" w:rsidRDefault="0DFED5E2">
            <w:r>
              <w:lastRenderedPageBreak/>
              <w:t>Free Elective</w:t>
            </w:r>
          </w:p>
        </w:tc>
      </w:tr>
      <w:tr w:rsidR="00D24D3E" w14:paraId="71818E6D" w14:textId="77777777" w:rsidTr="51C4CC86">
        <w:tc>
          <w:tcPr>
            <w:tcW w:w="2880" w:type="dxa"/>
          </w:tcPr>
          <w:p w14:paraId="7D5F5F61" w14:textId="77E036DD" w:rsidR="00722D89" w:rsidRDefault="1C0DCB4F" w:rsidP="06F2055F">
            <w:pPr>
              <w:rPr>
                <w:rFonts w:ascii="Cambria" w:eastAsia="MS Mincho" w:hAnsi="Cambria" w:cs="Arial"/>
              </w:rPr>
            </w:pPr>
            <w:r w:rsidRPr="06F2055F">
              <w:t>Concentration Elective</w:t>
            </w:r>
            <w:r w:rsidR="00023FF1">
              <w:br/>
            </w:r>
            <w:r w:rsidRPr="06F2055F">
              <w:t>COM-102, COM-172, COM-211, COM-241, COM-242, COM-272, ENG-234, VMA-262, VMA-263</w:t>
            </w:r>
            <w:r w:rsidRPr="06F2055F">
              <w:rPr>
                <w:rFonts w:ascii="Cambria" w:eastAsia="MS Mincho" w:hAnsi="Cambria" w:cs="Arial"/>
                <w:color w:val="000000" w:themeColor="text1"/>
              </w:rPr>
              <w:t xml:space="preserve"> </w:t>
            </w:r>
            <w:r w:rsidRPr="06F2055F">
              <w:rPr>
                <w:rFonts w:ascii="Cambria" w:eastAsia="MS Mincho" w:hAnsi="Cambria" w:cs="Arial"/>
              </w:rPr>
              <w:t xml:space="preserve"> </w:t>
            </w:r>
          </w:p>
        </w:tc>
        <w:tc>
          <w:tcPr>
            <w:tcW w:w="2880" w:type="dxa"/>
          </w:tcPr>
          <w:p w14:paraId="4EDAF969" w14:textId="77777777" w:rsidR="00722D89" w:rsidRDefault="00023FF1">
            <w:r>
              <w:t>See options</w:t>
            </w:r>
          </w:p>
        </w:tc>
        <w:tc>
          <w:tcPr>
            <w:tcW w:w="2880" w:type="dxa"/>
          </w:tcPr>
          <w:p w14:paraId="419EFDA6" w14:textId="77777777" w:rsidR="00722D89" w:rsidRDefault="00023FF1">
            <w:r>
              <w:t>3</w:t>
            </w:r>
          </w:p>
        </w:tc>
        <w:tc>
          <w:tcPr>
            <w:tcW w:w="2880" w:type="dxa"/>
          </w:tcPr>
          <w:p w14:paraId="0B758E3E" w14:textId="6DF92E72" w:rsidR="00722D89" w:rsidRDefault="6FF1A572" w:rsidP="61173EC5">
            <w:r w:rsidRPr="61173EC5">
              <w:rPr>
                <w:rFonts w:ascii="Cambria" w:eastAsia="MS Mincho" w:hAnsi="Cambria" w:cs="Arial"/>
                <w:color w:val="000000" w:themeColor="text1"/>
              </w:rPr>
              <w:t>ENL 270 HISTORY OF THE CINEMA (3) or MCO 280 Organizational Communication or MCO 307 Gender &amp; Communication or MCO 273 FUNDAMENTALS OF JOURNALISM (3) or MCO 373 EVIDENCE-BASED REPORTING AND DATA VISUALIZATION (3) or MCOT51 or ENL 311 Editing for Publication or MCOT51 or MCOT51</w:t>
            </w:r>
          </w:p>
        </w:tc>
        <w:tc>
          <w:tcPr>
            <w:tcW w:w="2880" w:type="dxa"/>
          </w:tcPr>
          <w:p w14:paraId="37DE9832" w14:textId="585A99A0" w:rsidR="00722D89" w:rsidRDefault="4B0A5222">
            <w:r>
              <w:t>Free Elective</w:t>
            </w:r>
          </w:p>
        </w:tc>
      </w:tr>
      <w:tr w:rsidR="00D24D3E" w14:paraId="10ECFC79" w14:textId="77777777" w:rsidTr="51C4CC86">
        <w:tc>
          <w:tcPr>
            <w:tcW w:w="2880" w:type="dxa"/>
          </w:tcPr>
          <w:p w14:paraId="1241EAC1" w14:textId="77777777" w:rsidR="00722D89" w:rsidRDefault="00023FF1">
            <w:r>
              <w:t>Lab Science Elective</w:t>
            </w:r>
          </w:p>
        </w:tc>
        <w:tc>
          <w:tcPr>
            <w:tcW w:w="2880" w:type="dxa"/>
          </w:tcPr>
          <w:p w14:paraId="05D7AB09" w14:textId="77777777" w:rsidR="00722D89" w:rsidRDefault="00023FF1">
            <w:r>
              <w:t>See options</w:t>
            </w:r>
          </w:p>
        </w:tc>
        <w:tc>
          <w:tcPr>
            <w:tcW w:w="2880" w:type="dxa"/>
          </w:tcPr>
          <w:p w14:paraId="571F6B17" w14:textId="77777777" w:rsidR="00722D89" w:rsidRDefault="00023FF1">
            <w:r>
              <w:t>4</w:t>
            </w:r>
          </w:p>
          <w:p w14:paraId="3DC91F3C" w14:textId="77777777" w:rsidR="00420CB7" w:rsidRDefault="00420CB7"/>
        </w:tc>
        <w:tc>
          <w:tcPr>
            <w:tcW w:w="2880" w:type="dxa"/>
          </w:tcPr>
          <w:p w14:paraId="67C005A7" w14:textId="362A5126" w:rsidR="00722D89" w:rsidRDefault="6F4B4E9E">
            <w:r>
              <w:t>SSU Lab Science Elective</w:t>
            </w:r>
          </w:p>
        </w:tc>
        <w:tc>
          <w:tcPr>
            <w:tcW w:w="2880" w:type="dxa"/>
          </w:tcPr>
          <w:p w14:paraId="4CA5D519" w14:textId="5987676B" w:rsidR="00722D89" w:rsidRDefault="29B82118">
            <w:r>
              <w:t>Free Elective</w:t>
            </w:r>
          </w:p>
        </w:tc>
      </w:tr>
      <w:tr w:rsidR="00D24D3E" w14:paraId="21B105D3" w14:textId="77777777" w:rsidTr="51C4CC86">
        <w:tc>
          <w:tcPr>
            <w:tcW w:w="2880" w:type="dxa"/>
          </w:tcPr>
          <w:p w14:paraId="6E9E6002" w14:textId="77777777" w:rsidR="00722D89" w:rsidRDefault="00023FF1">
            <w:r>
              <w:t>COM-299</w:t>
            </w:r>
          </w:p>
        </w:tc>
        <w:tc>
          <w:tcPr>
            <w:tcW w:w="2880" w:type="dxa"/>
          </w:tcPr>
          <w:p w14:paraId="4CD61374" w14:textId="77777777" w:rsidR="00722D89" w:rsidRDefault="00023FF1">
            <w:r>
              <w:t>Communication Internship</w:t>
            </w:r>
          </w:p>
        </w:tc>
        <w:tc>
          <w:tcPr>
            <w:tcW w:w="2880" w:type="dxa"/>
          </w:tcPr>
          <w:p w14:paraId="48EC5A9B" w14:textId="77777777" w:rsidR="00722D89" w:rsidRDefault="00023FF1">
            <w:r>
              <w:t>3</w:t>
            </w:r>
          </w:p>
          <w:p w14:paraId="4BB5242E" w14:textId="77777777" w:rsidR="00420CB7" w:rsidRDefault="00420CB7"/>
        </w:tc>
        <w:tc>
          <w:tcPr>
            <w:tcW w:w="2880" w:type="dxa"/>
          </w:tcPr>
          <w:p w14:paraId="7F39C6C8" w14:textId="77777777" w:rsidR="00722D89" w:rsidRDefault="00023FF1">
            <w:r>
              <w:t>MCOT51</w:t>
            </w:r>
          </w:p>
        </w:tc>
        <w:tc>
          <w:tcPr>
            <w:tcW w:w="2880" w:type="dxa"/>
          </w:tcPr>
          <w:p w14:paraId="668BF132" w14:textId="3F51B01E" w:rsidR="00722D89" w:rsidRDefault="6080868C">
            <w:r>
              <w:t>Free Elective</w:t>
            </w:r>
          </w:p>
        </w:tc>
      </w:tr>
    </w:tbl>
    <w:p w14:paraId="1F393065" w14:textId="77777777" w:rsidR="00D24D3E" w:rsidRDefault="00710C6A">
      <w:pPr>
        <w:pStyle w:val="Heading2"/>
      </w:pPr>
      <w:r>
        <w:t>Program Credit Summary</w:t>
      </w:r>
    </w:p>
    <w:p w14:paraId="700243C4" w14:textId="7B70B502" w:rsidR="00D24D3E" w:rsidRDefault="7BEDC4EA" w:rsidP="06F2055F">
      <w:pPr>
        <w:spacing w:after="0"/>
      </w:pPr>
      <w:r>
        <w:t>Total Program Credits: 62</w:t>
      </w:r>
      <w:r w:rsidR="1C4597CA">
        <w:t>-63</w:t>
      </w:r>
    </w:p>
    <w:p w14:paraId="169E3540" w14:textId="48367D9D" w:rsidR="1C4597CA" w:rsidRDefault="1C4597CA" w:rsidP="06F2055F">
      <w:pPr>
        <w:spacing w:after="0"/>
        <w:rPr>
          <w:rFonts w:ascii="Cambria" w:eastAsia="Cambria" w:hAnsi="Cambria" w:cs="Cambria"/>
        </w:rPr>
      </w:pPr>
      <w:r w:rsidRPr="06F2055F">
        <w:rPr>
          <w:rFonts w:ascii="Cambria" w:eastAsia="Cambria" w:hAnsi="Cambria" w:cs="Cambria"/>
          <w:color w:val="000000" w:themeColor="text1"/>
        </w:rPr>
        <w:t>Total Transfer Credits Applicable to Salem State University Program: 62-63</w:t>
      </w:r>
    </w:p>
    <w:p w14:paraId="2CAEB690" w14:textId="37E5938B" w:rsidR="06F2055F" w:rsidRDefault="06F2055F"/>
    <w:p w14:paraId="70ED4747" w14:textId="465F6FD9" w:rsidR="66A139EF" w:rsidRDefault="66A139EF"/>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492"/>
        <w:gridCol w:w="2492"/>
        <w:gridCol w:w="2530"/>
        <w:gridCol w:w="4470"/>
      </w:tblGrid>
      <w:tr w:rsidR="66A139EF" w14:paraId="7D6A9082" w14:textId="77777777" w:rsidTr="66A139EF">
        <w:trPr>
          <w:trHeight w:val="300"/>
        </w:trPr>
        <w:tc>
          <w:tcPr>
            <w:tcW w:w="7514" w:type="dxa"/>
            <w:gridSpan w:val="3"/>
            <w:tcBorders>
              <w:top w:val="nil"/>
              <w:left w:val="nil"/>
              <w:bottom w:val="nil"/>
              <w:right w:val="nil"/>
            </w:tcBorders>
            <w:shd w:val="clear" w:color="auto" w:fill="FFFFFF" w:themeFill="background1"/>
            <w:tcMar>
              <w:top w:w="60" w:type="dxa"/>
              <w:left w:w="60" w:type="dxa"/>
              <w:bottom w:w="60" w:type="dxa"/>
              <w:right w:w="60" w:type="dxa"/>
            </w:tcMar>
            <w:vAlign w:val="bottom"/>
          </w:tcPr>
          <w:p w14:paraId="250E272A" w14:textId="7E83E190" w:rsidR="66A139EF" w:rsidRDefault="66A139EF" w:rsidP="66A139EF">
            <w:pPr>
              <w:rPr>
                <w:rFonts w:ascii="Aptos" w:eastAsia="Aptos" w:hAnsi="Aptos" w:cs="Aptos"/>
                <w:color w:val="000000" w:themeColor="text1"/>
                <w:sz w:val="20"/>
                <w:szCs w:val="20"/>
              </w:rPr>
            </w:pPr>
          </w:p>
        </w:tc>
        <w:tc>
          <w:tcPr>
            <w:tcW w:w="4470" w:type="dxa"/>
            <w:tcBorders>
              <w:top w:val="nil"/>
              <w:left w:val="nil"/>
              <w:bottom w:val="nil"/>
              <w:right w:val="nil"/>
            </w:tcBorders>
            <w:shd w:val="clear" w:color="auto" w:fill="FFFFFF" w:themeFill="background1"/>
            <w:tcMar>
              <w:top w:w="60" w:type="dxa"/>
              <w:left w:w="60" w:type="dxa"/>
              <w:bottom w:w="60" w:type="dxa"/>
              <w:right w:w="60" w:type="dxa"/>
            </w:tcMar>
            <w:vAlign w:val="bottom"/>
          </w:tcPr>
          <w:p w14:paraId="63CA2B41" w14:textId="2B17AACE"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Catalog: 202</w:t>
            </w:r>
            <w:r w:rsidR="00482973">
              <w:rPr>
                <w:rFonts w:ascii="Aptos" w:eastAsia="Aptos" w:hAnsi="Aptos" w:cs="Aptos"/>
                <w:color w:val="000000" w:themeColor="text1"/>
                <w:sz w:val="20"/>
                <w:szCs w:val="20"/>
              </w:rPr>
              <w:t>6</w:t>
            </w:r>
            <w:r w:rsidRPr="66A139EF">
              <w:rPr>
                <w:rFonts w:ascii="Aptos" w:eastAsia="Aptos" w:hAnsi="Aptos" w:cs="Aptos"/>
                <w:color w:val="000000" w:themeColor="text1"/>
                <w:sz w:val="20"/>
                <w:szCs w:val="20"/>
              </w:rPr>
              <w:t>-202</w:t>
            </w:r>
            <w:r w:rsidR="00482973">
              <w:rPr>
                <w:rFonts w:ascii="Aptos" w:eastAsia="Aptos" w:hAnsi="Aptos" w:cs="Aptos"/>
                <w:color w:val="000000" w:themeColor="text1"/>
                <w:sz w:val="20"/>
                <w:szCs w:val="20"/>
              </w:rPr>
              <w:t>7</w:t>
            </w:r>
            <w:r w:rsidRPr="66A139EF">
              <w:rPr>
                <w:rFonts w:ascii="Aptos" w:eastAsia="Aptos" w:hAnsi="Aptos" w:cs="Aptos"/>
                <w:color w:val="000000" w:themeColor="text1"/>
                <w:sz w:val="20"/>
                <w:szCs w:val="20"/>
              </w:rPr>
              <w:t xml:space="preserve"> Undergraduate </w:t>
            </w:r>
          </w:p>
        </w:tc>
      </w:tr>
      <w:tr w:rsidR="66A139EF" w14:paraId="254040BA" w14:textId="77777777" w:rsidTr="66A139EF">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60694D93" w14:textId="5781E396"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Media &amp; Communication, Advertising Concentration, BS</w:t>
            </w:r>
          </w:p>
        </w:tc>
      </w:tr>
      <w:tr w:rsidR="66A139EF" w14:paraId="6828A09A" w14:textId="77777777" w:rsidTr="66A139EF">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FFFFFF" w:themeFill="background1"/>
            <w:vAlign w:val="bottom"/>
          </w:tcPr>
          <w:p w14:paraId="2D142F6E" w14:textId="7584F665" w:rsidR="66A139EF" w:rsidRDefault="66A139EF" w:rsidP="66A139EF">
            <w:pPr>
              <w:rPr>
                <w:rFonts w:ascii="Aptos" w:eastAsia="Aptos" w:hAnsi="Aptos" w:cs="Aptos"/>
                <w:color w:val="0070C0"/>
                <w:sz w:val="20"/>
                <w:szCs w:val="20"/>
              </w:rPr>
            </w:pPr>
            <w:r w:rsidRPr="66A139EF">
              <w:rPr>
                <w:rFonts w:ascii="Aptos" w:eastAsia="Aptos" w:hAnsi="Aptos" w:cs="Aptos"/>
                <w:color w:val="000000" w:themeColor="text1"/>
                <w:sz w:val="20"/>
                <w:szCs w:val="20"/>
              </w:rPr>
              <w:lastRenderedPageBreak/>
              <w:t xml:space="preserve">General Education Requirements </w:t>
            </w:r>
            <w:r w:rsidRPr="66A139EF">
              <w:rPr>
                <w:rFonts w:ascii="Aptos" w:eastAsia="Aptos" w:hAnsi="Aptos" w:cs="Aptos"/>
                <w:i/>
                <w:iCs/>
                <w:color w:val="0070C0"/>
                <w:sz w:val="20"/>
                <w:szCs w:val="20"/>
                <w:u w:val="single"/>
              </w:rPr>
              <w:t>Waived / Will be Waived - Mass Transfer Gen Ed Foundation Complete or In Progress</w:t>
            </w:r>
          </w:p>
          <w:p w14:paraId="0743EB8B" w14:textId="1D5B2AC7"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(34-35 credits total – credits still required / 120 credits to graduate still required)</w:t>
            </w:r>
          </w:p>
          <w:p w14:paraId="02A3F8EE" w14:textId="1BFEB6CB" w:rsidR="66A139EF" w:rsidRDefault="66A139EF" w:rsidP="66A139EF">
            <w:pPr>
              <w:rPr>
                <w:rFonts w:ascii="Aptos" w:eastAsia="Aptos" w:hAnsi="Aptos" w:cs="Aptos"/>
                <w:color w:val="000000" w:themeColor="text1"/>
                <w:sz w:val="20"/>
                <w:szCs w:val="20"/>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99"/>
              <w:gridCol w:w="5103"/>
              <w:gridCol w:w="1251"/>
              <w:gridCol w:w="4999"/>
            </w:tblGrid>
            <w:tr w:rsidR="66A139EF" w14:paraId="7CA87AF2" w14:textId="77777777" w:rsidTr="66A139EF">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1904EC0E" w14:textId="15993D55" w:rsidR="66A139EF" w:rsidRDefault="66A139EF" w:rsidP="66A139EF">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0F1BC26F" w14:textId="5E169239" w:rsidR="66A139EF" w:rsidRDefault="66A139EF" w:rsidP="66A139EF">
                  <w:pPr>
                    <w:rPr>
                      <w:rFonts w:ascii="Aptos" w:eastAsia="Aptos" w:hAnsi="Aptos" w:cs="Aptos"/>
                      <w:sz w:val="20"/>
                      <w:szCs w:val="20"/>
                    </w:rPr>
                  </w:pPr>
                  <w:r w:rsidRPr="66A139EF">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2B807BDF" w14:textId="0AC8205E" w:rsidR="66A139EF" w:rsidRDefault="66A139EF" w:rsidP="66A139EF">
                  <w:pPr>
                    <w:rPr>
                      <w:rFonts w:ascii="Aptos" w:eastAsia="Aptos" w:hAnsi="Aptos" w:cs="Aptos"/>
                      <w:sz w:val="20"/>
                      <w:szCs w:val="20"/>
                    </w:rPr>
                  </w:pPr>
                  <w:r w:rsidRPr="66A139EF">
                    <w:rPr>
                      <w:rFonts w:ascii="Aptos" w:eastAsia="Aptos" w:hAnsi="Aptos" w:cs="Aptos"/>
                      <w:sz w:val="20"/>
                      <w:szCs w:val="20"/>
                    </w:rPr>
                    <w:t>3 credits</w:t>
                  </w:r>
                </w:p>
              </w:tc>
              <w:tc>
                <w:tcPr>
                  <w:tcW w:w="5009" w:type="dxa"/>
                  <w:tcBorders>
                    <w:top w:val="single" w:sz="6" w:space="0" w:color="auto"/>
                    <w:left w:val="single" w:sz="6" w:space="0" w:color="auto"/>
                    <w:bottom w:val="single" w:sz="6" w:space="0" w:color="auto"/>
                    <w:right w:val="single" w:sz="6" w:space="0" w:color="auto"/>
                  </w:tcBorders>
                </w:tcPr>
                <w:p w14:paraId="4C96530A" w14:textId="57452759" w:rsidR="66A139EF" w:rsidRDefault="66A139EF" w:rsidP="66A139EF">
                  <w:pPr>
                    <w:rPr>
                      <w:rFonts w:ascii="Aptos" w:eastAsia="Aptos" w:hAnsi="Aptos" w:cs="Aptos"/>
                      <w:sz w:val="20"/>
                      <w:szCs w:val="20"/>
                    </w:rPr>
                  </w:pPr>
                  <w:r w:rsidRPr="66A139EF">
                    <w:rPr>
                      <w:rFonts w:ascii="Aptos" w:eastAsia="Aptos" w:hAnsi="Aptos" w:cs="Aptos"/>
                      <w:sz w:val="20"/>
                      <w:szCs w:val="20"/>
                    </w:rPr>
                    <w:t>ENG-111</w:t>
                  </w:r>
                </w:p>
              </w:tc>
            </w:tr>
            <w:tr w:rsidR="66A139EF" w14:paraId="72044813" w14:textId="77777777" w:rsidTr="66A139EF">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6F843AA0" w14:textId="5075B740" w:rsidR="66A139EF" w:rsidRDefault="66A139EF" w:rsidP="66A139EF">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0C1E4DC0" w14:textId="47A689B8" w:rsidR="66A139EF" w:rsidRDefault="66A139EF" w:rsidP="66A139EF">
                  <w:pPr>
                    <w:rPr>
                      <w:rFonts w:ascii="Aptos" w:eastAsia="Aptos" w:hAnsi="Aptos" w:cs="Aptos"/>
                      <w:sz w:val="20"/>
                      <w:szCs w:val="20"/>
                    </w:rPr>
                  </w:pPr>
                  <w:r w:rsidRPr="66A139EF">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2E339011" w14:textId="5391E184" w:rsidR="66A139EF" w:rsidRDefault="66A139EF" w:rsidP="66A139EF">
                  <w:pPr>
                    <w:rPr>
                      <w:rFonts w:ascii="Aptos" w:eastAsia="Aptos" w:hAnsi="Aptos" w:cs="Aptos"/>
                      <w:sz w:val="20"/>
                      <w:szCs w:val="20"/>
                    </w:rPr>
                  </w:pPr>
                  <w:r w:rsidRPr="66A139EF">
                    <w:rPr>
                      <w:rFonts w:ascii="Aptos" w:eastAsia="Aptos" w:hAnsi="Aptos" w:cs="Aptos"/>
                      <w:sz w:val="20"/>
                      <w:szCs w:val="20"/>
                    </w:rPr>
                    <w:t>3/4</w:t>
                  </w:r>
                </w:p>
              </w:tc>
              <w:tc>
                <w:tcPr>
                  <w:tcW w:w="5009" w:type="dxa"/>
                  <w:tcBorders>
                    <w:top w:val="single" w:sz="6" w:space="0" w:color="auto"/>
                    <w:left w:val="single" w:sz="6" w:space="0" w:color="auto"/>
                    <w:bottom w:val="single" w:sz="6" w:space="0" w:color="auto"/>
                    <w:right w:val="single" w:sz="6" w:space="0" w:color="auto"/>
                  </w:tcBorders>
                </w:tcPr>
                <w:p w14:paraId="4C4533B9" w14:textId="072DDEC1" w:rsidR="66A139EF" w:rsidRDefault="66A139EF" w:rsidP="66A139EF">
                  <w:pPr>
                    <w:rPr>
                      <w:rFonts w:ascii="Aptos" w:eastAsia="Aptos" w:hAnsi="Aptos" w:cs="Aptos"/>
                      <w:sz w:val="20"/>
                      <w:szCs w:val="20"/>
                    </w:rPr>
                  </w:pPr>
                  <w:r w:rsidRPr="66A139EF">
                    <w:rPr>
                      <w:rFonts w:ascii="Aptos" w:eastAsia="Aptos" w:hAnsi="Aptos" w:cs="Aptos"/>
                      <w:sz w:val="20"/>
                      <w:szCs w:val="20"/>
                    </w:rPr>
                    <w:t>GenEd-QPS</w:t>
                  </w:r>
                </w:p>
              </w:tc>
            </w:tr>
            <w:tr w:rsidR="66A139EF" w14:paraId="6FF64C1C" w14:textId="77777777" w:rsidTr="66A139EF">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4776A8D2" w14:textId="7452F606" w:rsidR="66A139EF" w:rsidRDefault="66A139EF" w:rsidP="66A139EF">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15D9B3C1" w14:textId="08F0839C" w:rsidR="66A139EF" w:rsidRDefault="66A139EF" w:rsidP="66A139EF">
                  <w:pPr>
                    <w:rPr>
                      <w:rFonts w:ascii="Aptos" w:eastAsia="Aptos" w:hAnsi="Aptos" w:cs="Aptos"/>
                      <w:sz w:val="20"/>
                      <w:szCs w:val="20"/>
                    </w:rPr>
                  </w:pPr>
                  <w:r w:rsidRPr="66A139EF">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64F23B87" w14:textId="160EFDAC" w:rsidR="66A139EF" w:rsidRDefault="66A139EF" w:rsidP="66A139EF">
                  <w:pPr>
                    <w:rPr>
                      <w:rFonts w:ascii="Aptos" w:eastAsia="Aptos" w:hAnsi="Aptos" w:cs="Aptos"/>
                      <w:sz w:val="20"/>
                      <w:szCs w:val="20"/>
                    </w:rPr>
                  </w:pPr>
                  <w:r w:rsidRPr="66A139EF">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4FF4151F" w14:textId="635C2680"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COM-171</w:t>
                  </w:r>
                </w:p>
              </w:tc>
            </w:tr>
            <w:tr w:rsidR="66A139EF" w14:paraId="5474BC3B" w14:textId="77777777" w:rsidTr="66A139EF">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41A15D0E" w14:textId="46BFB13E" w:rsidR="66A139EF" w:rsidRDefault="66A139EF" w:rsidP="66A139EF">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6E3321D4" w14:textId="59D1245A" w:rsidR="66A139EF" w:rsidRDefault="66A139EF" w:rsidP="66A139EF">
                  <w:pPr>
                    <w:rPr>
                      <w:rFonts w:ascii="Aptos" w:eastAsia="Aptos" w:hAnsi="Aptos" w:cs="Aptos"/>
                      <w:sz w:val="20"/>
                      <w:szCs w:val="20"/>
                    </w:rPr>
                  </w:pPr>
                  <w:r w:rsidRPr="66A139EF">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64BD7EAF" w14:textId="06A99322" w:rsidR="66A139EF" w:rsidRDefault="66A139EF" w:rsidP="66A139EF">
                  <w:pPr>
                    <w:rPr>
                      <w:rFonts w:ascii="Aptos" w:eastAsia="Aptos" w:hAnsi="Aptos" w:cs="Aptos"/>
                      <w:sz w:val="20"/>
                      <w:szCs w:val="20"/>
                    </w:rPr>
                  </w:pPr>
                  <w:r w:rsidRPr="66A139EF">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2DEEDC17" w14:textId="31BE8EC8"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COM-101</w:t>
                  </w:r>
                </w:p>
              </w:tc>
            </w:tr>
            <w:tr w:rsidR="66A139EF" w14:paraId="6E78E985" w14:textId="77777777" w:rsidTr="66A139EF">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2BCBE978" w14:textId="0BFF3643" w:rsidR="66A139EF" w:rsidRDefault="66A139EF" w:rsidP="66A139EF">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6BEE0D1D" w14:textId="72E85DE9" w:rsidR="66A139EF" w:rsidRDefault="66A139EF" w:rsidP="66A139EF">
                  <w:pPr>
                    <w:rPr>
                      <w:rFonts w:ascii="Aptos" w:eastAsia="Aptos" w:hAnsi="Aptos" w:cs="Aptos"/>
                      <w:sz w:val="20"/>
                      <w:szCs w:val="20"/>
                    </w:rPr>
                  </w:pPr>
                  <w:r w:rsidRPr="66A139EF">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2F263779" w14:textId="57CBB2C5" w:rsidR="66A139EF" w:rsidRDefault="66A139EF" w:rsidP="66A139EF">
                  <w:pPr>
                    <w:rPr>
                      <w:rFonts w:ascii="Aptos" w:eastAsia="Aptos" w:hAnsi="Aptos" w:cs="Aptos"/>
                      <w:sz w:val="20"/>
                      <w:szCs w:val="20"/>
                    </w:rPr>
                  </w:pPr>
                  <w:r w:rsidRPr="66A139EF">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43EDB4E9" w14:textId="1F1C4F99"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ENG-112</w:t>
                  </w:r>
                </w:p>
              </w:tc>
            </w:tr>
            <w:tr w:rsidR="66A139EF" w14:paraId="7F84FB72" w14:textId="77777777" w:rsidTr="66A139EF">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1ECAD9AF" w14:textId="643C5A6F" w:rsidR="66A139EF" w:rsidRDefault="66A139EF" w:rsidP="66A139EF">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4103DAF1" w14:textId="49ECAFEB" w:rsidR="66A139EF" w:rsidRDefault="66A139EF" w:rsidP="66A139EF">
                  <w:pPr>
                    <w:rPr>
                      <w:rFonts w:ascii="Aptos" w:eastAsia="Aptos" w:hAnsi="Aptos" w:cs="Aptos"/>
                      <w:sz w:val="20"/>
                      <w:szCs w:val="20"/>
                    </w:rPr>
                  </w:pPr>
                  <w:r w:rsidRPr="66A139EF">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2426D537" w14:textId="7A4F55D9" w:rsidR="66A139EF" w:rsidRDefault="66A139EF" w:rsidP="66A139EF">
                  <w:pPr>
                    <w:rPr>
                      <w:rFonts w:ascii="Aptos" w:eastAsia="Aptos" w:hAnsi="Aptos" w:cs="Aptos"/>
                      <w:sz w:val="20"/>
                      <w:szCs w:val="20"/>
                    </w:rPr>
                  </w:pPr>
                  <w:r w:rsidRPr="66A139EF">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262E850E" w14:textId="32AA4A90"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COM-210</w:t>
                  </w:r>
                </w:p>
              </w:tc>
            </w:tr>
            <w:tr w:rsidR="66A139EF" w14:paraId="4D772E4F" w14:textId="77777777" w:rsidTr="66A139EF">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5C8407EE" w14:textId="7529BB21" w:rsidR="66A139EF" w:rsidRDefault="66A139EF" w:rsidP="66A139EF">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23542B55" w14:textId="618734F8" w:rsidR="66A139EF" w:rsidRDefault="66A139EF" w:rsidP="66A139EF">
                  <w:pPr>
                    <w:rPr>
                      <w:rFonts w:ascii="Aptos" w:eastAsia="Aptos" w:hAnsi="Aptos" w:cs="Aptos"/>
                      <w:sz w:val="20"/>
                      <w:szCs w:val="20"/>
                    </w:rPr>
                  </w:pPr>
                  <w:r w:rsidRPr="66A139EF">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5FB4A59E" w14:textId="4B76D869" w:rsidR="66A139EF" w:rsidRDefault="66A139EF" w:rsidP="66A139EF">
                  <w:pPr>
                    <w:rPr>
                      <w:rFonts w:ascii="Aptos" w:eastAsia="Aptos" w:hAnsi="Aptos" w:cs="Aptos"/>
                      <w:sz w:val="20"/>
                      <w:szCs w:val="20"/>
                    </w:rPr>
                  </w:pPr>
                  <w:r w:rsidRPr="66A139EF">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5EEE79AF" w14:textId="17E29B4F"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COM-212</w:t>
                  </w:r>
                </w:p>
              </w:tc>
            </w:tr>
            <w:tr w:rsidR="66A139EF" w14:paraId="08B7817D" w14:textId="77777777" w:rsidTr="66A139EF">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2C296EEC" w14:textId="2983401F" w:rsidR="66A139EF" w:rsidRDefault="66A139EF" w:rsidP="66A139EF">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2C342064" w14:textId="43B253CC" w:rsidR="66A139EF" w:rsidRDefault="66A139EF" w:rsidP="66A139EF">
                  <w:pPr>
                    <w:rPr>
                      <w:rFonts w:ascii="Aptos" w:eastAsia="Aptos" w:hAnsi="Aptos" w:cs="Aptos"/>
                      <w:sz w:val="20"/>
                      <w:szCs w:val="20"/>
                    </w:rPr>
                  </w:pPr>
                  <w:r w:rsidRPr="66A139EF">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03ABCAD3" w14:textId="6D6A9AFF" w:rsidR="66A139EF" w:rsidRDefault="66A139EF" w:rsidP="66A139EF">
                  <w:pPr>
                    <w:rPr>
                      <w:rFonts w:ascii="Aptos" w:eastAsia="Aptos" w:hAnsi="Aptos" w:cs="Aptos"/>
                      <w:sz w:val="20"/>
                      <w:szCs w:val="20"/>
                    </w:rPr>
                  </w:pPr>
                  <w:r w:rsidRPr="66A139EF">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55876028" w14:textId="3408ED2D" w:rsidR="66A139EF" w:rsidRDefault="66A139EF" w:rsidP="66A139EF">
                  <w:pPr>
                    <w:rPr>
                      <w:rFonts w:ascii="Aptos" w:eastAsia="Aptos" w:hAnsi="Aptos" w:cs="Aptos"/>
                      <w:sz w:val="20"/>
                      <w:szCs w:val="20"/>
                    </w:rPr>
                  </w:pPr>
                  <w:r w:rsidRPr="66A139EF">
                    <w:rPr>
                      <w:rFonts w:ascii="Aptos" w:eastAsia="Aptos" w:hAnsi="Aptos" w:cs="Aptos"/>
                      <w:sz w:val="20"/>
                      <w:szCs w:val="20"/>
                    </w:rPr>
                    <w:t>GenEd-E</w:t>
                  </w:r>
                </w:p>
              </w:tc>
            </w:tr>
            <w:tr w:rsidR="66A139EF" w14:paraId="221861EE" w14:textId="77777777" w:rsidTr="66A139EF">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26403EAD" w14:textId="10F37F44" w:rsidR="66A139EF" w:rsidRDefault="66A139EF" w:rsidP="66A139EF">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1C23EEF4" w14:textId="7AFEC8B4" w:rsidR="66A139EF" w:rsidRDefault="66A139EF" w:rsidP="66A139EF">
                  <w:pPr>
                    <w:rPr>
                      <w:rFonts w:ascii="Aptos" w:eastAsia="Aptos" w:hAnsi="Aptos" w:cs="Aptos"/>
                      <w:sz w:val="20"/>
                      <w:szCs w:val="20"/>
                    </w:rPr>
                  </w:pPr>
                  <w:r w:rsidRPr="66A139EF">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77E6BBE6" w14:textId="3C12B8E4" w:rsidR="66A139EF" w:rsidRDefault="66A139EF" w:rsidP="66A139EF">
                  <w:pPr>
                    <w:rPr>
                      <w:rFonts w:ascii="Aptos" w:eastAsia="Aptos" w:hAnsi="Aptos" w:cs="Aptos"/>
                      <w:sz w:val="20"/>
                      <w:szCs w:val="20"/>
                    </w:rPr>
                  </w:pPr>
                  <w:r w:rsidRPr="66A139EF">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02EAF17A" w14:textId="7D5CB201" w:rsidR="66A139EF" w:rsidRDefault="66A139EF" w:rsidP="66A139EF">
                  <w:pPr>
                    <w:rPr>
                      <w:rFonts w:ascii="Aptos" w:eastAsia="Aptos" w:hAnsi="Aptos" w:cs="Aptos"/>
                      <w:sz w:val="20"/>
                      <w:szCs w:val="20"/>
                    </w:rPr>
                  </w:pPr>
                  <w:r w:rsidRPr="66A139EF">
                    <w:rPr>
                      <w:rFonts w:ascii="Aptos" w:eastAsia="Aptos" w:hAnsi="Aptos" w:cs="Aptos"/>
                      <w:sz w:val="20"/>
                      <w:szCs w:val="20"/>
                    </w:rPr>
                    <w:t>GenEd-CW</w:t>
                  </w:r>
                </w:p>
              </w:tc>
            </w:tr>
            <w:tr w:rsidR="66A139EF" w14:paraId="375BCBC6" w14:textId="77777777" w:rsidTr="66A139EF">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629B2946" w14:textId="6EA3A606" w:rsidR="66A139EF" w:rsidRDefault="66A139EF" w:rsidP="66A139EF">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14F84E1B" w14:textId="25B9659A" w:rsidR="66A139EF" w:rsidRDefault="66A139EF" w:rsidP="66A139EF">
                  <w:pPr>
                    <w:rPr>
                      <w:rFonts w:ascii="Aptos" w:eastAsia="Aptos" w:hAnsi="Aptos" w:cs="Aptos"/>
                      <w:sz w:val="20"/>
                      <w:szCs w:val="20"/>
                    </w:rPr>
                  </w:pPr>
                  <w:r w:rsidRPr="66A139EF">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3E1A0CB6" w14:textId="69D3501C" w:rsidR="66A139EF" w:rsidRDefault="66A139EF" w:rsidP="66A139EF">
                  <w:pPr>
                    <w:rPr>
                      <w:rFonts w:ascii="Aptos" w:eastAsia="Aptos" w:hAnsi="Aptos" w:cs="Aptos"/>
                      <w:sz w:val="20"/>
                      <w:szCs w:val="20"/>
                    </w:rPr>
                  </w:pPr>
                  <w:r w:rsidRPr="66A139EF">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5C799D80" w14:textId="30CD1F5C" w:rsidR="66A139EF" w:rsidRDefault="66A139EF" w:rsidP="66A139EF">
                  <w:pPr>
                    <w:rPr>
                      <w:rFonts w:ascii="Aptos" w:eastAsia="Aptos" w:hAnsi="Aptos" w:cs="Aptos"/>
                      <w:sz w:val="20"/>
                      <w:szCs w:val="20"/>
                    </w:rPr>
                  </w:pPr>
                  <w:r w:rsidRPr="66A139EF">
                    <w:rPr>
                      <w:rFonts w:ascii="Aptos" w:eastAsia="Aptos" w:hAnsi="Aptos" w:cs="Aptos"/>
                      <w:sz w:val="20"/>
                      <w:szCs w:val="20"/>
                    </w:rPr>
                    <w:t>Behavioral Science Elective</w:t>
                  </w:r>
                </w:p>
              </w:tc>
            </w:tr>
            <w:tr w:rsidR="66A139EF" w14:paraId="40343D01" w14:textId="77777777" w:rsidTr="66A139EF">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7A7974C9" w14:textId="7BA4EB1D" w:rsidR="66A139EF" w:rsidRDefault="66A139EF" w:rsidP="66A139EF">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43E3E6B9" w14:textId="3539FA11" w:rsidR="66A139EF" w:rsidRDefault="66A139EF" w:rsidP="66A139EF">
                  <w:pPr>
                    <w:rPr>
                      <w:rFonts w:ascii="Aptos" w:eastAsia="Aptos" w:hAnsi="Aptos" w:cs="Aptos"/>
                      <w:sz w:val="20"/>
                      <w:szCs w:val="20"/>
                    </w:rPr>
                  </w:pPr>
                  <w:r w:rsidRPr="66A139EF">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01D90F6D" w14:textId="416D6862" w:rsidR="66A139EF" w:rsidRDefault="66A139EF" w:rsidP="66A139EF">
                  <w:pPr>
                    <w:rPr>
                      <w:rFonts w:ascii="Aptos" w:eastAsia="Aptos" w:hAnsi="Aptos" w:cs="Aptos"/>
                      <w:sz w:val="20"/>
                      <w:szCs w:val="20"/>
                    </w:rPr>
                  </w:pPr>
                  <w:r w:rsidRPr="66A139EF">
                    <w:rPr>
                      <w:rFonts w:ascii="Aptos" w:eastAsia="Aptos" w:hAnsi="Aptos" w:cs="Aptos"/>
                      <w:sz w:val="20"/>
                      <w:szCs w:val="20"/>
                    </w:rPr>
                    <w:t>4</w:t>
                  </w:r>
                </w:p>
              </w:tc>
              <w:tc>
                <w:tcPr>
                  <w:tcW w:w="5009" w:type="dxa"/>
                  <w:tcBorders>
                    <w:top w:val="single" w:sz="6" w:space="0" w:color="auto"/>
                    <w:left w:val="single" w:sz="6" w:space="0" w:color="auto"/>
                    <w:bottom w:val="single" w:sz="6" w:space="0" w:color="auto"/>
                    <w:right w:val="single" w:sz="6" w:space="0" w:color="auto"/>
                  </w:tcBorders>
                </w:tcPr>
                <w:p w14:paraId="60AF930F" w14:textId="190AA89C" w:rsidR="66A139EF" w:rsidRDefault="66A139EF" w:rsidP="66A139EF">
                  <w:pPr>
                    <w:rPr>
                      <w:rFonts w:ascii="Aptos" w:eastAsia="Aptos" w:hAnsi="Aptos" w:cs="Aptos"/>
                      <w:sz w:val="20"/>
                      <w:szCs w:val="20"/>
                    </w:rPr>
                  </w:pPr>
                  <w:r w:rsidRPr="66A139EF">
                    <w:rPr>
                      <w:rFonts w:ascii="Aptos" w:eastAsia="Aptos" w:hAnsi="Aptos" w:cs="Aptos"/>
                      <w:sz w:val="20"/>
                      <w:szCs w:val="20"/>
                    </w:rPr>
                    <w:t>GenEd-SR</w:t>
                  </w:r>
                </w:p>
              </w:tc>
            </w:tr>
          </w:tbl>
          <w:p w14:paraId="130DE971" w14:textId="5F5DF294"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 </w:t>
            </w:r>
          </w:p>
        </w:tc>
      </w:tr>
      <w:tr w:rsidR="66A139EF" w14:paraId="75E372EB" w14:textId="77777777" w:rsidTr="66A139EF">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27FDD29E" w14:textId="7792420A"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Courses in Major (40 credits total)</w:t>
            </w:r>
          </w:p>
        </w:tc>
      </w:tr>
      <w:tr w:rsidR="66A139EF" w14:paraId="511731DD" w14:textId="77777777" w:rsidTr="66A139EF">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189D098C" w14:textId="38EBF919"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Major Core Courses (16 credits)</w:t>
            </w:r>
          </w:p>
        </w:tc>
      </w:tr>
      <w:tr w:rsidR="66A139EF" w14:paraId="4F659E3B" w14:textId="77777777" w:rsidTr="66A139EF">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1C60F682" w14:textId="2EE4984B"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Course Name</w:t>
            </w:r>
          </w:p>
        </w:tc>
        <w:tc>
          <w:tcPr>
            <w:tcW w:w="2492" w:type="dxa"/>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79A56BA9" w14:textId="7ACE990A"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Credits</w:t>
            </w: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2416A9D1" w14:textId="3ED5D9D4" w:rsidR="66A139EF" w:rsidRDefault="66A139EF" w:rsidP="66A139EF">
            <w:pPr>
              <w:rPr>
                <w:rFonts w:ascii="Aptos" w:eastAsia="Aptos" w:hAnsi="Aptos" w:cs="Aptos"/>
                <w:color w:val="000000" w:themeColor="text1"/>
                <w:sz w:val="20"/>
                <w:szCs w:val="20"/>
              </w:rPr>
            </w:pPr>
          </w:p>
        </w:tc>
      </w:tr>
      <w:tr w:rsidR="66A139EF" w14:paraId="70FDC806" w14:textId="77777777" w:rsidTr="66A139EF">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573493BE" w14:textId="69158A9A"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MCO 202 Writing for Media</w:t>
            </w:r>
          </w:p>
        </w:tc>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7E4C4CEF" w14:textId="63C30339" w:rsidR="66A139EF" w:rsidRDefault="66A139EF" w:rsidP="66A139EF">
            <w:pPr>
              <w:rPr>
                <w:rFonts w:ascii="Aptos" w:eastAsia="Aptos" w:hAnsi="Aptos" w:cs="Aptos"/>
                <w:color w:val="000000" w:themeColor="text1"/>
                <w:sz w:val="20"/>
                <w:szCs w:val="20"/>
              </w:rPr>
            </w:pP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1594CA7D" w14:textId="63AAF69D" w:rsidR="66A139EF" w:rsidRDefault="66A139EF" w:rsidP="66A139EF">
            <w:pPr>
              <w:rPr>
                <w:rFonts w:ascii="Aptos" w:eastAsia="Aptos" w:hAnsi="Aptos" w:cs="Aptos"/>
                <w:color w:val="000000" w:themeColor="text1"/>
                <w:sz w:val="20"/>
                <w:szCs w:val="20"/>
              </w:rPr>
            </w:pPr>
          </w:p>
        </w:tc>
      </w:tr>
      <w:tr w:rsidR="66A139EF" w14:paraId="023716AD" w14:textId="77777777" w:rsidTr="66A139EF">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0892CF39" w14:textId="601407CC"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MCO 220 Media Literacy</w:t>
            </w:r>
          </w:p>
        </w:tc>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017D9D27" w14:textId="5D7605DC"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3</w:t>
            </w: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0780E92D" w14:textId="5625D77C"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COM-250</w:t>
            </w:r>
          </w:p>
        </w:tc>
      </w:tr>
      <w:tr w:rsidR="66A139EF" w14:paraId="16333F09" w14:textId="77777777" w:rsidTr="66A139EF">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4D4C7E36" w14:textId="3210B905"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lastRenderedPageBreak/>
              <w:t>MCO 235 Multimedia Storytelling</w:t>
            </w:r>
          </w:p>
        </w:tc>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6EDA9AE6" w14:textId="5E9A0B23"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3</w:t>
            </w: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120B1C90" w14:textId="23C60420"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COM-254</w:t>
            </w:r>
          </w:p>
        </w:tc>
      </w:tr>
      <w:tr w:rsidR="66A139EF" w14:paraId="2A0C71F0" w14:textId="77777777" w:rsidTr="66A139EF">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0A2005E5" w14:textId="1E2F9C16"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MCO 250 Engaging Audiences</w:t>
            </w:r>
          </w:p>
        </w:tc>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19629DD5" w14:textId="771A04BB" w:rsidR="66A139EF" w:rsidRDefault="66A139EF" w:rsidP="66A139EF">
            <w:pPr>
              <w:rPr>
                <w:rFonts w:ascii="Aptos" w:eastAsia="Aptos" w:hAnsi="Aptos" w:cs="Aptos"/>
                <w:color w:val="000000" w:themeColor="text1"/>
                <w:sz w:val="20"/>
                <w:szCs w:val="20"/>
              </w:rPr>
            </w:pP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0CD9384C" w14:textId="57FE8318" w:rsidR="66A139EF" w:rsidRDefault="66A139EF" w:rsidP="66A139EF">
            <w:pPr>
              <w:rPr>
                <w:rFonts w:ascii="Aptos" w:eastAsia="Aptos" w:hAnsi="Aptos" w:cs="Aptos"/>
                <w:color w:val="000000" w:themeColor="text1"/>
                <w:sz w:val="20"/>
                <w:szCs w:val="20"/>
              </w:rPr>
            </w:pPr>
          </w:p>
        </w:tc>
      </w:tr>
      <w:tr w:rsidR="66A139EF" w14:paraId="17626BBA" w14:textId="77777777" w:rsidTr="66A139EF">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0C1C102B" w14:textId="3FE24F4F"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MCO 350 Junior Career Seminar</w:t>
            </w:r>
          </w:p>
        </w:tc>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469DEDC6" w14:textId="1E4AD5F0" w:rsidR="66A139EF" w:rsidRDefault="66A139EF" w:rsidP="66A139EF">
            <w:pPr>
              <w:rPr>
                <w:rFonts w:ascii="Aptos" w:eastAsia="Aptos" w:hAnsi="Aptos" w:cs="Aptos"/>
                <w:color w:val="000000" w:themeColor="text1"/>
                <w:sz w:val="20"/>
                <w:szCs w:val="20"/>
              </w:rPr>
            </w:pP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3063198A" w14:textId="69516174" w:rsidR="66A139EF" w:rsidRDefault="66A139EF" w:rsidP="66A139EF">
            <w:pPr>
              <w:rPr>
                <w:rFonts w:ascii="Aptos" w:eastAsia="Aptos" w:hAnsi="Aptos" w:cs="Aptos"/>
                <w:color w:val="000000" w:themeColor="text1"/>
                <w:sz w:val="20"/>
                <w:szCs w:val="20"/>
              </w:rPr>
            </w:pPr>
          </w:p>
        </w:tc>
      </w:tr>
      <w:tr w:rsidR="66A139EF" w14:paraId="6599C3BD" w14:textId="77777777" w:rsidTr="66A139EF">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6CD0EC08" w14:textId="0C76C0B8"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MCO 499 Senior Portfolio</w:t>
            </w:r>
          </w:p>
        </w:tc>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4D7AE19F" w14:textId="7049F509" w:rsidR="66A139EF" w:rsidRDefault="66A139EF" w:rsidP="66A139EF">
            <w:pPr>
              <w:rPr>
                <w:rFonts w:ascii="Aptos" w:eastAsia="Aptos" w:hAnsi="Aptos" w:cs="Aptos"/>
                <w:color w:val="000000" w:themeColor="text1"/>
                <w:sz w:val="20"/>
                <w:szCs w:val="20"/>
              </w:rPr>
            </w:pP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4DE87298" w14:textId="152AD4A9" w:rsidR="66A139EF" w:rsidRDefault="66A139EF" w:rsidP="66A139EF">
            <w:pPr>
              <w:rPr>
                <w:rFonts w:ascii="Aptos" w:eastAsia="Aptos" w:hAnsi="Aptos" w:cs="Aptos"/>
                <w:color w:val="000000" w:themeColor="text1"/>
                <w:sz w:val="20"/>
                <w:szCs w:val="20"/>
              </w:rPr>
            </w:pPr>
          </w:p>
        </w:tc>
      </w:tr>
      <w:tr w:rsidR="66A139EF" w14:paraId="08E93B84" w14:textId="77777777" w:rsidTr="66A139EF">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4754E9D0" w14:textId="507BB1D4"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Required Concentration Courses (15 credits)</w:t>
            </w:r>
          </w:p>
        </w:tc>
      </w:tr>
      <w:tr w:rsidR="66A139EF" w14:paraId="5A7E385C" w14:textId="77777777" w:rsidTr="66A139EF">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787DBEB0" w14:textId="79F1017A"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Course Name</w:t>
            </w:r>
          </w:p>
        </w:tc>
        <w:tc>
          <w:tcPr>
            <w:tcW w:w="2492" w:type="dxa"/>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6E51C7B2" w14:textId="7372C86A"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Credits</w:t>
            </w: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0F752C5D" w14:textId="0A841831" w:rsidR="66A139EF" w:rsidRDefault="66A139EF" w:rsidP="66A139EF">
            <w:pPr>
              <w:rPr>
                <w:rFonts w:ascii="Aptos" w:eastAsia="Aptos" w:hAnsi="Aptos" w:cs="Aptos"/>
                <w:color w:val="000000" w:themeColor="text1"/>
                <w:sz w:val="20"/>
                <w:szCs w:val="20"/>
              </w:rPr>
            </w:pPr>
          </w:p>
        </w:tc>
      </w:tr>
      <w:tr w:rsidR="66A139EF" w14:paraId="13D05F67" w14:textId="77777777" w:rsidTr="66A139EF">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607432C6" w14:textId="73AB9AEE"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MCO 222 How Advertising Works</w:t>
            </w:r>
          </w:p>
        </w:tc>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265378CE" w14:textId="71FFD908" w:rsidR="66A139EF" w:rsidRDefault="66A139EF" w:rsidP="66A139EF">
            <w:pPr>
              <w:rPr>
                <w:rFonts w:ascii="Aptos" w:eastAsia="Aptos" w:hAnsi="Aptos" w:cs="Aptos"/>
                <w:color w:val="000000" w:themeColor="text1"/>
                <w:sz w:val="20"/>
                <w:szCs w:val="20"/>
              </w:rPr>
            </w:pP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74C9B473" w14:textId="6B761DBB" w:rsidR="66A139EF" w:rsidRDefault="66A139EF" w:rsidP="66A139EF">
            <w:pPr>
              <w:rPr>
                <w:rFonts w:ascii="Aptos" w:eastAsia="Aptos" w:hAnsi="Aptos" w:cs="Aptos"/>
                <w:color w:val="000000" w:themeColor="text1"/>
                <w:sz w:val="20"/>
                <w:szCs w:val="20"/>
              </w:rPr>
            </w:pPr>
          </w:p>
        </w:tc>
      </w:tr>
      <w:tr w:rsidR="66A139EF" w14:paraId="6F5730C3" w14:textId="77777777" w:rsidTr="66A139EF">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35495949" w14:textId="5A132090"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MCO 300 Communication Research Methods</w:t>
            </w:r>
          </w:p>
        </w:tc>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52DB900E" w14:textId="0DA638E2" w:rsidR="66A139EF" w:rsidRDefault="66A139EF" w:rsidP="66A139EF">
            <w:pPr>
              <w:rPr>
                <w:rFonts w:ascii="Aptos" w:eastAsia="Aptos" w:hAnsi="Aptos" w:cs="Aptos"/>
                <w:color w:val="000000" w:themeColor="text1"/>
                <w:sz w:val="20"/>
                <w:szCs w:val="20"/>
              </w:rPr>
            </w:pP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3CEA7B9D" w14:textId="3491F7DB" w:rsidR="66A139EF" w:rsidRDefault="66A139EF" w:rsidP="66A139EF">
            <w:pPr>
              <w:rPr>
                <w:rFonts w:ascii="Aptos" w:eastAsia="Aptos" w:hAnsi="Aptos" w:cs="Aptos"/>
                <w:color w:val="000000" w:themeColor="text1"/>
                <w:sz w:val="20"/>
                <w:szCs w:val="20"/>
              </w:rPr>
            </w:pPr>
          </w:p>
        </w:tc>
      </w:tr>
      <w:tr w:rsidR="66A139EF" w14:paraId="0EC65598" w14:textId="77777777" w:rsidTr="66A139EF">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69A271D9" w14:textId="3CEA7DE2"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MCO 321 Advertising Writing</w:t>
            </w:r>
          </w:p>
        </w:tc>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384DBB41" w14:textId="6320411D" w:rsidR="66A139EF" w:rsidRDefault="66A139EF" w:rsidP="66A139EF">
            <w:pPr>
              <w:rPr>
                <w:rFonts w:ascii="Aptos" w:eastAsia="Aptos" w:hAnsi="Aptos" w:cs="Aptos"/>
                <w:color w:val="000000" w:themeColor="text1"/>
                <w:sz w:val="20"/>
                <w:szCs w:val="20"/>
              </w:rPr>
            </w:pP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102EF3E8" w14:textId="32F831EF" w:rsidR="66A139EF" w:rsidRDefault="66A139EF" w:rsidP="66A139EF">
            <w:pPr>
              <w:rPr>
                <w:rFonts w:ascii="Aptos" w:eastAsia="Aptos" w:hAnsi="Aptos" w:cs="Aptos"/>
                <w:color w:val="000000" w:themeColor="text1"/>
                <w:sz w:val="20"/>
                <w:szCs w:val="20"/>
              </w:rPr>
            </w:pPr>
          </w:p>
        </w:tc>
      </w:tr>
      <w:tr w:rsidR="66A139EF" w14:paraId="0144824A" w14:textId="77777777" w:rsidTr="66A139EF">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0536009B" w14:textId="182D859B"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MCO 421 Copywriting for Digital Advocacy</w:t>
            </w:r>
          </w:p>
        </w:tc>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2E01736D" w14:textId="6A52FF1C" w:rsidR="66A139EF" w:rsidRDefault="66A139EF" w:rsidP="66A139EF">
            <w:pPr>
              <w:rPr>
                <w:rFonts w:ascii="Aptos" w:eastAsia="Aptos" w:hAnsi="Aptos" w:cs="Aptos"/>
                <w:color w:val="000000" w:themeColor="text1"/>
                <w:sz w:val="20"/>
                <w:szCs w:val="20"/>
              </w:rPr>
            </w:pP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4EC7013F" w14:textId="17593B9E" w:rsidR="66A139EF" w:rsidRDefault="66A139EF" w:rsidP="66A139EF">
            <w:pPr>
              <w:rPr>
                <w:rFonts w:ascii="Aptos" w:eastAsia="Aptos" w:hAnsi="Aptos" w:cs="Aptos"/>
                <w:color w:val="000000" w:themeColor="text1"/>
                <w:sz w:val="20"/>
                <w:szCs w:val="20"/>
              </w:rPr>
            </w:pPr>
          </w:p>
        </w:tc>
      </w:tr>
      <w:tr w:rsidR="66A139EF" w14:paraId="26821F21" w14:textId="77777777" w:rsidTr="66A139EF">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6D95E737" w14:textId="20C6D437"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MCO 510 Experiential Learning in Advertising and Public Relations</w:t>
            </w:r>
          </w:p>
        </w:tc>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171EF00C" w14:textId="6248A56D" w:rsidR="66A139EF" w:rsidRDefault="66A139EF" w:rsidP="66A139EF">
            <w:pPr>
              <w:rPr>
                <w:rFonts w:ascii="Aptos" w:eastAsia="Aptos" w:hAnsi="Aptos" w:cs="Aptos"/>
                <w:color w:val="000000" w:themeColor="text1"/>
                <w:sz w:val="20"/>
                <w:szCs w:val="20"/>
              </w:rPr>
            </w:pP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6A1D01F9" w14:textId="5248CA8D" w:rsidR="66A139EF" w:rsidRDefault="66A139EF" w:rsidP="66A139EF">
            <w:pPr>
              <w:rPr>
                <w:rFonts w:ascii="Aptos" w:eastAsia="Aptos" w:hAnsi="Aptos" w:cs="Aptos"/>
                <w:color w:val="000000" w:themeColor="text1"/>
                <w:sz w:val="20"/>
                <w:szCs w:val="20"/>
              </w:rPr>
            </w:pPr>
          </w:p>
        </w:tc>
      </w:tr>
      <w:tr w:rsidR="66A139EF" w14:paraId="345459A4" w14:textId="77777777" w:rsidTr="66A139EF">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FFFFFF" w:themeFill="background1"/>
            <w:vAlign w:val="bottom"/>
          </w:tcPr>
          <w:p w14:paraId="6329DAFE" w14:textId="5FFA4F7F"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+Major Electives (6 credits)</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3"/>
              <w:gridCol w:w="1467"/>
              <w:gridCol w:w="7074"/>
              <w:gridCol w:w="1468"/>
            </w:tblGrid>
            <w:tr w:rsidR="66A139EF" w14:paraId="1386C396" w14:textId="77777777" w:rsidTr="66A139EF">
              <w:trPr>
                <w:trHeight w:val="300"/>
              </w:trPr>
              <w:tc>
                <w:tcPr>
                  <w:tcW w:w="1745" w:type="dxa"/>
                  <w:tcMar>
                    <w:left w:w="105" w:type="dxa"/>
                    <w:right w:w="105" w:type="dxa"/>
                  </w:tcMar>
                </w:tcPr>
                <w:p w14:paraId="6709DC32" w14:textId="25782EEB" w:rsidR="66A139EF" w:rsidRDefault="66A139EF" w:rsidP="66A139EF">
                  <w:pPr>
                    <w:rPr>
                      <w:rFonts w:ascii="Aptos" w:eastAsia="Aptos" w:hAnsi="Aptos" w:cs="Aptos"/>
                      <w:sz w:val="20"/>
                      <w:szCs w:val="20"/>
                    </w:rPr>
                  </w:pPr>
                  <w:r w:rsidRPr="66A139EF">
                    <w:rPr>
                      <w:rFonts w:ascii="Aptos" w:eastAsia="Aptos" w:hAnsi="Aptos" w:cs="Aptos"/>
                      <w:sz w:val="20"/>
                      <w:szCs w:val="20"/>
                    </w:rPr>
                    <w:t>Course</w:t>
                  </w:r>
                </w:p>
              </w:tc>
              <w:tc>
                <w:tcPr>
                  <w:tcW w:w="1470" w:type="dxa"/>
                  <w:tcMar>
                    <w:left w:w="105" w:type="dxa"/>
                    <w:right w:w="105" w:type="dxa"/>
                  </w:tcMar>
                </w:tcPr>
                <w:p w14:paraId="51002861" w14:textId="2F7D31C2" w:rsidR="66A139EF" w:rsidRDefault="66A139EF" w:rsidP="66A139EF">
                  <w:pPr>
                    <w:rPr>
                      <w:rFonts w:ascii="Aptos" w:eastAsia="Aptos" w:hAnsi="Aptos" w:cs="Aptos"/>
                      <w:sz w:val="20"/>
                      <w:szCs w:val="20"/>
                    </w:rPr>
                  </w:pPr>
                </w:p>
              </w:tc>
              <w:tc>
                <w:tcPr>
                  <w:tcW w:w="7091" w:type="dxa"/>
                  <w:tcMar>
                    <w:left w:w="105" w:type="dxa"/>
                    <w:right w:w="105" w:type="dxa"/>
                  </w:tcMar>
                </w:tcPr>
                <w:p w14:paraId="19428B06" w14:textId="27E9B566" w:rsidR="66A139EF" w:rsidRDefault="66A139EF" w:rsidP="66A139EF">
                  <w:pPr>
                    <w:rPr>
                      <w:rFonts w:ascii="Aptos" w:eastAsia="Aptos" w:hAnsi="Aptos" w:cs="Aptos"/>
                      <w:sz w:val="20"/>
                      <w:szCs w:val="20"/>
                    </w:rPr>
                  </w:pPr>
                </w:p>
              </w:tc>
              <w:tc>
                <w:tcPr>
                  <w:tcW w:w="1470" w:type="dxa"/>
                  <w:tcMar>
                    <w:left w:w="105" w:type="dxa"/>
                    <w:right w:w="105" w:type="dxa"/>
                  </w:tcMar>
                </w:tcPr>
                <w:p w14:paraId="0EE49ED2" w14:textId="7EA140BA" w:rsidR="66A139EF" w:rsidRDefault="66A139EF" w:rsidP="66A139EF">
                  <w:pPr>
                    <w:rPr>
                      <w:rFonts w:ascii="Aptos" w:eastAsia="Aptos" w:hAnsi="Aptos" w:cs="Aptos"/>
                      <w:sz w:val="20"/>
                      <w:szCs w:val="20"/>
                    </w:rPr>
                  </w:pPr>
                  <w:r w:rsidRPr="66A139EF">
                    <w:rPr>
                      <w:rFonts w:ascii="Aptos" w:eastAsia="Aptos" w:hAnsi="Aptos" w:cs="Aptos"/>
                      <w:sz w:val="20"/>
                      <w:szCs w:val="20"/>
                    </w:rPr>
                    <w:t>Credits</w:t>
                  </w:r>
                </w:p>
              </w:tc>
            </w:tr>
            <w:tr w:rsidR="66A139EF" w14:paraId="73C99FEE" w14:textId="77777777" w:rsidTr="66A139EF">
              <w:trPr>
                <w:trHeight w:val="300"/>
              </w:trPr>
              <w:tc>
                <w:tcPr>
                  <w:tcW w:w="1745" w:type="dxa"/>
                  <w:tcMar>
                    <w:left w:w="105" w:type="dxa"/>
                    <w:right w:w="105" w:type="dxa"/>
                  </w:tcMar>
                </w:tcPr>
                <w:p w14:paraId="4EC39E6F" w14:textId="43386F94" w:rsidR="66A139EF" w:rsidRDefault="66A139EF" w:rsidP="66A139EF">
                  <w:pPr>
                    <w:spacing w:after="160" w:line="278" w:lineRule="auto"/>
                    <w:rPr>
                      <w:rFonts w:ascii="Aptos" w:eastAsia="Aptos" w:hAnsi="Aptos" w:cs="Aptos"/>
                      <w:sz w:val="20"/>
                      <w:szCs w:val="20"/>
                    </w:rPr>
                  </w:pPr>
                  <w:r w:rsidRPr="66A139EF">
                    <w:rPr>
                      <w:rFonts w:ascii="Aptos" w:eastAsia="Aptos" w:hAnsi="Aptos" w:cs="Aptos"/>
                      <w:sz w:val="20"/>
                      <w:szCs w:val="20"/>
                    </w:rPr>
                    <w:t>MCO</w:t>
                  </w:r>
                </w:p>
              </w:tc>
              <w:tc>
                <w:tcPr>
                  <w:tcW w:w="1470" w:type="dxa"/>
                  <w:tcMar>
                    <w:left w:w="105" w:type="dxa"/>
                    <w:right w:w="105" w:type="dxa"/>
                  </w:tcMar>
                </w:tcPr>
                <w:p w14:paraId="1E4F4A51" w14:textId="7A26947D" w:rsidR="66A139EF" w:rsidRDefault="66A139EF" w:rsidP="66A139EF">
                  <w:pPr>
                    <w:rPr>
                      <w:rFonts w:ascii="Aptos" w:eastAsia="Aptos" w:hAnsi="Aptos" w:cs="Aptos"/>
                      <w:sz w:val="20"/>
                      <w:szCs w:val="20"/>
                    </w:rPr>
                  </w:pPr>
                  <w:r w:rsidRPr="66A139EF">
                    <w:rPr>
                      <w:rFonts w:ascii="Aptos" w:eastAsia="Aptos" w:hAnsi="Aptos" w:cs="Aptos"/>
                      <w:sz w:val="20"/>
                      <w:szCs w:val="20"/>
                    </w:rPr>
                    <w:t>100</w:t>
                  </w:r>
                </w:p>
                <w:p w14:paraId="5AD41BC4" w14:textId="24357D77" w:rsidR="66A139EF" w:rsidRDefault="66A139EF" w:rsidP="66A139EF">
                  <w:pPr>
                    <w:rPr>
                      <w:rFonts w:ascii="Aptos" w:eastAsia="Aptos" w:hAnsi="Aptos" w:cs="Aptos"/>
                      <w:sz w:val="20"/>
                      <w:szCs w:val="20"/>
                    </w:rPr>
                  </w:pPr>
                </w:p>
              </w:tc>
              <w:tc>
                <w:tcPr>
                  <w:tcW w:w="7091" w:type="dxa"/>
                  <w:tcMar>
                    <w:left w:w="105" w:type="dxa"/>
                    <w:right w:w="105" w:type="dxa"/>
                  </w:tcMar>
                </w:tcPr>
                <w:p w14:paraId="7CF0FE07" w14:textId="39B223E6" w:rsidR="66A139EF" w:rsidRDefault="66A139EF" w:rsidP="66A139EF">
                  <w:pPr>
                    <w:rPr>
                      <w:rFonts w:ascii="Aptos" w:eastAsia="Aptos" w:hAnsi="Aptos" w:cs="Aptos"/>
                      <w:sz w:val="20"/>
                      <w:szCs w:val="20"/>
                    </w:rPr>
                  </w:pPr>
                  <w:r w:rsidRPr="66A139EF">
                    <w:rPr>
                      <w:rFonts w:ascii="Aptos" w:eastAsia="Aptos" w:hAnsi="Aptos" w:cs="Aptos"/>
                      <w:sz w:val="20"/>
                      <w:szCs w:val="20"/>
                    </w:rPr>
                    <w:t>COM-110</w:t>
                  </w:r>
                </w:p>
              </w:tc>
              <w:tc>
                <w:tcPr>
                  <w:tcW w:w="1470" w:type="dxa"/>
                  <w:tcMar>
                    <w:left w:w="105" w:type="dxa"/>
                    <w:right w:w="105" w:type="dxa"/>
                  </w:tcMar>
                </w:tcPr>
                <w:p w14:paraId="4D848F53" w14:textId="5CDFC7AB" w:rsidR="66A139EF" w:rsidRDefault="66A139EF" w:rsidP="66A139EF">
                  <w:pPr>
                    <w:rPr>
                      <w:rFonts w:ascii="Aptos" w:eastAsia="Aptos" w:hAnsi="Aptos" w:cs="Aptos"/>
                      <w:sz w:val="20"/>
                      <w:szCs w:val="20"/>
                    </w:rPr>
                  </w:pPr>
                  <w:r w:rsidRPr="66A139EF">
                    <w:rPr>
                      <w:rFonts w:ascii="Aptos" w:eastAsia="Aptos" w:hAnsi="Aptos" w:cs="Aptos"/>
                      <w:sz w:val="20"/>
                      <w:szCs w:val="20"/>
                    </w:rPr>
                    <w:t>3</w:t>
                  </w:r>
                </w:p>
              </w:tc>
            </w:tr>
            <w:tr w:rsidR="66A139EF" w14:paraId="0B19A330" w14:textId="77777777" w:rsidTr="66A139EF">
              <w:trPr>
                <w:trHeight w:val="300"/>
              </w:trPr>
              <w:tc>
                <w:tcPr>
                  <w:tcW w:w="1745" w:type="dxa"/>
                  <w:tcMar>
                    <w:left w:w="105" w:type="dxa"/>
                    <w:right w:w="105" w:type="dxa"/>
                  </w:tcMar>
                </w:tcPr>
                <w:p w14:paraId="6A813095" w14:textId="06019606" w:rsidR="66A139EF" w:rsidRDefault="66A139EF" w:rsidP="66A139EF">
                  <w:pPr>
                    <w:rPr>
                      <w:rFonts w:ascii="Aptos" w:eastAsia="Aptos" w:hAnsi="Aptos" w:cs="Aptos"/>
                      <w:sz w:val="20"/>
                      <w:szCs w:val="20"/>
                    </w:rPr>
                  </w:pPr>
                  <w:r w:rsidRPr="66A139EF">
                    <w:rPr>
                      <w:rFonts w:ascii="Aptos" w:eastAsia="Aptos" w:hAnsi="Aptos" w:cs="Aptos"/>
                      <w:sz w:val="20"/>
                      <w:szCs w:val="20"/>
                    </w:rPr>
                    <w:t xml:space="preserve">MCO </w:t>
                  </w:r>
                </w:p>
                <w:p w14:paraId="53D2A6C2" w14:textId="1582A741" w:rsidR="66A139EF" w:rsidRDefault="66A139EF" w:rsidP="66A139EF">
                  <w:pPr>
                    <w:rPr>
                      <w:rFonts w:ascii="Aptos" w:eastAsia="Aptos" w:hAnsi="Aptos" w:cs="Aptos"/>
                      <w:sz w:val="20"/>
                      <w:szCs w:val="20"/>
                    </w:rPr>
                  </w:pPr>
                </w:p>
              </w:tc>
              <w:tc>
                <w:tcPr>
                  <w:tcW w:w="1470" w:type="dxa"/>
                  <w:tcMar>
                    <w:left w:w="105" w:type="dxa"/>
                    <w:right w:w="105" w:type="dxa"/>
                  </w:tcMar>
                </w:tcPr>
                <w:p w14:paraId="45C0500E" w14:textId="63B5F9A4" w:rsidR="66A139EF" w:rsidRDefault="66A139EF" w:rsidP="66A139EF">
                  <w:pPr>
                    <w:rPr>
                      <w:rFonts w:ascii="Aptos" w:eastAsia="Aptos" w:hAnsi="Aptos" w:cs="Aptos"/>
                      <w:sz w:val="20"/>
                      <w:szCs w:val="20"/>
                    </w:rPr>
                  </w:pPr>
                  <w:r w:rsidRPr="66A139EF">
                    <w:rPr>
                      <w:rFonts w:ascii="Aptos" w:eastAsia="Aptos" w:hAnsi="Aptos" w:cs="Aptos"/>
                      <w:sz w:val="20"/>
                      <w:szCs w:val="20"/>
                    </w:rPr>
                    <w:t>280</w:t>
                  </w:r>
                </w:p>
              </w:tc>
              <w:tc>
                <w:tcPr>
                  <w:tcW w:w="7091" w:type="dxa"/>
                  <w:tcMar>
                    <w:left w:w="105" w:type="dxa"/>
                    <w:right w:w="105" w:type="dxa"/>
                  </w:tcMar>
                </w:tcPr>
                <w:p w14:paraId="397C6B82" w14:textId="69835013" w:rsidR="66A139EF" w:rsidRDefault="66A139EF" w:rsidP="66A139EF">
                  <w:pPr>
                    <w:rPr>
                      <w:rFonts w:ascii="Aptos" w:eastAsia="Aptos" w:hAnsi="Aptos" w:cs="Aptos"/>
                      <w:sz w:val="20"/>
                      <w:szCs w:val="20"/>
                    </w:rPr>
                  </w:pPr>
                  <w:r w:rsidRPr="66A139EF">
                    <w:rPr>
                      <w:rFonts w:ascii="Aptos" w:eastAsia="Aptos" w:hAnsi="Aptos" w:cs="Aptos"/>
                      <w:sz w:val="20"/>
                      <w:szCs w:val="20"/>
                    </w:rPr>
                    <w:t>COM-172</w:t>
                  </w:r>
                </w:p>
              </w:tc>
              <w:tc>
                <w:tcPr>
                  <w:tcW w:w="1470" w:type="dxa"/>
                  <w:tcMar>
                    <w:left w:w="105" w:type="dxa"/>
                    <w:right w:w="105" w:type="dxa"/>
                  </w:tcMar>
                </w:tcPr>
                <w:p w14:paraId="2C05B90C" w14:textId="30D5BAE8" w:rsidR="66A139EF" w:rsidRDefault="66A139EF" w:rsidP="66A139EF">
                  <w:pPr>
                    <w:rPr>
                      <w:rFonts w:ascii="Aptos" w:eastAsia="Aptos" w:hAnsi="Aptos" w:cs="Aptos"/>
                      <w:sz w:val="20"/>
                      <w:szCs w:val="20"/>
                    </w:rPr>
                  </w:pPr>
                  <w:r w:rsidRPr="66A139EF">
                    <w:rPr>
                      <w:rFonts w:ascii="Aptos" w:eastAsia="Aptos" w:hAnsi="Aptos" w:cs="Aptos"/>
                      <w:sz w:val="20"/>
                      <w:szCs w:val="20"/>
                    </w:rPr>
                    <w:t>3</w:t>
                  </w:r>
                </w:p>
              </w:tc>
            </w:tr>
          </w:tbl>
          <w:p w14:paraId="7569C578" w14:textId="1D2AFC67" w:rsidR="66A139EF" w:rsidRDefault="66A139EF" w:rsidP="66A139EF">
            <w:pPr>
              <w:rPr>
                <w:rFonts w:ascii="Aptos" w:eastAsia="Aptos" w:hAnsi="Aptos" w:cs="Aptos"/>
                <w:color w:val="000000" w:themeColor="text1"/>
                <w:sz w:val="20"/>
                <w:szCs w:val="20"/>
              </w:rPr>
            </w:pPr>
          </w:p>
          <w:p w14:paraId="01A57C3C" w14:textId="350BA728"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lastRenderedPageBreak/>
              <w:t>.</w:t>
            </w:r>
          </w:p>
        </w:tc>
      </w:tr>
      <w:tr w:rsidR="66A139EF" w14:paraId="1E9FF685" w14:textId="77777777" w:rsidTr="66A139EF">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29B5ABA9" w14:textId="201F377B"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lastRenderedPageBreak/>
              <w:t>Major Capstone Courses (3 credits)</w:t>
            </w:r>
          </w:p>
        </w:tc>
      </w:tr>
      <w:tr w:rsidR="66A139EF" w14:paraId="1C39EFDF" w14:textId="77777777" w:rsidTr="66A139EF">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3AA0CAF6" w14:textId="6F982174"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Course Name</w:t>
            </w:r>
          </w:p>
        </w:tc>
        <w:tc>
          <w:tcPr>
            <w:tcW w:w="2492" w:type="dxa"/>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637C1EDF" w14:textId="75706813"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Credits</w:t>
            </w: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4D6B1148" w14:textId="0E6E8427" w:rsidR="66A139EF" w:rsidRDefault="66A139EF" w:rsidP="66A139EF">
            <w:pPr>
              <w:rPr>
                <w:rFonts w:ascii="Aptos" w:eastAsia="Aptos" w:hAnsi="Aptos" w:cs="Aptos"/>
                <w:color w:val="000000" w:themeColor="text1"/>
                <w:sz w:val="20"/>
                <w:szCs w:val="20"/>
              </w:rPr>
            </w:pPr>
          </w:p>
        </w:tc>
      </w:tr>
      <w:tr w:rsidR="66A139EF" w14:paraId="4335F1A4" w14:textId="77777777" w:rsidTr="66A139EF">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21F02CA1" w14:textId="202D4E2A"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MCO 505 Internship in Media &amp; Communication</w:t>
            </w:r>
          </w:p>
        </w:tc>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35DACE37" w14:textId="102C8518" w:rsidR="66A139EF" w:rsidRDefault="66A139EF" w:rsidP="66A139EF">
            <w:pPr>
              <w:rPr>
                <w:rFonts w:ascii="Aptos" w:eastAsia="Aptos" w:hAnsi="Aptos" w:cs="Aptos"/>
                <w:color w:val="000000" w:themeColor="text1"/>
                <w:sz w:val="20"/>
                <w:szCs w:val="20"/>
              </w:rPr>
            </w:pP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6D8A1F26" w14:textId="3239BF76" w:rsidR="66A139EF" w:rsidRDefault="66A139EF" w:rsidP="66A139EF">
            <w:pPr>
              <w:rPr>
                <w:rFonts w:ascii="Aptos" w:eastAsia="Aptos" w:hAnsi="Aptos" w:cs="Aptos"/>
                <w:color w:val="000000" w:themeColor="text1"/>
                <w:sz w:val="20"/>
                <w:szCs w:val="20"/>
              </w:rPr>
            </w:pPr>
          </w:p>
        </w:tc>
      </w:tr>
      <w:tr w:rsidR="66A139EF" w14:paraId="3775745A" w14:textId="77777777" w:rsidTr="66A139EF">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FFFFFF" w:themeFill="background1"/>
            <w:vAlign w:val="bottom"/>
          </w:tcPr>
          <w:p w14:paraId="5A32008D" w14:textId="27D51810"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Free Electives (25 credits minimum)</w:t>
            </w:r>
          </w:p>
          <w:p w14:paraId="4455EB9E" w14:textId="463BF0E6"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Additional free elective credits beyond the credits listed may be required based on the use of support courses to satisfy General Education Category requirements.</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612"/>
              <w:gridCol w:w="1166"/>
              <w:gridCol w:w="4974"/>
            </w:tblGrid>
            <w:tr w:rsidR="66A139EF" w14:paraId="34BB0A23" w14:textId="77777777" w:rsidTr="66A139EF">
              <w:trPr>
                <w:trHeight w:val="300"/>
              </w:trPr>
              <w:tc>
                <w:tcPr>
                  <w:tcW w:w="5622" w:type="dxa"/>
                  <w:tcMar>
                    <w:left w:w="105" w:type="dxa"/>
                    <w:right w:w="105" w:type="dxa"/>
                  </w:tcMar>
                </w:tcPr>
                <w:p w14:paraId="0E6EF80D" w14:textId="37851B13" w:rsidR="66A139EF" w:rsidRDefault="66A139EF" w:rsidP="66A139EF">
                  <w:pPr>
                    <w:rPr>
                      <w:rFonts w:ascii="Aptos" w:eastAsia="Aptos" w:hAnsi="Aptos" w:cs="Aptos"/>
                      <w:sz w:val="20"/>
                      <w:szCs w:val="20"/>
                    </w:rPr>
                  </w:pPr>
                  <w:r w:rsidRPr="66A139EF">
                    <w:rPr>
                      <w:rFonts w:ascii="Aptos" w:eastAsia="Aptos" w:hAnsi="Aptos" w:cs="Aptos"/>
                      <w:sz w:val="20"/>
                      <w:szCs w:val="20"/>
                    </w:rPr>
                    <w:t>Course</w:t>
                  </w:r>
                </w:p>
              </w:tc>
              <w:tc>
                <w:tcPr>
                  <w:tcW w:w="1167" w:type="dxa"/>
                  <w:tcMar>
                    <w:left w:w="105" w:type="dxa"/>
                    <w:right w:w="105" w:type="dxa"/>
                  </w:tcMar>
                </w:tcPr>
                <w:p w14:paraId="68F7B673" w14:textId="4FD81833" w:rsidR="66A139EF" w:rsidRDefault="66A139EF" w:rsidP="66A139EF">
                  <w:pPr>
                    <w:rPr>
                      <w:rFonts w:ascii="Aptos" w:eastAsia="Aptos" w:hAnsi="Aptos" w:cs="Aptos"/>
                      <w:sz w:val="20"/>
                      <w:szCs w:val="20"/>
                    </w:rPr>
                  </w:pPr>
                  <w:r w:rsidRPr="66A139EF">
                    <w:rPr>
                      <w:rFonts w:ascii="Aptos" w:eastAsia="Aptos" w:hAnsi="Aptos" w:cs="Aptos"/>
                      <w:sz w:val="20"/>
                      <w:szCs w:val="20"/>
                    </w:rPr>
                    <w:t>Credits</w:t>
                  </w:r>
                </w:p>
              </w:tc>
              <w:tc>
                <w:tcPr>
                  <w:tcW w:w="4986" w:type="dxa"/>
                  <w:tcMar>
                    <w:left w:w="105" w:type="dxa"/>
                    <w:right w:w="105" w:type="dxa"/>
                  </w:tcMar>
                </w:tcPr>
                <w:p w14:paraId="75D21AE4" w14:textId="55103EAD" w:rsidR="66A139EF" w:rsidRDefault="66A139EF" w:rsidP="66A139EF">
                  <w:pPr>
                    <w:rPr>
                      <w:rFonts w:ascii="Aptos" w:eastAsia="Aptos" w:hAnsi="Aptos" w:cs="Aptos"/>
                      <w:sz w:val="20"/>
                      <w:szCs w:val="20"/>
                    </w:rPr>
                  </w:pPr>
                </w:p>
              </w:tc>
            </w:tr>
            <w:tr w:rsidR="66A139EF" w14:paraId="03863E65" w14:textId="77777777" w:rsidTr="66A139EF">
              <w:trPr>
                <w:trHeight w:val="300"/>
              </w:trPr>
              <w:tc>
                <w:tcPr>
                  <w:tcW w:w="5622" w:type="dxa"/>
                  <w:tcMar>
                    <w:left w:w="105" w:type="dxa"/>
                    <w:right w:w="105" w:type="dxa"/>
                  </w:tcMar>
                </w:tcPr>
                <w:p w14:paraId="7CA24713" w14:textId="2D0DE86C" w:rsidR="66A139EF" w:rsidRDefault="66A139EF" w:rsidP="66A139EF">
                  <w:pPr>
                    <w:rPr>
                      <w:rFonts w:ascii="Aptos" w:eastAsia="Aptos" w:hAnsi="Aptos" w:cs="Aptos"/>
                      <w:sz w:val="20"/>
                      <w:szCs w:val="20"/>
                    </w:rPr>
                  </w:pPr>
                  <w:r w:rsidRPr="66A139EF">
                    <w:rPr>
                      <w:rFonts w:ascii="Aptos" w:eastAsia="Aptos" w:hAnsi="Aptos" w:cs="Aptos"/>
                      <w:sz w:val="20"/>
                      <w:szCs w:val="20"/>
                    </w:rPr>
                    <w:t>Literature Elective</w:t>
                  </w:r>
                </w:p>
              </w:tc>
              <w:tc>
                <w:tcPr>
                  <w:tcW w:w="1167" w:type="dxa"/>
                  <w:tcMar>
                    <w:left w:w="105" w:type="dxa"/>
                    <w:right w:w="105" w:type="dxa"/>
                  </w:tcMar>
                </w:tcPr>
                <w:p w14:paraId="4D6626D1" w14:textId="2394F1C9" w:rsidR="66A139EF" w:rsidRDefault="66A139EF" w:rsidP="66A139EF">
                  <w:pPr>
                    <w:rPr>
                      <w:rFonts w:ascii="Aptos" w:eastAsia="Aptos" w:hAnsi="Aptos" w:cs="Aptos"/>
                      <w:sz w:val="20"/>
                      <w:szCs w:val="20"/>
                    </w:rPr>
                  </w:pPr>
                  <w:r w:rsidRPr="66A139EF">
                    <w:rPr>
                      <w:rFonts w:ascii="Aptos" w:eastAsia="Aptos" w:hAnsi="Aptos" w:cs="Aptos"/>
                      <w:sz w:val="20"/>
                      <w:szCs w:val="20"/>
                    </w:rPr>
                    <w:t>3</w:t>
                  </w:r>
                </w:p>
              </w:tc>
              <w:tc>
                <w:tcPr>
                  <w:tcW w:w="4986" w:type="dxa"/>
                  <w:tcMar>
                    <w:left w:w="105" w:type="dxa"/>
                    <w:right w:w="105" w:type="dxa"/>
                  </w:tcMar>
                </w:tcPr>
                <w:p w14:paraId="668BCDE5" w14:textId="0C7D6106" w:rsidR="66A139EF" w:rsidRDefault="66A139EF" w:rsidP="66A139EF">
                  <w:pPr>
                    <w:rPr>
                      <w:rFonts w:ascii="Aptos" w:eastAsia="Aptos" w:hAnsi="Aptos" w:cs="Aptos"/>
                      <w:sz w:val="20"/>
                      <w:szCs w:val="20"/>
                    </w:rPr>
                  </w:pPr>
                </w:p>
              </w:tc>
            </w:tr>
            <w:tr w:rsidR="66A139EF" w14:paraId="383BFE30" w14:textId="77777777" w:rsidTr="66A139EF">
              <w:trPr>
                <w:trHeight w:val="300"/>
              </w:trPr>
              <w:tc>
                <w:tcPr>
                  <w:tcW w:w="5622" w:type="dxa"/>
                  <w:tcMar>
                    <w:left w:w="105" w:type="dxa"/>
                    <w:right w:w="105" w:type="dxa"/>
                  </w:tcMar>
                </w:tcPr>
                <w:p w14:paraId="3678B668" w14:textId="668F13AE" w:rsidR="66A139EF" w:rsidRDefault="66A139EF" w:rsidP="66A139EF">
                  <w:pPr>
                    <w:rPr>
                      <w:rFonts w:ascii="Aptos" w:eastAsia="Aptos" w:hAnsi="Aptos" w:cs="Aptos"/>
                      <w:sz w:val="20"/>
                      <w:szCs w:val="20"/>
                    </w:rPr>
                  </w:pPr>
                  <w:r w:rsidRPr="66A139EF">
                    <w:rPr>
                      <w:rFonts w:ascii="Aptos" w:eastAsia="Aptos" w:hAnsi="Aptos" w:cs="Aptos"/>
                      <w:sz w:val="20"/>
                      <w:szCs w:val="20"/>
                    </w:rPr>
                    <w:t>Concentration Elective</w:t>
                  </w:r>
                </w:p>
              </w:tc>
              <w:tc>
                <w:tcPr>
                  <w:tcW w:w="1167" w:type="dxa"/>
                  <w:tcMar>
                    <w:left w:w="105" w:type="dxa"/>
                    <w:right w:w="105" w:type="dxa"/>
                  </w:tcMar>
                </w:tcPr>
                <w:p w14:paraId="7432C449" w14:textId="5DA8222D" w:rsidR="66A139EF" w:rsidRDefault="66A139EF" w:rsidP="66A139EF">
                  <w:pPr>
                    <w:rPr>
                      <w:rFonts w:ascii="Aptos" w:eastAsia="Aptos" w:hAnsi="Aptos" w:cs="Aptos"/>
                      <w:sz w:val="20"/>
                      <w:szCs w:val="20"/>
                    </w:rPr>
                  </w:pPr>
                  <w:r w:rsidRPr="66A139EF">
                    <w:rPr>
                      <w:rFonts w:ascii="Aptos" w:eastAsia="Aptos" w:hAnsi="Aptos" w:cs="Aptos"/>
                      <w:sz w:val="20"/>
                      <w:szCs w:val="20"/>
                    </w:rPr>
                    <w:t>3</w:t>
                  </w:r>
                </w:p>
              </w:tc>
              <w:tc>
                <w:tcPr>
                  <w:tcW w:w="4986" w:type="dxa"/>
                  <w:tcMar>
                    <w:left w:w="105" w:type="dxa"/>
                    <w:right w:w="105" w:type="dxa"/>
                  </w:tcMar>
                </w:tcPr>
                <w:p w14:paraId="14EFEF76" w14:textId="5B535CDD" w:rsidR="66A139EF" w:rsidRDefault="66A139EF" w:rsidP="66A139EF">
                  <w:pPr>
                    <w:rPr>
                      <w:rFonts w:ascii="Aptos" w:eastAsia="Aptos" w:hAnsi="Aptos" w:cs="Aptos"/>
                      <w:sz w:val="20"/>
                      <w:szCs w:val="20"/>
                    </w:rPr>
                  </w:pPr>
                </w:p>
              </w:tc>
            </w:tr>
            <w:tr w:rsidR="66A139EF" w14:paraId="23483981" w14:textId="77777777" w:rsidTr="66A139EF">
              <w:trPr>
                <w:trHeight w:val="300"/>
              </w:trPr>
              <w:tc>
                <w:tcPr>
                  <w:tcW w:w="5622" w:type="dxa"/>
                  <w:tcMar>
                    <w:left w:w="105" w:type="dxa"/>
                    <w:right w:w="105" w:type="dxa"/>
                  </w:tcMar>
                </w:tcPr>
                <w:p w14:paraId="7F9F54CC" w14:textId="777AECAB" w:rsidR="66A139EF" w:rsidRDefault="66A139EF" w:rsidP="66A139EF">
                  <w:pPr>
                    <w:rPr>
                      <w:rFonts w:ascii="Aptos" w:eastAsia="Aptos" w:hAnsi="Aptos" w:cs="Aptos"/>
                      <w:sz w:val="20"/>
                      <w:szCs w:val="20"/>
                    </w:rPr>
                  </w:pPr>
                  <w:r w:rsidRPr="66A139EF">
                    <w:rPr>
                      <w:rFonts w:ascii="Aptos" w:eastAsia="Aptos" w:hAnsi="Aptos" w:cs="Aptos"/>
                      <w:sz w:val="20"/>
                      <w:szCs w:val="20"/>
                    </w:rPr>
                    <w:t>Concentration Elective</w:t>
                  </w:r>
                </w:p>
              </w:tc>
              <w:tc>
                <w:tcPr>
                  <w:tcW w:w="1167" w:type="dxa"/>
                  <w:tcMar>
                    <w:left w:w="105" w:type="dxa"/>
                    <w:right w:w="105" w:type="dxa"/>
                  </w:tcMar>
                </w:tcPr>
                <w:p w14:paraId="0FDF2F91" w14:textId="0A17BF41" w:rsidR="66A139EF" w:rsidRDefault="66A139EF" w:rsidP="66A139EF">
                  <w:pPr>
                    <w:rPr>
                      <w:rFonts w:ascii="Aptos" w:eastAsia="Aptos" w:hAnsi="Aptos" w:cs="Aptos"/>
                      <w:sz w:val="20"/>
                      <w:szCs w:val="20"/>
                    </w:rPr>
                  </w:pPr>
                  <w:r w:rsidRPr="66A139EF">
                    <w:rPr>
                      <w:rFonts w:ascii="Aptos" w:eastAsia="Aptos" w:hAnsi="Aptos" w:cs="Aptos"/>
                      <w:sz w:val="20"/>
                      <w:szCs w:val="20"/>
                    </w:rPr>
                    <w:t>3</w:t>
                  </w:r>
                </w:p>
              </w:tc>
              <w:tc>
                <w:tcPr>
                  <w:tcW w:w="4986" w:type="dxa"/>
                  <w:tcMar>
                    <w:left w:w="105" w:type="dxa"/>
                    <w:right w:w="105" w:type="dxa"/>
                  </w:tcMar>
                </w:tcPr>
                <w:p w14:paraId="3E5D5010" w14:textId="578278EB" w:rsidR="66A139EF" w:rsidRDefault="66A139EF" w:rsidP="66A139EF">
                  <w:pPr>
                    <w:rPr>
                      <w:rFonts w:ascii="Aptos" w:eastAsia="Aptos" w:hAnsi="Aptos" w:cs="Aptos"/>
                      <w:sz w:val="20"/>
                      <w:szCs w:val="20"/>
                    </w:rPr>
                  </w:pPr>
                </w:p>
              </w:tc>
            </w:tr>
            <w:tr w:rsidR="66A139EF" w14:paraId="62D0C5E6" w14:textId="77777777" w:rsidTr="66A139EF">
              <w:trPr>
                <w:trHeight w:val="300"/>
              </w:trPr>
              <w:tc>
                <w:tcPr>
                  <w:tcW w:w="5622" w:type="dxa"/>
                  <w:tcMar>
                    <w:left w:w="105" w:type="dxa"/>
                    <w:right w:w="105" w:type="dxa"/>
                  </w:tcMar>
                </w:tcPr>
                <w:p w14:paraId="6CCC52E6" w14:textId="40310F97" w:rsidR="66A139EF" w:rsidRDefault="66A139EF" w:rsidP="66A139EF">
                  <w:pPr>
                    <w:rPr>
                      <w:rFonts w:ascii="Aptos" w:eastAsia="Aptos" w:hAnsi="Aptos" w:cs="Aptos"/>
                      <w:sz w:val="20"/>
                      <w:szCs w:val="20"/>
                    </w:rPr>
                  </w:pPr>
                  <w:r w:rsidRPr="66A139EF">
                    <w:rPr>
                      <w:rFonts w:ascii="Aptos" w:eastAsia="Aptos" w:hAnsi="Aptos" w:cs="Aptos"/>
                      <w:sz w:val="20"/>
                      <w:szCs w:val="20"/>
                    </w:rPr>
                    <w:t>Lab Science Elective</w:t>
                  </w:r>
                </w:p>
              </w:tc>
              <w:tc>
                <w:tcPr>
                  <w:tcW w:w="1167" w:type="dxa"/>
                  <w:tcMar>
                    <w:left w:w="105" w:type="dxa"/>
                    <w:right w:w="105" w:type="dxa"/>
                  </w:tcMar>
                </w:tcPr>
                <w:p w14:paraId="14929BEA" w14:textId="5E0A16A5" w:rsidR="66A139EF" w:rsidRDefault="66A139EF" w:rsidP="66A139EF">
                  <w:pPr>
                    <w:rPr>
                      <w:rFonts w:ascii="Aptos" w:eastAsia="Aptos" w:hAnsi="Aptos" w:cs="Aptos"/>
                      <w:sz w:val="20"/>
                      <w:szCs w:val="20"/>
                    </w:rPr>
                  </w:pPr>
                  <w:r w:rsidRPr="66A139EF">
                    <w:rPr>
                      <w:rFonts w:ascii="Aptos" w:eastAsia="Aptos" w:hAnsi="Aptos" w:cs="Aptos"/>
                      <w:sz w:val="20"/>
                      <w:szCs w:val="20"/>
                    </w:rPr>
                    <w:t>4</w:t>
                  </w:r>
                </w:p>
              </w:tc>
              <w:tc>
                <w:tcPr>
                  <w:tcW w:w="4986" w:type="dxa"/>
                  <w:tcMar>
                    <w:left w:w="105" w:type="dxa"/>
                    <w:right w:w="105" w:type="dxa"/>
                  </w:tcMar>
                </w:tcPr>
                <w:p w14:paraId="31D0CE84" w14:textId="2F50312D" w:rsidR="66A139EF" w:rsidRDefault="66A139EF" w:rsidP="66A139EF">
                  <w:pPr>
                    <w:rPr>
                      <w:rFonts w:ascii="Aptos" w:eastAsia="Aptos" w:hAnsi="Aptos" w:cs="Aptos"/>
                      <w:sz w:val="20"/>
                      <w:szCs w:val="20"/>
                    </w:rPr>
                  </w:pPr>
                </w:p>
              </w:tc>
            </w:tr>
            <w:tr w:rsidR="66A139EF" w14:paraId="7CEFB276" w14:textId="77777777" w:rsidTr="66A139EF">
              <w:trPr>
                <w:trHeight w:val="300"/>
              </w:trPr>
              <w:tc>
                <w:tcPr>
                  <w:tcW w:w="5622" w:type="dxa"/>
                  <w:tcMar>
                    <w:left w:w="105" w:type="dxa"/>
                    <w:right w:w="105" w:type="dxa"/>
                  </w:tcMar>
                </w:tcPr>
                <w:p w14:paraId="413EFFE9" w14:textId="311B1873" w:rsidR="66A139EF" w:rsidRDefault="66A139EF" w:rsidP="66A139EF">
                  <w:pPr>
                    <w:rPr>
                      <w:rFonts w:ascii="Aptos" w:eastAsia="Aptos" w:hAnsi="Aptos" w:cs="Aptos"/>
                      <w:sz w:val="20"/>
                      <w:szCs w:val="20"/>
                    </w:rPr>
                  </w:pPr>
                  <w:r w:rsidRPr="66A139EF">
                    <w:rPr>
                      <w:rFonts w:ascii="Aptos" w:eastAsia="Aptos" w:hAnsi="Aptos" w:cs="Aptos"/>
                      <w:sz w:val="20"/>
                      <w:szCs w:val="20"/>
                    </w:rPr>
                    <w:t>COM-299</w:t>
                  </w:r>
                </w:p>
              </w:tc>
              <w:tc>
                <w:tcPr>
                  <w:tcW w:w="1167" w:type="dxa"/>
                  <w:tcMar>
                    <w:left w:w="105" w:type="dxa"/>
                    <w:right w:w="105" w:type="dxa"/>
                  </w:tcMar>
                </w:tcPr>
                <w:p w14:paraId="366F8CBE" w14:textId="41914099" w:rsidR="66A139EF" w:rsidRDefault="66A139EF" w:rsidP="66A139EF">
                  <w:pPr>
                    <w:rPr>
                      <w:rFonts w:ascii="Aptos" w:eastAsia="Aptos" w:hAnsi="Aptos" w:cs="Aptos"/>
                      <w:sz w:val="20"/>
                      <w:szCs w:val="20"/>
                    </w:rPr>
                  </w:pPr>
                  <w:r w:rsidRPr="66A139EF">
                    <w:rPr>
                      <w:rFonts w:ascii="Aptos" w:eastAsia="Aptos" w:hAnsi="Aptos" w:cs="Aptos"/>
                      <w:sz w:val="20"/>
                      <w:szCs w:val="20"/>
                    </w:rPr>
                    <w:t>3</w:t>
                  </w:r>
                </w:p>
              </w:tc>
              <w:tc>
                <w:tcPr>
                  <w:tcW w:w="4986" w:type="dxa"/>
                  <w:tcMar>
                    <w:left w:w="105" w:type="dxa"/>
                    <w:right w:w="105" w:type="dxa"/>
                  </w:tcMar>
                </w:tcPr>
                <w:p w14:paraId="6D7019FF" w14:textId="7D07D24B" w:rsidR="66A139EF" w:rsidRDefault="66A139EF" w:rsidP="66A139EF">
                  <w:pPr>
                    <w:rPr>
                      <w:rFonts w:ascii="Aptos" w:eastAsia="Aptos" w:hAnsi="Aptos" w:cs="Aptos"/>
                      <w:sz w:val="20"/>
                      <w:szCs w:val="20"/>
                    </w:rPr>
                  </w:pPr>
                </w:p>
              </w:tc>
            </w:tr>
            <w:tr w:rsidR="66A139EF" w14:paraId="24FE1D0D" w14:textId="77777777" w:rsidTr="66A139EF">
              <w:trPr>
                <w:trHeight w:val="300"/>
              </w:trPr>
              <w:tc>
                <w:tcPr>
                  <w:tcW w:w="5622" w:type="dxa"/>
                  <w:tcMar>
                    <w:left w:w="105" w:type="dxa"/>
                    <w:right w:w="105" w:type="dxa"/>
                  </w:tcMar>
                </w:tcPr>
                <w:p w14:paraId="0D16D34A" w14:textId="0A2E1CD0" w:rsidR="66A139EF" w:rsidRDefault="66A139EF" w:rsidP="66A139EF">
                  <w:pPr>
                    <w:rPr>
                      <w:rFonts w:ascii="Aptos" w:eastAsia="Aptos" w:hAnsi="Aptos" w:cs="Aptos"/>
                      <w:sz w:val="20"/>
                      <w:szCs w:val="20"/>
                    </w:rPr>
                  </w:pPr>
                </w:p>
              </w:tc>
              <w:tc>
                <w:tcPr>
                  <w:tcW w:w="1167" w:type="dxa"/>
                  <w:tcMar>
                    <w:left w:w="105" w:type="dxa"/>
                    <w:right w:w="105" w:type="dxa"/>
                  </w:tcMar>
                </w:tcPr>
                <w:p w14:paraId="2EA859E5" w14:textId="36D140C7" w:rsidR="66A139EF" w:rsidRDefault="66A139EF" w:rsidP="66A139EF">
                  <w:pPr>
                    <w:rPr>
                      <w:rFonts w:ascii="Aptos" w:eastAsia="Aptos" w:hAnsi="Aptos" w:cs="Aptos"/>
                      <w:sz w:val="20"/>
                      <w:szCs w:val="20"/>
                    </w:rPr>
                  </w:pPr>
                </w:p>
              </w:tc>
              <w:tc>
                <w:tcPr>
                  <w:tcW w:w="4986" w:type="dxa"/>
                  <w:tcMar>
                    <w:left w:w="105" w:type="dxa"/>
                    <w:right w:w="105" w:type="dxa"/>
                  </w:tcMar>
                </w:tcPr>
                <w:p w14:paraId="16E9073C" w14:textId="47FDD24B" w:rsidR="66A139EF" w:rsidRDefault="66A139EF" w:rsidP="66A139EF">
                  <w:pPr>
                    <w:rPr>
                      <w:rFonts w:ascii="Aptos" w:eastAsia="Aptos" w:hAnsi="Aptos" w:cs="Aptos"/>
                      <w:sz w:val="20"/>
                      <w:szCs w:val="20"/>
                    </w:rPr>
                  </w:pPr>
                </w:p>
              </w:tc>
            </w:tr>
            <w:tr w:rsidR="66A139EF" w14:paraId="5AFEA08E" w14:textId="77777777" w:rsidTr="66A139EF">
              <w:trPr>
                <w:trHeight w:val="300"/>
              </w:trPr>
              <w:tc>
                <w:tcPr>
                  <w:tcW w:w="5622" w:type="dxa"/>
                  <w:tcMar>
                    <w:left w:w="105" w:type="dxa"/>
                    <w:right w:w="105" w:type="dxa"/>
                  </w:tcMar>
                </w:tcPr>
                <w:p w14:paraId="6024633E" w14:textId="13C49CA7" w:rsidR="66A139EF" w:rsidRDefault="66A139EF" w:rsidP="66A139EF">
                  <w:pPr>
                    <w:rPr>
                      <w:rFonts w:ascii="Aptos" w:eastAsia="Aptos" w:hAnsi="Aptos" w:cs="Aptos"/>
                      <w:sz w:val="20"/>
                      <w:szCs w:val="20"/>
                    </w:rPr>
                  </w:pPr>
                </w:p>
              </w:tc>
              <w:tc>
                <w:tcPr>
                  <w:tcW w:w="1167" w:type="dxa"/>
                  <w:tcMar>
                    <w:left w:w="105" w:type="dxa"/>
                    <w:right w:w="105" w:type="dxa"/>
                  </w:tcMar>
                </w:tcPr>
                <w:p w14:paraId="31F63C0A" w14:textId="0D71C91A" w:rsidR="66A139EF" w:rsidRDefault="66A139EF" w:rsidP="66A139EF">
                  <w:pPr>
                    <w:rPr>
                      <w:rFonts w:ascii="Aptos" w:eastAsia="Aptos" w:hAnsi="Aptos" w:cs="Aptos"/>
                      <w:sz w:val="20"/>
                      <w:szCs w:val="20"/>
                    </w:rPr>
                  </w:pPr>
                </w:p>
              </w:tc>
              <w:tc>
                <w:tcPr>
                  <w:tcW w:w="4986" w:type="dxa"/>
                  <w:tcMar>
                    <w:left w:w="105" w:type="dxa"/>
                    <w:right w:w="105" w:type="dxa"/>
                  </w:tcMar>
                </w:tcPr>
                <w:p w14:paraId="5F95285A" w14:textId="173628FA" w:rsidR="66A139EF" w:rsidRDefault="66A139EF" w:rsidP="66A139EF">
                  <w:pPr>
                    <w:rPr>
                      <w:rFonts w:ascii="Aptos" w:eastAsia="Aptos" w:hAnsi="Aptos" w:cs="Aptos"/>
                      <w:sz w:val="20"/>
                      <w:szCs w:val="20"/>
                    </w:rPr>
                  </w:pPr>
                </w:p>
              </w:tc>
            </w:tr>
            <w:tr w:rsidR="66A139EF" w14:paraId="2D83F6FD" w14:textId="77777777" w:rsidTr="66A139EF">
              <w:trPr>
                <w:trHeight w:val="300"/>
              </w:trPr>
              <w:tc>
                <w:tcPr>
                  <w:tcW w:w="5622" w:type="dxa"/>
                  <w:tcMar>
                    <w:left w:w="105" w:type="dxa"/>
                    <w:right w:w="105" w:type="dxa"/>
                  </w:tcMar>
                </w:tcPr>
                <w:p w14:paraId="69FB0505" w14:textId="5E946F72" w:rsidR="66A139EF" w:rsidRDefault="66A139EF" w:rsidP="66A139EF">
                  <w:pPr>
                    <w:rPr>
                      <w:rFonts w:ascii="Aptos" w:eastAsia="Aptos" w:hAnsi="Aptos" w:cs="Aptos"/>
                      <w:sz w:val="20"/>
                      <w:szCs w:val="20"/>
                    </w:rPr>
                  </w:pPr>
                </w:p>
              </w:tc>
              <w:tc>
                <w:tcPr>
                  <w:tcW w:w="1167" w:type="dxa"/>
                  <w:tcMar>
                    <w:left w:w="105" w:type="dxa"/>
                    <w:right w:w="105" w:type="dxa"/>
                  </w:tcMar>
                </w:tcPr>
                <w:p w14:paraId="6941E0FA" w14:textId="0309863A" w:rsidR="66A139EF" w:rsidRDefault="66A139EF" w:rsidP="66A139EF">
                  <w:pPr>
                    <w:rPr>
                      <w:rFonts w:ascii="Aptos" w:eastAsia="Aptos" w:hAnsi="Aptos" w:cs="Aptos"/>
                      <w:sz w:val="20"/>
                      <w:szCs w:val="20"/>
                    </w:rPr>
                  </w:pPr>
                </w:p>
              </w:tc>
              <w:tc>
                <w:tcPr>
                  <w:tcW w:w="4986" w:type="dxa"/>
                  <w:tcMar>
                    <w:left w:w="105" w:type="dxa"/>
                    <w:right w:w="105" w:type="dxa"/>
                  </w:tcMar>
                </w:tcPr>
                <w:p w14:paraId="00739AA2" w14:textId="1CC1869E" w:rsidR="66A139EF" w:rsidRDefault="66A139EF" w:rsidP="66A139EF">
                  <w:pPr>
                    <w:rPr>
                      <w:rFonts w:ascii="Aptos" w:eastAsia="Aptos" w:hAnsi="Aptos" w:cs="Aptos"/>
                      <w:sz w:val="20"/>
                      <w:szCs w:val="20"/>
                    </w:rPr>
                  </w:pPr>
                </w:p>
              </w:tc>
            </w:tr>
            <w:tr w:rsidR="66A139EF" w14:paraId="095098EC" w14:textId="77777777" w:rsidTr="66A139EF">
              <w:trPr>
                <w:trHeight w:val="300"/>
              </w:trPr>
              <w:tc>
                <w:tcPr>
                  <w:tcW w:w="5622" w:type="dxa"/>
                  <w:tcMar>
                    <w:left w:w="105" w:type="dxa"/>
                    <w:right w:w="105" w:type="dxa"/>
                  </w:tcMar>
                </w:tcPr>
                <w:p w14:paraId="1D826FD8" w14:textId="31F3E6D4" w:rsidR="66A139EF" w:rsidRDefault="66A139EF" w:rsidP="66A139EF">
                  <w:pPr>
                    <w:rPr>
                      <w:rFonts w:ascii="Aptos" w:eastAsia="Aptos" w:hAnsi="Aptos" w:cs="Aptos"/>
                      <w:sz w:val="20"/>
                      <w:szCs w:val="20"/>
                    </w:rPr>
                  </w:pPr>
                </w:p>
              </w:tc>
              <w:tc>
                <w:tcPr>
                  <w:tcW w:w="1167" w:type="dxa"/>
                  <w:tcMar>
                    <w:left w:w="105" w:type="dxa"/>
                    <w:right w:w="105" w:type="dxa"/>
                  </w:tcMar>
                </w:tcPr>
                <w:p w14:paraId="15AC743C" w14:textId="62C4DBDA" w:rsidR="66A139EF" w:rsidRDefault="66A139EF" w:rsidP="66A139EF">
                  <w:pPr>
                    <w:rPr>
                      <w:rFonts w:ascii="Aptos" w:eastAsia="Aptos" w:hAnsi="Aptos" w:cs="Aptos"/>
                      <w:sz w:val="20"/>
                      <w:szCs w:val="20"/>
                    </w:rPr>
                  </w:pPr>
                </w:p>
              </w:tc>
              <w:tc>
                <w:tcPr>
                  <w:tcW w:w="4986" w:type="dxa"/>
                  <w:tcMar>
                    <w:left w:w="105" w:type="dxa"/>
                    <w:right w:w="105" w:type="dxa"/>
                  </w:tcMar>
                </w:tcPr>
                <w:p w14:paraId="3C397FB8" w14:textId="302F49C8" w:rsidR="66A139EF" w:rsidRDefault="66A139EF" w:rsidP="66A139EF">
                  <w:pPr>
                    <w:rPr>
                      <w:rFonts w:ascii="Aptos" w:eastAsia="Aptos" w:hAnsi="Aptos" w:cs="Aptos"/>
                      <w:sz w:val="20"/>
                      <w:szCs w:val="20"/>
                    </w:rPr>
                  </w:pPr>
                </w:p>
              </w:tc>
            </w:tr>
          </w:tbl>
          <w:p w14:paraId="758649F1" w14:textId="4DE02C06" w:rsidR="66A139EF" w:rsidRDefault="66A139EF" w:rsidP="66A139EF">
            <w:pPr>
              <w:rPr>
                <w:rFonts w:ascii="Aptos" w:eastAsia="Aptos" w:hAnsi="Aptos" w:cs="Aptos"/>
                <w:color w:val="000000" w:themeColor="text1"/>
                <w:sz w:val="20"/>
                <w:szCs w:val="20"/>
              </w:rPr>
            </w:pPr>
          </w:p>
          <w:p w14:paraId="1443FCBF" w14:textId="676B58EE"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w:t>
            </w:r>
          </w:p>
          <w:p w14:paraId="0FCB395C" w14:textId="60F429AF" w:rsidR="66A139EF" w:rsidRDefault="66A139EF" w:rsidP="66A139EF">
            <w:pPr>
              <w:rPr>
                <w:rFonts w:ascii="Aptos" w:eastAsia="Aptos" w:hAnsi="Aptos" w:cs="Aptos"/>
                <w:color w:val="000000" w:themeColor="text1"/>
                <w:sz w:val="20"/>
                <w:szCs w:val="20"/>
              </w:rPr>
            </w:pPr>
          </w:p>
        </w:tc>
      </w:tr>
      <w:tr w:rsidR="66A139EF" w14:paraId="4E4959EA" w14:textId="77777777" w:rsidTr="66A139EF">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18C7F2EB" w14:textId="760B4226"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Additional Information and Notes:</w:t>
            </w:r>
          </w:p>
          <w:p w14:paraId="60260BE4" w14:textId="50CC0D71"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+At least one major elective course must be DPDS or WC</w:t>
            </w:r>
          </w:p>
          <w:p w14:paraId="71EFA584" w14:textId="41904864"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 Transfer students with 60 credits or above are not required to complete a minor.</w:t>
            </w:r>
          </w:p>
          <w:p w14:paraId="4850CF48" w14:textId="247E2507"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 </w:t>
            </w:r>
          </w:p>
        </w:tc>
      </w:tr>
      <w:tr w:rsidR="66A139EF" w14:paraId="05DCE8E0" w14:textId="77777777" w:rsidTr="66A139EF">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795AF556" w14:textId="5DC2123C"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t>Total credits for graduation: 120 - 125</w:t>
            </w:r>
          </w:p>
        </w:tc>
      </w:tr>
      <w:tr w:rsidR="66A139EF" w14:paraId="6DD3824F" w14:textId="77777777" w:rsidTr="66A139EF">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2D5E18A2" w14:textId="1816ED0C" w:rsidR="66A139EF" w:rsidRDefault="66A139EF" w:rsidP="66A139EF">
            <w:pPr>
              <w:rPr>
                <w:rFonts w:ascii="Aptos" w:eastAsia="Aptos" w:hAnsi="Aptos" w:cs="Aptos"/>
                <w:color w:val="000000" w:themeColor="text1"/>
                <w:sz w:val="20"/>
                <w:szCs w:val="20"/>
              </w:rPr>
            </w:pPr>
            <w:r w:rsidRPr="66A139EF">
              <w:rPr>
                <w:rFonts w:ascii="Aptos" w:eastAsia="Aptos" w:hAnsi="Aptos" w:cs="Aptos"/>
                <w:color w:val="000000" w:themeColor="text1"/>
                <w:sz w:val="20"/>
                <w:szCs w:val="20"/>
              </w:rPr>
              <w:lastRenderedPageBreak/>
              <w:t>Notes:</w:t>
            </w:r>
          </w:p>
        </w:tc>
      </w:tr>
    </w:tbl>
    <w:p w14:paraId="7C8C5933" w14:textId="1C99CCCD" w:rsidR="66A139EF" w:rsidRDefault="66A139EF"/>
    <w:sectPr w:rsidR="66A139EF" w:rsidSect="0003461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9439">
    <w:abstractNumId w:val="1"/>
  </w:num>
  <w:num w:numId="2" w16cid:durableId="1654479306">
    <w:abstractNumId w:val="3"/>
  </w:num>
  <w:num w:numId="3" w16cid:durableId="1772584400">
    <w:abstractNumId w:val="0"/>
  </w:num>
  <w:num w:numId="4" w16cid:durableId="1794127085">
    <w:abstractNumId w:val="2"/>
  </w:num>
  <w:num w:numId="5" w16cid:durableId="1980071552">
    <w:abstractNumId w:val="6"/>
  </w:num>
  <w:num w:numId="6" w16cid:durableId="213666824">
    <w:abstractNumId w:val="4"/>
  </w:num>
  <w:num w:numId="7" w16cid:durableId="504636639">
    <w:abstractNumId w:val="5"/>
  </w:num>
  <w:num w:numId="8" w16cid:durableId="568347779">
    <w:abstractNumId w:val="7"/>
  </w:num>
  <w:num w:numId="9" w16cid:durableId="7682790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1"/>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3FF1"/>
    <w:rsid w:val="00033741"/>
    <w:rsid w:val="00034616"/>
    <w:rsid w:val="0006063C"/>
    <w:rsid w:val="0015074B"/>
    <w:rsid w:val="0015368B"/>
    <w:rsid w:val="00216121"/>
    <w:rsid w:val="00265115"/>
    <w:rsid w:val="0029639D"/>
    <w:rsid w:val="00326F90"/>
    <w:rsid w:val="00347817"/>
    <w:rsid w:val="00420CB7"/>
    <w:rsid w:val="00441E4E"/>
    <w:rsid w:val="00445726"/>
    <w:rsid w:val="00482973"/>
    <w:rsid w:val="00570B1E"/>
    <w:rsid w:val="00641228"/>
    <w:rsid w:val="00671DD9"/>
    <w:rsid w:val="00710C6A"/>
    <w:rsid w:val="00722D89"/>
    <w:rsid w:val="00896F9E"/>
    <w:rsid w:val="009348EF"/>
    <w:rsid w:val="0094D93B"/>
    <w:rsid w:val="00A13D36"/>
    <w:rsid w:val="00AA1D8D"/>
    <w:rsid w:val="00AD9765"/>
    <w:rsid w:val="00B47730"/>
    <w:rsid w:val="00CB0664"/>
    <w:rsid w:val="00D101C7"/>
    <w:rsid w:val="00D24D3E"/>
    <w:rsid w:val="00DA31E6"/>
    <w:rsid w:val="00E24613"/>
    <w:rsid w:val="00FC693F"/>
    <w:rsid w:val="01BD04DE"/>
    <w:rsid w:val="023A7A2E"/>
    <w:rsid w:val="045C4FFE"/>
    <w:rsid w:val="053682A2"/>
    <w:rsid w:val="055F8B0D"/>
    <w:rsid w:val="061B64C1"/>
    <w:rsid w:val="06D3106B"/>
    <w:rsid w:val="06F2055F"/>
    <w:rsid w:val="076A71C4"/>
    <w:rsid w:val="097FA16F"/>
    <w:rsid w:val="0A88D87B"/>
    <w:rsid w:val="0DFED5E2"/>
    <w:rsid w:val="10B437FE"/>
    <w:rsid w:val="119B408D"/>
    <w:rsid w:val="1242441B"/>
    <w:rsid w:val="1292C87A"/>
    <w:rsid w:val="13D4269C"/>
    <w:rsid w:val="15491DB1"/>
    <w:rsid w:val="160FE554"/>
    <w:rsid w:val="166FAE07"/>
    <w:rsid w:val="17DBF46B"/>
    <w:rsid w:val="1AA053F4"/>
    <w:rsid w:val="1C0DCB4F"/>
    <w:rsid w:val="1C4597CA"/>
    <w:rsid w:val="1FA6C50C"/>
    <w:rsid w:val="204AF5FF"/>
    <w:rsid w:val="235BEB7E"/>
    <w:rsid w:val="25440F92"/>
    <w:rsid w:val="261F92E5"/>
    <w:rsid w:val="27DD843E"/>
    <w:rsid w:val="282FC05C"/>
    <w:rsid w:val="28D4F30D"/>
    <w:rsid w:val="29B82118"/>
    <w:rsid w:val="29E72772"/>
    <w:rsid w:val="2BBD468C"/>
    <w:rsid w:val="2D8B9EFF"/>
    <w:rsid w:val="2D9C9DB0"/>
    <w:rsid w:val="2F3DE0CE"/>
    <w:rsid w:val="2FABC3F0"/>
    <w:rsid w:val="302AB383"/>
    <w:rsid w:val="31754457"/>
    <w:rsid w:val="3178416E"/>
    <w:rsid w:val="33143ED3"/>
    <w:rsid w:val="35739AB2"/>
    <w:rsid w:val="3688423E"/>
    <w:rsid w:val="37CFB836"/>
    <w:rsid w:val="380C5012"/>
    <w:rsid w:val="38A5AF1B"/>
    <w:rsid w:val="3A5D42F8"/>
    <w:rsid w:val="3ABCE1D9"/>
    <w:rsid w:val="3D21AC83"/>
    <w:rsid w:val="3E7005B3"/>
    <w:rsid w:val="3EEE7AAF"/>
    <w:rsid w:val="43BB03D6"/>
    <w:rsid w:val="43F3093D"/>
    <w:rsid w:val="444B22AA"/>
    <w:rsid w:val="45480E05"/>
    <w:rsid w:val="46FB37FB"/>
    <w:rsid w:val="485DC7C2"/>
    <w:rsid w:val="487CB3A9"/>
    <w:rsid w:val="48D5CD4C"/>
    <w:rsid w:val="49CE8D49"/>
    <w:rsid w:val="4A4F3429"/>
    <w:rsid w:val="4A534725"/>
    <w:rsid w:val="4A6F0646"/>
    <w:rsid w:val="4B0A5222"/>
    <w:rsid w:val="4B60CFC8"/>
    <w:rsid w:val="4BB08607"/>
    <w:rsid w:val="4C32CF30"/>
    <w:rsid w:val="4CC12686"/>
    <w:rsid w:val="4F670A9B"/>
    <w:rsid w:val="4FF62D8A"/>
    <w:rsid w:val="51347D96"/>
    <w:rsid w:val="5181A5F7"/>
    <w:rsid w:val="51C4CC86"/>
    <w:rsid w:val="5243D67C"/>
    <w:rsid w:val="52AD3075"/>
    <w:rsid w:val="5424AE7F"/>
    <w:rsid w:val="54E84EE9"/>
    <w:rsid w:val="55267F51"/>
    <w:rsid w:val="5705C7A5"/>
    <w:rsid w:val="574C9B18"/>
    <w:rsid w:val="58B044D2"/>
    <w:rsid w:val="58B8961D"/>
    <w:rsid w:val="5A246927"/>
    <w:rsid w:val="5A8D5CEE"/>
    <w:rsid w:val="5B4809B7"/>
    <w:rsid w:val="5C082995"/>
    <w:rsid w:val="5CDE2820"/>
    <w:rsid w:val="5D051FB3"/>
    <w:rsid w:val="5DBA3BB5"/>
    <w:rsid w:val="5FBCDF27"/>
    <w:rsid w:val="6080868C"/>
    <w:rsid w:val="6111CAAF"/>
    <w:rsid w:val="61173EC5"/>
    <w:rsid w:val="61FED0C4"/>
    <w:rsid w:val="6240AE6E"/>
    <w:rsid w:val="62D7F3E6"/>
    <w:rsid w:val="63AC942B"/>
    <w:rsid w:val="648E269B"/>
    <w:rsid w:val="659C5BB8"/>
    <w:rsid w:val="667C9D8D"/>
    <w:rsid w:val="66A139EF"/>
    <w:rsid w:val="69084D27"/>
    <w:rsid w:val="6A0BC31C"/>
    <w:rsid w:val="6B237DEF"/>
    <w:rsid w:val="6D548F61"/>
    <w:rsid w:val="6E14F460"/>
    <w:rsid w:val="6F4B4E9E"/>
    <w:rsid w:val="6FF1A572"/>
    <w:rsid w:val="71A3F3A6"/>
    <w:rsid w:val="7331DB8E"/>
    <w:rsid w:val="7463F0BF"/>
    <w:rsid w:val="7A91A455"/>
    <w:rsid w:val="7AE20C1C"/>
    <w:rsid w:val="7B05C771"/>
    <w:rsid w:val="7BEDC4EA"/>
    <w:rsid w:val="7C768E41"/>
    <w:rsid w:val="7CF3A63D"/>
    <w:rsid w:val="7F3977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BCCCC6"/>
  <w14:defaultImageDpi w14:val="300"/>
  <w15:docId w15:val="{150B5B9F-A82D-4D36-A97B-F64165C35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9"/>
      </w:numPr>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7"/>
      </w:numPr>
      <w:contextualSpacing/>
    </w:pPr>
  </w:style>
  <w:style w:type="paragraph" w:styleId="ListNumber">
    <w:name w:val="List Number"/>
    <w:basedOn w:val="Normal"/>
    <w:uiPriority w:val="99"/>
    <w:unhideWhenUsed/>
    <w:rsid w:val="00326F90"/>
    <w:pPr>
      <w:numPr>
        <w:numId w:val="8"/>
      </w:numPr>
      <w:contextualSpacing/>
    </w:pPr>
  </w:style>
  <w:style w:type="paragraph" w:styleId="ListNumber2">
    <w:name w:val="List Number 2"/>
    <w:basedOn w:val="Normal"/>
    <w:uiPriority w:val="99"/>
    <w:unhideWhenUsed/>
    <w:rsid w:val="0029639D"/>
    <w:pPr>
      <w:numPr>
        <w:numId w:val="2"/>
      </w:numPr>
      <w:contextualSpacing/>
    </w:pPr>
  </w:style>
  <w:style w:type="paragraph" w:styleId="ListNumber3">
    <w:name w:val="List Number 3"/>
    <w:basedOn w:val="Normal"/>
    <w:uiPriority w:val="99"/>
    <w:unhideWhenUsed/>
    <w:rsid w:val="0029639D"/>
    <w:pPr>
      <w:numPr>
        <w:numId w:val="4"/>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45726"/>
    <w:rPr>
      <w:color w:val="0000FF" w:themeColor="hyperlink"/>
      <w:u w:val="single"/>
    </w:rPr>
  </w:style>
  <w:style w:type="character" w:styleId="UnresolvedMention">
    <w:name w:val="Unresolved Mention"/>
    <w:basedOn w:val="DefaultParagraphFont"/>
    <w:uiPriority w:val="99"/>
    <w:semiHidden/>
    <w:unhideWhenUsed/>
    <w:rsid w:val="004457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talog.bhcc.edu/preview_program.php?poid=1652" TargetMode="External"/><Relationship Id="rId3" Type="http://schemas.openxmlformats.org/officeDocument/2006/relationships/settings" Target="settings.xml"/><Relationship Id="rId7" Type="http://schemas.openxmlformats.org/officeDocument/2006/relationships/hyperlink" Target="https://catalog.bhcc.edu/preview_program.php?poid=165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talog.bhcc.edu/preview_program.php?poid=1652" TargetMode="External"/><Relationship Id="rId5" Type="http://schemas.openxmlformats.org/officeDocument/2006/relationships/hyperlink" Target="https://catalog.bhcc.edu/preview_program.php?poid=165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70d32b73-b457-49d1-950c-4f78aeffc21b}" enabled="0" method="" siteId="{70d32b73-b457-49d1-950c-4f78aeffc21b}" removed="1"/>
</clbl:labelList>
</file>

<file path=docProps/app.xml><?xml version="1.0" encoding="utf-8"?>
<Properties xmlns="http://schemas.openxmlformats.org/officeDocument/2006/extended-properties" xmlns:vt="http://schemas.openxmlformats.org/officeDocument/2006/docPropsVTypes">
  <Template>Normal</Template>
  <TotalTime>12</TotalTime>
  <Pages>8</Pages>
  <Words>1122</Words>
  <Characters>6402</Characters>
  <Application>Microsoft Office Word</Application>
  <DocSecurity>8</DocSecurity>
  <Lines>53</Lines>
  <Paragraphs>15</Paragraphs>
  <ScaleCrop>false</ScaleCrop>
  <Manager/>
  <Company/>
  <LinksUpToDate>false</LinksUpToDate>
  <CharactersWithSpaces>7509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Avril Hevey-Doucette</cp:lastModifiedBy>
  <cp:revision>15</cp:revision>
  <dcterms:created xsi:type="dcterms:W3CDTF">2026-05-18T13:32:00Z</dcterms:created>
  <dcterms:modified xsi:type="dcterms:W3CDTF">2026-09-29T13:21:00Z</dcterms:modified>
  <cp:category/>
</cp:coreProperties>
</file>