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D13D" w14:textId="77777777" w:rsidR="00D24D3E" w:rsidRDefault="00710C6A">
      <w:pPr>
        <w:pStyle w:val="Title"/>
      </w:pPr>
      <w:r>
        <w:t>Salem State University Advising Map</w:t>
      </w:r>
    </w:p>
    <w:p w14:paraId="626CCB87" w14:textId="56E9AE96" w:rsidR="00D24D3E" w:rsidRDefault="22CD47DA" w:rsidP="50D8783D">
      <w:pPr>
        <w:pStyle w:val="Heading1"/>
        <w:rPr>
          <w:rFonts w:ascii="Calibri" w:eastAsia="MS Gothic" w:hAnsi="Calibri" w:cs="Times New Roman"/>
        </w:rPr>
      </w:pPr>
      <w:r>
        <w:t xml:space="preserve">Bunker Hill Community College Communication </w:t>
      </w:r>
      <w:r w:rsidR="2903D12A">
        <w:t>Concentration A.A.</w:t>
      </w:r>
      <w:r>
        <w:t xml:space="preserve"> mapped to Salem State University</w:t>
      </w:r>
      <w:r w:rsidR="55495720">
        <w:t xml:space="preserve"> </w:t>
      </w:r>
      <w:r w:rsidR="7FF58205" w:rsidRPr="50D8783D">
        <w:rPr>
          <w:rFonts w:ascii="Calibri" w:eastAsia="MS Gothic" w:hAnsi="Calibri" w:cs="Times New Roman"/>
        </w:rPr>
        <w:t>Media &amp; Communication, BS</w:t>
      </w:r>
    </w:p>
    <w:p w14:paraId="02C8E6FE" w14:textId="77777777" w:rsidR="00D24D3E" w:rsidRDefault="00710C6A">
      <w:pPr>
        <w:pStyle w:val="Heading2"/>
      </w:pPr>
      <w:r>
        <w:t>Catalog Information</w:t>
      </w:r>
    </w:p>
    <w:p w14:paraId="705255CB" w14:textId="7D0CEEB9" w:rsidR="00D24D3E" w:rsidRDefault="581E9BED">
      <w:r>
        <w:t>Bunker Hill Community College Catalog Year: 202</w:t>
      </w:r>
      <w:r w:rsidR="6E2B3578">
        <w:t>6</w:t>
      </w:r>
      <w:r>
        <w:t>–202</w:t>
      </w:r>
      <w:r w:rsidR="30546C53">
        <w:t>7</w:t>
      </w:r>
      <w:r w:rsidR="00710C6A">
        <w:br/>
      </w:r>
      <w:r>
        <w:t>Salem State University Catalog Year: 202</w:t>
      </w:r>
      <w:r w:rsidR="411DD8B5">
        <w:t>6</w:t>
      </w:r>
      <w:r>
        <w:t>–202</w:t>
      </w:r>
      <w:r w:rsidR="7CAD8A26">
        <w:t>7</w:t>
      </w:r>
    </w:p>
    <w:p w14:paraId="21B23D71" w14:textId="77777777" w:rsidR="00D24D3E" w:rsidRDefault="00710C6A">
      <w:pPr>
        <w:pStyle w:val="Heading2"/>
      </w:pPr>
      <w:r>
        <w:t>Advising Notes</w:t>
      </w:r>
    </w:p>
    <w:p w14:paraId="4DEBE9CC" w14:textId="77777777" w:rsidR="00D24D3E" w:rsidRDefault="00710C6A">
      <w:r>
        <w:t>This map is a Salem State University advising tool only. Bunker Hill Community College students should work with their Bunker Hill Community College advisor. This program includes the required courses for the MassTransfer General Education Foundation.</w:t>
      </w:r>
    </w:p>
    <w:p w14:paraId="6E751777" w14:textId="77777777" w:rsidR="00D24D3E" w:rsidRDefault="00710C6A">
      <w:pPr>
        <w:pStyle w:val="Heading2"/>
      </w:pPr>
      <w:r>
        <w:t>MassTransfer General Education Foundation</w:t>
      </w:r>
    </w:p>
    <w:p w14:paraId="1D1220B3" w14:textId="77777777" w:rsidR="00D24D3E" w:rsidRDefault="00710C6A">
      <w:r>
        <w:t>The following table lists MassTransfer General Education requirements and their corresponding Bunker Hill Community College courses.</w:t>
      </w:r>
    </w:p>
    <w:tbl>
      <w:tblPr>
        <w:tblStyle w:val="TableGrid"/>
        <w:tblW w:w="0" w:type="auto"/>
        <w:tblLook w:val="04A0" w:firstRow="1" w:lastRow="0" w:firstColumn="1" w:lastColumn="0" w:noHBand="0" w:noVBand="1"/>
      </w:tblPr>
      <w:tblGrid>
        <w:gridCol w:w="7200"/>
        <w:gridCol w:w="7200"/>
      </w:tblGrid>
      <w:tr w:rsidR="00D24D3E" w14:paraId="76888513" w14:textId="77777777" w:rsidTr="06F2055F">
        <w:trPr>
          <w:tblHeader/>
        </w:trPr>
        <w:tc>
          <w:tcPr>
            <w:tcW w:w="7200" w:type="dxa"/>
          </w:tcPr>
          <w:p w14:paraId="5B7D3F3A" w14:textId="77777777" w:rsidR="00D24D3E" w:rsidRDefault="00710C6A">
            <w:r>
              <w:t>MassTransfer Requirement</w:t>
            </w:r>
          </w:p>
        </w:tc>
        <w:tc>
          <w:tcPr>
            <w:tcW w:w="7200" w:type="dxa"/>
          </w:tcPr>
          <w:p w14:paraId="6EEF89DB" w14:textId="77777777" w:rsidR="00D24D3E" w:rsidRDefault="00710C6A">
            <w:r>
              <w:t>Bunker Hill Community College Course(s)</w:t>
            </w:r>
          </w:p>
        </w:tc>
      </w:tr>
      <w:tr w:rsidR="00D24D3E" w14:paraId="2748DF65" w14:textId="77777777" w:rsidTr="06F2055F">
        <w:tc>
          <w:tcPr>
            <w:tcW w:w="7200" w:type="dxa"/>
          </w:tcPr>
          <w:p w14:paraId="6E66271B" w14:textId="77777777" w:rsidR="00D24D3E" w:rsidRDefault="00710C6A">
            <w:r>
              <w:t>Composition I</w:t>
            </w:r>
          </w:p>
        </w:tc>
        <w:tc>
          <w:tcPr>
            <w:tcW w:w="7200" w:type="dxa"/>
          </w:tcPr>
          <w:p w14:paraId="5FF724BA" w14:textId="77777777" w:rsidR="00722D89" w:rsidRDefault="00023FF1">
            <w:r>
              <w:t>ENG-111 – College Writing I</w:t>
            </w:r>
          </w:p>
        </w:tc>
      </w:tr>
      <w:tr w:rsidR="00D24D3E" w14:paraId="4C297750" w14:textId="77777777" w:rsidTr="06F2055F">
        <w:tc>
          <w:tcPr>
            <w:tcW w:w="7200" w:type="dxa"/>
          </w:tcPr>
          <w:p w14:paraId="31AEE7C8" w14:textId="77777777" w:rsidR="00D24D3E" w:rsidRDefault="00710C6A">
            <w:r>
              <w:t>Composition II</w:t>
            </w:r>
          </w:p>
        </w:tc>
        <w:tc>
          <w:tcPr>
            <w:tcW w:w="7200" w:type="dxa"/>
          </w:tcPr>
          <w:p w14:paraId="1DFE9F14" w14:textId="77777777" w:rsidR="00722D89" w:rsidRDefault="00023FF1">
            <w:r>
              <w:t>ENG-112 – College Writing II</w:t>
            </w:r>
          </w:p>
        </w:tc>
      </w:tr>
      <w:tr w:rsidR="00D24D3E" w14:paraId="6FD58CB7" w14:textId="77777777" w:rsidTr="06F2055F">
        <w:tc>
          <w:tcPr>
            <w:tcW w:w="7200" w:type="dxa"/>
          </w:tcPr>
          <w:p w14:paraId="6DD328FA" w14:textId="77777777" w:rsidR="00D24D3E" w:rsidRDefault="00710C6A">
            <w:r>
              <w:t>Behavioral/Social Science</w:t>
            </w:r>
          </w:p>
        </w:tc>
        <w:tc>
          <w:tcPr>
            <w:tcW w:w="7200" w:type="dxa"/>
          </w:tcPr>
          <w:p w14:paraId="58D7F4C2" w14:textId="77777777" w:rsidR="00722D89" w:rsidRDefault="00023FF1">
            <w:r>
              <w:t>Behavioral Science Elective</w:t>
            </w:r>
          </w:p>
        </w:tc>
      </w:tr>
      <w:tr w:rsidR="00D24D3E" w14:paraId="7E920B43" w14:textId="77777777" w:rsidTr="06F2055F">
        <w:tc>
          <w:tcPr>
            <w:tcW w:w="7200" w:type="dxa"/>
          </w:tcPr>
          <w:p w14:paraId="6E844B4E" w14:textId="77777777" w:rsidR="00D24D3E" w:rsidRDefault="00710C6A">
            <w:r>
              <w:t>Behavioral/Social Science</w:t>
            </w:r>
          </w:p>
        </w:tc>
        <w:tc>
          <w:tcPr>
            <w:tcW w:w="7200" w:type="dxa"/>
          </w:tcPr>
          <w:p w14:paraId="6449CEDE" w14:textId="5349B22F" w:rsidR="00722D89" w:rsidRDefault="001E119E">
            <w:r w:rsidRPr="00033741">
              <w:rPr>
                <w:i/>
                <w:iCs/>
              </w:rPr>
              <w:t xml:space="preserve">Choose a course from the Community and Cultural Contexts menu. </w:t>
            </w:r>
            <w:hyperlink r:id="rId5" w:anchor="tt6321" w:tgtFrame="_blank" w:history="1">
              <w:r w:rsidRPr="00033741">
                <w:rPr>
                  <w:rStyle w:val="Hyperlink"/>
                  <w:i/>
                  <w:iCs/>
                </w:rPr>
                <w:t>PSY-107</w:t>
              </w:r>
            </w:hyperlink>
            <w:r w:rsidRPr="00033741">
              <w:rPr>
                <w:i/>
                <w:iCs/>
              </w:rPr>
              <w:t xml:space="preserve"> or </w:t>
            </w:r>
            <w:hyperlink r:id="rId6" w:anchor="tt7166" w:tgtFrame="_blank" w:history="1">
              <w:r w:rsidRPr="00033741">
                <w:rPr>
                  <w:rStyle w:val="Hyperlink"/>
                  <w:i/>
                  <w:iCs/>
                </w:rPr>
                <w:t>SOC-101</w:t>
              </w:r>
            </w:hyperlink>
            <w:r w:rsidRPr="00033741">
              <w:rPr>
                <w:i/>
                <w:iCs/>
              </w:rPr>
              <w:t> recommended.</w:t>
            </w:r>
          </w:p>
        </w:tc>
      </w:tr>
      <w:tr w:rsidR="00D24D3E" w14:paraId="1FB4A76D" w14:textId="77777777" w:rsidTr="06F2055F">
        <w:tc>
          <w:tcPr>
            <w:tcW w:w="7200" w:type="dxa"/>
          </w:tcPr>
          <w:p w14:paraId="43C709C4" w14:textId="77777777" w:rsidR="00D24D3E" w:rsidRDefault="00710C6A">
            <w:r>
              <w:t>Behavioral/Social Science</w:t>
            </w:r>
          </w:p>
        </w:tc>
        <w:tc>
          <w:tcPr>
            <w:tcW w:w="7200" w:type="dxa"/>
          </w:tcPr>
          <w:p w14:paraId="45CE8AEE" w14:textId="599CBF26" w:rsidR="00722D89" w:rsidRDefault="4A4F3429">
            <w:r>
              <w:t>COM-212</w:t>
            </w:r>
          </w:p>
        </w:tc>
      </w:tr>
      <w:tr w:rsidR="00D24D3E" w14:paraId="75905625" w14:textId="77777777" w:rsidTr="06F2055F">
        <w:tc>
          <w:tcPr>
            <w:tcW w:w="7200" w:type="dxa"/>
          </w:tcPr>
          <w:p w14:paraId="7087C7B4" w14:textId="77777777" w:rsidR="00D24D3E" w:rsidRDefault="00710C6A">
            <w:r>
              <w:t>Humanities/Fine Arts</w:t>
            </w:r>
          </w:p>
        </w:tc>
        <w:tc>
          <w:tcPr>
            <w:tcW w:w="7200" w:type="dxa"/>
          </w:tcPr>
          <w:p w14:paraId="24052CB1" w14:textId="77777777" w:rsidR="00722D89" w:rsidRDefault="00023FF1">
            <w:r>
              <w:t>COM-101 – Film As Art</w:t>
            </w:r>
          </w:p>
        </w:tc>
      </w:tr>
      <w:tr w:rsidR="00D24D3E" w14:paraId="03D3D7D4" w14:textId="77777777" w:rsidTr="06F2055F">
        <w:tc>
          <w:tcPr>
            <w:tcW w:w="7200" w:type="dxa"/>
          </w:tcPr>
          <w:p w14:paraId="3D45AD19" w14:textId="77777777" w:rsidR="00D24D3E" w:rsidRDefault="00710C6A">
            <w:r>
              <w:t>Humanities/Fine Arts</w:t>
            </w:r>
          </w:p>
        </w:tc>
        <w:tc>
          <w:tcPr>
            <w:tcW w:w="7200" w:type="dxa"/>
          </w:tcPr>
          <w:p w14:paraId="350E620A" w14:textId="77777777" w:rsidR="00722D89" w:rsidRDefault="00023FF1">
            <w:r>
              <w:t>Literature Elective</w:t>
            </w:r>
          </w:p>
        </w:tc>
      </w:tr>
      <w:tr w:rsidR="00D24D3E" w14:paraId="1742EA25" w14:textId="77777777" w:rsidTr="06F2055F">
        <w:tc>
          <w:tcPr>
            <w:tcW w:w="7200" w:type="dxa"/>
          </w:tcPr>
          <w:p w14:paraId="710B8A59" w14:textId="77777777" w:rsidR="00D24D3E" w:rsidRDefault="00710C6A">
            <w:r>
              <w:t>Humanities/Fine Arts</w:t>
            </w:r>
          </w:p>
        </w:tc>
        <w:tc>
          <w:tcPr>
            <w:tcW w:w="7200" w:type="dxa"/>
          </w:tcPr>
          <w:p w14:paraId="62C76A39" w14:textId="77777777" w:rsidR="00722D89" w:rsidRDefault="00023FF1">
            <w:r>
              <w:t>Creative Work (GenEd-CW)</w:t>
            </w:r>
          </w:p>
        </w:tc>
      </w:tr>
      <w:tr w:rsidR="00D24D3E" w14:paraId="424C2624" w14:textId="77777777" w:rsidTr="06F2055F">
        <w:tc>
          <w:tcPr>
            <w:tcW w:w="7200" w:type="dxa"/>
          </w:tcPr>
          <w:p w14:paraId="7D1D5452" w14:textId="77777777" w:rsidR="00D24D3E" w:rsidRDefault="00710C6A">
            <w:r>
              <w:t>Laboratory Science</w:t>
            </w:r>
          </w:p>
        </w:tc>
        <w:tc>
          <w:tcPr>
            <w:tcW w:w="7200" w:type="dxa"/>
          </w:tcPr>
          <w:p w14:paraId="6938C78C" w14:textId="77777777" w:rsidR="00722D89" w:rsidRDefault="00023FF1">
            <w:r>
              <w:t>Scientific Reasoning (GenEd-SR)</w:t>
            </w:r>
          </w:p>
        </w:tc>
      </w:tr>
      <w:tr w:rsidR="00D24D3E" w14:paraId="3A99A39C" w14:textId="77777777" w:rsidTr="06F2055F">
        <w:tc>
          <w:tcPr>
            <w:tcW w:w="7200" w:type="dxa"/>
          </w:tcPr>
          <w:p w14:paraId="7E601C93" w14:textId="77777777" w:rsidR="00D24D3E" w:rsidRDefault="00710C6A">
            <w:r>
              <w:t>Science</w:t>
            </w:r>
          </w:p>
        </w:tc>
        <w:tc>
          <w:tcPr>
            <w:tcW w:w="7200" w:type="dxa"/>
          </w:tcPr>
          <w:p w14:paraId="48352A03" w14:textId="77777777" w:rsidR="00722D89" w:rsidRDefault="00023FF1">
            <w:r>
              <w:t>Lab Science Elective</w:t>
            </w:r>
          </w:p>
        </w:tc>
      </w:tr>
      <w:tr w:rsidR="00D24D3E" w14:paraId="77476E36" w14:textId="77777777" w:rsidTr="06F2055F">
        <w:tc>
          <w:tcPr>
            <w:tcW w:w="7200" w:type="dxa"/>
          </w:tcPr>
          <w:p w14:paraId="33266E71" w14:textId="77777777" w:rsidR="00D24D3E" w:rsidRDefault="00710C6A">
            <w:r>
              <w:t>Mathematics</w:t>
            </w:r>
          </w:p>
        </w:tc>
        <w:tc>
          <w:tcPr>
            <w:tcW w:w="7200" w:type="dxa"/>
          </w:tcPr>
          <w:p w14:paraId="6467A590" w14:textId="77777777" w:rsidR="00722D89" w:rsidRDefault="00023FF1">
            <w:r>
              <w:t>GenEd-QPS (MAT-181 or MAT-174)</w:t>
            </w:r>
          </w:p>
        </w:tc>
      </w:tr>
    </w:tbl>
    <w:p w14:paraId="0A5BF2D9" w14:textId="77777777" w:rsidR="00D24D3E" w:rsidRDefault="00710C6A">
      <w:pPr>
        <w:pStyle w:val="Heading2"/>
      </w:pPr>
      <w:r>
        <w:t>Bunker Hill Community College to Salem State Course Articulation</w:t>
      </w:r>
    </w:p>
    <w:p w14:paraId="04803199" w14:textId="77777777" w:rsidR="00D24D3E" w:rsidRDefault="00710C6A">
      <w:r>
        <w:t>The following table shows Bunker Hill Community College courses, their Salem State equivalents, credits, and how each course applies to the Salem State program.</w:t>
      </w:r>
    </w:p>
    <w:tbl>
      <w:tblPr>
        <w:tblStyle w:val="TableGrid"/>
        <w:tblW w:w="0" w:type="auto"/>
        <w:tblLook w:val="04A0" w:firstRow="1" w:lastRow="0" w:firstColumn="1" w:lastColumn="0" w:noHBand="0" w:noVBand="1"/>
      </w:tblPr>
      <w:tblGrid>
        <w:gridCol w:w="2880"/>
        <w:gridCol w:w="2880"/>
        <w:gridCol w:w="2880"/>
        <w:gridCol w:w="2880"/>
        <w:gridCol w:w="2880"/>
      </w:tblGrid>
      <w:tr w:rsidR="00D24D3E" w14:paraId="13CAB19F" w14:textId="77777777" w:rsidTr="50D8783D">
        <w:trPr>
          <w:tblHeader/>
        </w:trPr>
        <w:tc>
          <w:tcPr>
            <w:tcW w:w="2880" w:type="dxa"/>
          </w:tcPr>
          <w:p w14:paraId="44FB67FD" w14:textId="77777777" w:rsidR="00D24D3E" w:rsidRDefault="00710C6A">
            <w:r>
              <w:lastRenderedPageBreak/>
              <w:t>Bunker Hill Community College Course Number</w:t>
            </w:r>
          </w:p>
        </w:tc>
        <w:tc>
          <w:tcPr>
            <w:tcW w:w="2880" w:type="dxa"/>
          </w:tcPr>
          <w:p w14:paraId="7BD13198" w14:textId="77777777" w:rsidR="00D24D3E" w:rsidRDefault="00710C6A">
            <w:r>
              <w:t>Course Title</w:t>
            </w:r>
          </w:p>
        </w:tc>
        <w:tc>
          <w:tcPr>
            <w:tcW w:w="2880" w:type="dxa"/>
          </w:tcPr>
          <w:p w14:paraId="23688882" w14:textId="77777777" w:rsidR="00D24D3E" w:rsidRDefault="00710C6A">
            <w:r>
              <w:t>Credits</w:t>
            </w:r>
          </w:p>
        </w:tc>
        <w:tc>
          <w:tcPr>
            <w:tcW w:w="2880" w:type="dxa"/>
          </w:tcPr>
          <w:p w14:paraId="7C49B977" w14:textId="77777777" w:rsidR="00D24D3E" w:rsidRDefault="00710C6A">
            <w:r>
              <w:t>Salem State Equivalent</w:t>
            </w:r>
          </w:p>
        </w:tc>
        <w:tc>
          <w:tcPr>
            <w:tcW w:w="2880" w:type="dxa"/>
          </w:tcPr>
          <w:p w14:paraId="1D18633C" w14:textId="77777777" w:rsidR="00D24D3E" w:rsidRDefault="00710C6A">
            <w:r>
              <w:t>Application to Salem State Program</w:t>
            </w:r>
          </w:p>
          <w:p w14:paraId="335D0D0E" w14:textId="77777777" w:rsidR="00C12632" w:rsidRDefault="00C12632"/>
        </w:tc>
      </w:tr>
      <w:tr w:rsidR="00D24D3E" w14:paraId="7E986E46" w14:textId="77777777" w:rsidTr="50D8783D">
        <w:tc>
          <w:tcPr>
            <w:tcW w:w="2880" w:type="dxa"/>
          </w:tcPr>
          <w:p w14:paraId="620CEAF0" w14:textId="77777777" w:rsidR="00722D89" w:rsidRDefault="00023FF1">
            <w:r>
              <w:t>ENG-111</w:t>
            </w:r>
          </w:p>
        </w:tc>
        <w:tc>
          <w:tcPr>
            <w:tcW w:w="2880" w:type="dxa"/>
          </w:tcPr>
          <w:p w14:paraId="249DF2A6" w14:textId="77777777" w:rsidR="00722D89" w:rsidRDefault="00023FF1">
            <w:r>
              <w:t>College Writing I</w:t>
            </w:r>
          </w:p>
        </w:tc>
        <w:tc>
          <w:tcPr>
            <w:tcW w:w="2880" w:type="dxa"/>
          </w:tcPr>
          <w:p w14:paraId="5A728EA3" w14:textId="77777777" w:rsidR="00722D89" w:rsidRDefault="00023FF1">
            <w:r>
              <w:t>3</w:t>
            </w:r>
          </w:p>
        </w:tc>
        <w:tc>
          <w:tcPr>
            <w:tcW w:w="2880" w:type="dxa"/>
          </w:tcPr>
          <w:p w14:paraId="77D6F63A" w14:textId="77777777" w:rsidR="00722D89" w:rsidRDefault="00023FF1">
            <w:r>
              <w:t>ENL105</w:t>
            </w:r>
          </w:p>
        </w:tc>
        <w:tc>
          <w:tcPr>
            <w:tcW w:w="2880" w:type="dxa"/>
          </w:tcPr>
          <w:p w14:paraId="0CB1084F" w14:textId="1A0055F3" w:rsidR="00722D89" w:rsidRDefault="18178B05">
            <w:r>
              <w:t>Free Elective due to MassTransfer GenEd Exemption</w:t>
            </w:r>
          </w:p>
        </w:tc>
      </w:tr>
      <w:tr w:rsidR="00D24D3E" w14:paraId="7C7618FF" w14:textId="77777777" w:rsidTr="50D8783D">
        <w:tc>
          <w:tcPr>
            <w:tcW w:w="2880" w:type="dxa"/>
          </w:tcPr>
          <w:p w14:paraId="38CB80BF" w14:textId="77777777" w:rsidR="00722D89" w:rsidRDefault="00023FF1">
            <w:r>
              <w:t>COM-110</w:t>
            </w:r>
          </w:p>
        </w:tc>
        <w:tc>
          <w:tcPr>
            <w:tcW w:w="2880" w:type="dxa"/>
          </w:tcPr>
          <w:p w14:paraId="7216E90A" w14:textId="77777777" w:rsidR="00722D89" w:rsidRDefault="00023FF1">
            <w:r>
              <w:t>Introduction to Communication</w:t>
            </w:r>
          </w:p>
        </w:tc>
        <w:tc>
          <w:tcPr>
            <w:tcW w:w="2880" w:type="dxa"/>
          </w:tcPr>
          <w:p w14:paraId="73F713AC" w14:textId="77777777" w:rsidR="00722D89" w:rsidRDefault="00023FF1">
            <w:r>
              <w:t>3</w:t>
            </w:r>
          </w:p>
        </w:tc>
        <w:tc>
          <w:tcPr>
            <w:tcW w:w="2880" w:type="dxa"/>
          </w:tcPr>
          <w:p w14:paraId="68BAB52D" w14:textId="77777777" w:rsidR="00722D89" w:rsidRDefault="00023FF1">
            <w:r>
              <w:t>MCO100</w:t>
            </w:r>
          </w:p>
        </w:tc>
        <w:tc>
          <w:tcPr>
            <w:tcW w:w="2880" w:type="dxa"/>
          </w:tcPr>
          <w:p w14:paraId="5DC57DC0" w14:textId="34F579FA" w:rsidR="00722D89" w:rsidRDefault="0B747338">
            <w:r>
              <w:t>Major Elective</w:t>
            </w:r>
          </w:p>
        </w:tc>
      </w:tr>
      <w:tr w:rsidR="00D24D3E" w14:paraId="562BA80E" w14:textId="77777777" w:rsidTr="50D8783D">
        <w:tc>
          <w:tcPr>
            <w:tcW w:w="2880" w:type="dxa"/>
          </w:tcPr>
          <w:p w14:paraId="19A9D26A" w14:textId="0C127B91" w:rsidR="00722D89" w:rsidRDefault="4A534725">
            <w:r>
              <w:t>GenEd-QPS</w:t>
            </w:r>
          </w:p>
          <w:p w14:paraId="03273132" w14:textId="4AAE8CB0" w:rsidR="00722D89" w:rsidRDefault="00722D89"/>
          <w:p w14:paraId="59A9DE34" w14:textId="3B47B350" w:rsidR="00722D89" w:rsidRDefault="5243D67C">
            <w:r>
              <w:t>MAT-181 or MAT-174 recommended</w:t>
            </w:r>
          </w:p>
        </w:tc>
        <w:tc>
          <w:tcPr>
            <w:tcW w:w="2880" w:type="dxa"/>
          </w:tcPr>
          <w:p w14:paraId="64BE5C90" w14:textId="77777777" w:rsidR="00722D89" w:rsidRDefault="00023FF1">
            <w:r>
              <w:t>Quantitative Problem Solving</w:t>
            </w:r>
          </w:p>
        </w:tc>
        <w:tc>
          <w:tcPr>
            <w:tcW w:w="2880" w:type="dxa"/>
          </w:tcPr>
          <w:p w14:paraId="75F1DAD3" w14:textId="77777777" w:rsidR="00722D89" w:rsidRDefault="00023FF1">
            <w:r>
              <w:t>3-4</w:t>
            </w:r>
          </w:p>
        </w:tc>
        <w:tc>
          <w:tcPr>
            <w:tcW w:w="2880" w:type="dxa"/>
          </w:tcPr>
          <w:p w14:paraId="5A64BAAD" w14:textId="77777777" w:rsidR="00722D89" w:rsidRDefault="00023FF1">
            <w:r>
              <w:t>MAT-181: MAT 147 STATISTICS (3) OR MAT-174: MAT GQ QUANTITATIVE REASONING (3)</w:t>
            </w:r>
          </w:p>
        </w:tc>
        <w:tc>
          <w:tcPr>
            <w:tcW w:w="2880" w:type="dxa"/>
          </w:tcPr>
          <w:p w14:paraId="654FE741" w14:textId="1A0055F3" w:rsidR="00722D89" w:rsidRDefault="5B809254">
            <w:r>
              <w:t>Free Elective due to MassTransfer GenEd Exemption</w:t>
            </w:r>
          </w:p>
          <w:p w14:paraId="655A5995" w14:textId="622F0ABC" w:rsidR="00722D89" w:rsidRDefault="00722D89"/>
        </w:tc>
      </w:tr>
      <w:tr w:rsidR="00D24D3E" w14:paraId="18799EAA" w14:textId="77777777" w:rsidTr="50D8783D">
        <w:tc>
          <w:tcPr>
            <w:tcW w:w="2880" w:type="dxa"/>
          </w:tcPr>
          <w:p w14:paraId="63DB15BF" w14:textId="77777777" w:rsidR="00722D89" w:rsidRDefault="00023FF1">
            <w:r>
              <w:t>COM-171</w:t>
            </w:r>
          </w:p>
        </w:tc>
        <w:tc>
          <w:tcPr>
            <w:tcW w:w="2880" w:type="dxa"/>
          </w:tcPr>
          <w:p w14:paraId="66DE3978" w14:textId="77777777" w:rsidR="00722D89" w:rsidRDefault="00023FF1">
            <w:r>
              <w:t>Public Speaking and Professional Comm</w:t>
            </w:r>
          </w:p>
        </w:tc>
        <w:tc>
          <w:tcPr>
            <w:tcW w:w="2880" w:type="dxa"/>
          </w:tcPr>
          <w:p w14:paraId="764F9ECF" w14:textId="77777777" w:rsidR="00722D89" w:rsidRDefault="00023FF1">
            <w:r>
              <w:t>3</w:t>
            </w:r>
          </w:p>
        </w:tc>
        <w:tc>
          <w:tcPr>
            <w:tcW w:w="2880" w:type="dxa"/>
          </w:tcPr>
          <w:p w14:paraId="678C72D1" w14:textId="77777777" w:rsidR="00722D89" w:rsidRDefault="00023FF1">
            <w:r>
              <w:t>SPC 101A ORAL COMMUNICATION (3)</w:t>
            </w:r>
          </w:p>
        </w:tc>
        <w:tc>
          <w:tcPr>
            <w:tcW w:w="2880" w:type="dxa"/>
          </w:tcPr>
          <w:p w14:paraId="121DB371" w14:textId="7712D3C3" w:rsidR="00722D89" w:rsidRDefault="5022F182">
            <w:r>
              <w:t>Free Elective due to MassTransfer GenEd Exemption</w:t>
            </w:r>
          </w:p>
        </w:tc>
      </w:tr>
      <w:tr w:rsidR="00D24D3E" w14:paraId="59D47008" w14:textId="77777777" w:rsidTr="50D8783D">
        <w:tc>
          <w:tcPr>
            <w:tcW w:w="2880" w:type="dxa"/>
          </w:tcPr>
          <w:p w14:paraId="0CC8A478" w14:textId="77777777" w:rsidR="00722D89" w:rsidRDefault="00023FF1">
            <w:r>
              <w:t>COM-101</w:t>
            </w:r>
          </w:p>
        </w:tc>
        <w:tc>
          <w:tcPr>
            <w:tcW w:w="2880" w:type="dxa"/>
          </w:tcPr>
          <w:p w14:paraId="085A58BA" w14:textId="77777777" w:rsidR="00722D89" w:rsidRDefault="00023FF1">
            <w:r>
              <w:t>Film As Art</w:t>
            </w:r>
          </w:p>
        </w:tc>
        <w:tc>
          <w:tcPr>
            <w:tcW w:w="2880" w:type="dxa"/>
          </w:tcPr>
          <w:p w14:paraId="0D0A95D7" w14:textId="77777777" w:rsidR="00722D89" w:rsidRDefault="00023FF1">
            <w:r>
              <w:t>3</w:t>
            </w:r>
          </w:p>
        </w:tc>
        <w:tc>
          <w:tcPr>
            <w:tcW w:w="2880" w:type="dxa"/>
          </w:tcPr>
          <w:p w14:paraId="6A230A68" w14:textId="77777777" w:rsidR="00722D89" w:rsidRDefault="00023FF1">
            <w:r>
              <w:t>ENL 271 FILM ANALYSIS (3)</w:t>
            </w:r>
          </w:p>
        </w:tc>
        <w:tc>
          <w:tcPr>
            <w:tcW w:w="2880" w:type="dxa"/>
          </w:tcPr>
          <w:p w14:paraId="5D53258D" w14:textId="49D4E0EB" w:rsidR="00722D89" w:rsidRDefault="1F540237">
            <w:r>
              <w:t>Free Elective due to MassTransfer GenEd Exemption</w:t>
            </w:r>
          </w:p>
        </w:tc>
      </w:tr>
      <w:tr w:rsidR="00D24D3E" w14:paraId="5740C7E2" w14:textId="77777777" w:rsidTr="50D8783D">
        <w:tc>
          <w:tcPr>
            <w:tcW w:w="2880" w:type="dxa"/>
          </w:tcPr>
          <w:p w14:paraId="45DACCA1" w14:textId="77777777" w:rsidR="00722D89" w:rsidRDefault="00023FF1">
            <w:r>
              <w:t>ENG-112</w:t>
            </w:r>
          </w:p>
        </w:tc>
        <w:tc>
          <w:tcPr>
            <w:tcW w:w="2880" w:type="dxa"/>
          </w:tcPr>
          <w:p w14:paraId="75E921A3" w14:textId="77777777" w:rsidR="00722D89" w:rsidRDefault="00023FF1">
            <w:r>
              <w:t>College Writing II</w:t>
            </w:r>
          </w:p>
        </w:tc>
        <w:tc>
          <w:tcPr>
            <w:tcW w:w="2880" w:type="dxa"/>
          </w:tcPr>
          <w:p w14:paraId="0BBC72AA" w14:textId="77777777" w:rsidR="00722D89" w:rsidRDefault="00023FF1">
            <w:r>
              <w:t>3</w:t>
            </w:r>
          </w:p>
        </w:tc>
        <w:tc>
          <w:tcPr>
            <w:tcW w:w="2880" w:type="dxa"/>
          </w:tcPr>
          <w:p w14:paraId="57878E64" w14:textId="77777777" w:rsidR="00722D89" w:rsidRDefault="00023FF1">
            <w:r>
              <w:t>ENL110</w:t>
            </w:r>
          </w:p>
        </w:tc>
        <w:tc>
          <w:tcPr>
            <w:tcW w:w="2880" w:type="dxa"/>
          </w:tcPr>
          <w:p w14:paraId="066E79BC" w14:textId="57FFE653" w:rsidR="00722D89" w:rsidRDefault="401CD302">
            <w:r>
              <w:t>Free Elective due to MassTransfer GenEd Exemption</w:t>
            </w:r>
          </w:p>
        </w:tc>
      </w:tr>
      <w:tr w:rsidR="00D24D3E" w14:paraId="0241E539" w14:textId="77777777" w:rsidTr="50D8783D">
        <w:tc>
          <w:tcPr>
            <w:tcW w:w="2880" w:type="dxa"/>
          </w:tcPr>
          <w:p w14:paraId="6B4117D8" w14:textId="77777777" w:rsidR="00722D89" w:rsidRDefault="00023FF1">
            <w:r>
              <w:t>COM-210</w:t>
            </w:r>
          </w:p>
        </w:tc>
        <w:tc>
          <w:tcPr>
            <w:tcW w:w="2880" w:type="dxa"/>
          </w:tcPr>
          <w:p w14:paraId="3B3CA524" w14:textId="77777777" w:rsidR="00722D89" w:rsidRDefault="00023FF1">
            <w:r>
              <w:t>Interpersonal Communication</w:t>
            </w:r>
          </w:p>
        </w:tc>
        <w:tc>
          <w:tcPr>
            <w:tcW w:w="2880" w:type="dxa"/>
          </w:tcPr>
          <w:p w14:paraId="209830AB" w14:textId="77777777" w:rsidR="00722D89" w:rsidRDefault="00023FF1">
            <w:r>
              <w:t>3</w:t>
            </w:r>
          </w:p>
        </w:tc>
        <w:tc>
          <w:tcPr>
            <w:tcW w:w="2880" w:type="dxa"/>
          </w:tcPr>
          <w:p w14:paraId="098FDAC1" w14:textId="77777777" w:rsidR="00722D89" w:rsidRDefault="00023FF1">
            <w:r>
              <w:t>SPC202</w:t>
            </w:r>
          </w:p>
        </w:tc>
        <w:tc>
          <w:tcPr>
            <w:tcW w:w="2880" w:type="dxa"/>
          </w:tcPr>
          <w:p w14:paraId="6EC7CE4A" w14:textId="52EAA466" w:rsidR="00722D89" w:rsidRDefault="13BC146B">
            <w:r>
              <w:t>Free Elective due to MassTransfer GenEd Exemption</w:t>
            </w:r>
          </w:p>
        </w:tc>
      </w:tr>
      <w:tr w:rsidR="00D24D3E" w14:paraId="3320F33D" w14:textId="77777777" w:rsidTr="50D8783D">
        <w:tc>
          <w:tcPr>
            <w:tcW w:w="2880" w:type="dxa"/>
          </w:tcPr>
          <w:p w14:paraId="35036465" w14:textId="77777777" w:rsidR="00722D89" w:rsidRDefault="00023FF1">
            <w:r>
              <w:t>COM-212</w:t>
            </w:r>
          </w:p>
        </w:tc>
        <w:tc>
          <w:tcPr>
            <w:tcW w:w="2880" w:type="dxa"/>
          </w:tcPr>
          <w:p w14:paraId="5E2F425F" w14:textId="77777777" w:rsidR="00722D89" w:rsidRDefault="00023FF1">
            <w:r>
              <w:t>Intercultural Communication</w:t>
            </w:r>
          </w:p>
        </w:tc>
        <w:tc>
          <w:tcPr>
            <w:tcW w:w="2880" w:type="dxa"/>
          </w:tcPr>
          <w:p w14:paraId="56121286" w14:textId="77777777" w:rsidR="00722D89" w:rsidRDefault="00023FF1">
            <w:r>
              <w:t>3</w:t>
            </w:r>
          </w:p>
        </w:tc>
        <w:tc>
          <w:tcPr>
            <w:tcW w:w="2880" w:type="dxa"/>
          </w:tcPr>
          <w:p w14:paraId="0E5D7A9F" w14:textId="51FBED79" w:rsidR="00722D89" w:rsidRDefault="3A5D42F8">
            <w:r>
              <w:t>SPC215</w:t>
            </w:r>
          </w:p>
        </w:tc>
        <w:tc>
          <w:tcPr>
            <w:tcW w:w="2880" w:type="dxa"/>
          </w:tcPr>
          <w:p w14:paraId="3335D45E" w14:textId="2185053F" w:rsidR="00722D89" w:rsidRDefault="4031FE31">
            <w:r>
              <w:t>Free Elective due to MassTransfer GenEd Exemption</w:t>
            </w:r>
          </w:p>
        </w:tc>
      </w:tr>
      <w:tr w:rsidR="00D24D3E" w14:paraId="5C76BE30" w14:textId="77777777" w:rsidTr="50D8783D">
        <w:tc>
          <w:tcPr>
            <w:tcW w:w="2880" w:type="dxa"/>
          </w:tcPr>
          <w:p w14:paraId="122043E1" w14:textId="77777777" w:rsidR="00722D89" w:rsidRDefault="00023FF1">
            <w:r>
              <w:t>COM-250</w:t>
            </w:r>
          </w:p>
        </w:tc>
        <w:tc>
          <w:tcPr>
            <w:tcW w:w="2880" w:type="dxa"/>
          </w:tcPr>
          <w:p w14:paraId="7AD8C49C" w14:textId="77777777" w:rsidR="00722D89" w:rsidRDefault="00023FF1">
            <w:r>
              <w:t>Analyzing Media</w:t>
            </w:r>
          </w:p>
        </w:tc>
        <w:tc>
          <w:tcPr>
            <w:tcW w:w="2880" w:type="dxa"/>
          </w:tcPr>
          <w:p w14:paraId="68FB8583" w14:textId="77777777" w:rsidR="00722D89" w:rsidRDefault="00023FF1">
            <w:r>
              <w:t>3</w:t>
            </w:r>
          </w:p>
        </w:tc>
        <w:tc>
          <w:tcPr>
            <w:tcW w:w="2880" w:type="dxa"/>
          </w:tcPr>
          <w:p w14:paraId="143DE1B6" w14:textId="77777777" w:rsidR="00722D89" w:rsidRDefault="00023FF1">
            <w:r>
              <w:t>MCO 220 Media Literacy</w:t>
            </w:r>
          </w:p>
        </w:tc>
        <w:tc>
          <w:tcPr>
            <w:tcW w:w="2880" w:type="dxa"/>
          </w:tcPr>
          <w:p w14:paraId="64BFA5F5" w14:textId="77777777" w:rsidR="00722D89" w:rsidRDefault="584A53FD">
            <w:r>
              <w:t>Major Core Course</w:t>
            </w:r>
          </w:p>
          <w:p w14:paraId="2508C4E8" w14:textId="4BE3BFD1" w:rsidR="00C12632" w:rsidRDefault="00C12632"/>
        </w:tc>
      </w:tr>
      <w:tr w:rsidR="00D24D3E" w14:paraId="153EE7F9" w14:textId="77777777" w:rsidTr="50D8783D">
        <w:tc>
          <w:tcPr>
            <w:tcW w:w="2880" w:type="dxa"/>
          </w:tcPr>
          <w:p w14:paraId="526B2355" w14:textId="77777777" w:rsidR="00722D89" w:rsidRDefault="00023FF1">
            <w:r>
              <w:t>GenEd-E</w:t>
            </w:r>
          </w:p>
        </w:tc>
        <w:tc>
          <w:tcPr>
            <w:tcW w:w="2880" w:type="dxa"/>
          </w:tcPr>
          <w:p w14:paraId="7337634B" w14:textId="77777777" w:rsidR="00722D89" w:rsidRDefault="00023FF1">
            <w:r>
              <w:t>General Education Elective</w:t>
            </w:r>
          </w:p>
        </w:tc>
        <w:tc>
          <w:tcPr>
            <w:tcW w:w="2880" w:type="dxa"/>
          </w:tcPr>
          <w:p w14:paraId="2EE93845" w14:textId="77777777" w:rsidR="00722D89" w:rsidRDefault="00023FF1">
            <w:r>
              <w:t>3</w:t>
            </w:r>
          </w:p>
        </w:tc>
        <w:tc>
          <w:tcPr>
            <w:tcW w:w="2880" w:type="dxa"/>
          </w:tcPr>
          <w:p w14:paraId="44208B01" w14:textId="51476393" w:rsidR="00722D89" w:rsidRDefault="51347D96">
            <w:r>
              <w:t>SSU Gen Ed Elective</w:t>
            </w:r>
          </w:p>
        </w:tc>
        <w:tc>
          <w:tcPr>
            <w:tcW w:w="2880" w:type="dxa"/>
          </w:tcPr>
          <w:p w14:paraId="2F817A55" w14:textId="68FFBDCB" w:rsidR="00722D89" w:rsidRDefault="73321A9F">
            <w:r>
              <w:t>Free Elective due to MassTransfer GenEd Exemption</w:t>
            </w:r>
          </w:p>
        </w:tc>
      </w:tr>
      <w:tr w:rsidR="00D24D3E" w14:paraId="14D5C0AC" w14:textId="77777777" w:rsidTr="50D8783D">
        <w:tc>
          <w:tcPr>
            <w:tcW w:w="2880" w:type="dxa"/>
          </w:tcPr>
          <w:p w14:paraId="2955EDD0" w14:textId="77777777" w:rsidR="00722D89" w:rsidRDefault="00023FF1">
            <w:r>
              <w:t>COM-254</w:t>
            </w:r>
          </w:p>
        </w:tc>
        <w:tc>
          <w:tcPr>
            <w:tcW w:w="2880" w:type="dxa"/>
          </w:tcPr>
          <w:p w14:paraId="6090FA6F" w14:textId="77777777" w:rsidR="00722D89" w:rsidRDefault="00023FF1">
            <w:r>
              <w:t>Digital Media &amp; Society</w:t>
            </w:r>
          </w:p>
        </w:tc>
        <w:tc>
          <w:tcPr>
            <w:tcW w:w="2880" w:type="dxa"/>
          </w:tcPr>
          <w:p w14:paraId="34E4652B" w14:textId="77777777" w:rsidR="00722D89" w:rsidRDefault="00023FF1">
            <w:r>
              <w:t>3</w:t>
            </w:r>
          </w:p>
        </w:tc>
        <w:tc>
          <w:tcPr>
            <w:tcW w:w="2880" w:type="dxa"/>
          </w:tcPr>
          <w:p w14:paraId="3909EB3A" w14:textId="77777777" w:rsidR="00722D89" w:rsidRDefault="00023FF1">
            <w:r>
              <w:t>MCO235</w:t>
            </w:r>
          </w:p>
        </w:tc>
        <w:tc>
          <w:tcPr>
            <w:tcW w:w="2880" w:type="dxa"/>
          </w:tcPr>
          <w:p w14:paraId="0ACF4206" w14:textId="77777777" w:rsidR="00722D89" w:rsidRDefault="37304274">
            <w:r>
              <w:t>Major Core Course</w:t>
            </w:r>
          </w:p>
          <w:p w14:paraId="4C91EA49" w14:textId="6E6BDCBF" w:rsidR="00C12632" w:rsidRDefault="00C12632"/>
        </w:tc>
      </w:tr>
      <w:tr w:rsidR="00D24D3E" w14:paraId="65E5BC36" w14:textId="77777777" w:rsidTr="50D8783D">
        <w:trPr>
          <w:trHeight w:val="1815"/>
        </w:trPr>
        <w:tc>
          <w:tcPr>
            <w:tcW w:w="2880" w:type="dxa"/>
          </w:tcPr>
          <w:p w14:paraId="674D4B44" w14:textId="77777777" w:rsidR="00722D89" w:rsidRDefault="00023FF1">
            <w:r>
              <w:lastRenderedPageBreak/>
              <w:t>GenEd-CW</w:t>
            </w:r>
          </w:p>
        </w:tc>
        <w:tc>
          <w:tcPr>
            <w:tcW w:w="2880" w:type="dxa"/>
          </w:tcPr>
          <w:p w14:paraId="1B4D662B" w14:textId="77777777" w:rsidR="00722D89" w:rsidRDefault="00023FF1">
            <w:r>
              <w:t>Creative Work</w:t>
            </w:r>
          </w:p>
        </w:tc>
        <w:tc>
          <w:tcPr>
            <w:tcW w:w="2880" w:type="dxa"/>
          </w:tcPr>
          <w:p w14:paraId="035539C5" w14:textId="77777777" w:rsidR="00722D89" w:rsidRDefault="00023FF1">
            <w:r>
              <w:t>3</w:t>
            </w:r>
          </w:p>
        </w:tc>
        <w:tc>
          <w:tcPr>
            <w:tcW w:w="2880" w:type="dxa"/>
          </w:tcPr>
          <w:p w14:paraId="7795EC3E" w14:textId="06DA770C" w:rsidR="00722D89" w:rsidRDefault="2BBD468C">
            <w:r>
              <w:t>SSU Creative Work Elective</w:t>
            </w:r>
          </w:p>
        </w:tc>
        <w:tc>
          <w:tcPr>
            <w:tcW w:w="2880" w:type="dxa"/>
          </w:tcPr>
          <w:p w14:paraId="4D94F0C6" w14:textId="08B52B87" w:rsidR="00722D89" w:rsidRDefault="53D8DB9E">
            <w:r>
              <w:t>Free Elective due to MassTransfer GenEd Exemption</w:t>
            </w:r>
          </w:p>
        </w:tc>
      </w:tr>
      <w:tr w:rsidR="00D24D3E" w14:paraId="63D3196B" w14:textId="77777777" w:rsidTr="50D8783D">
        <w:tc>
          <w:tcPr>
            <w:tcW w:w="2880" w:type="dxa"/>
          </w:tcPr>
          <w:p w14:paraId="39724D1E" w14:textId="526B3434" w:rsidR="00722D89" w:rsidRDefault="4A534725" w:rsidP="06F2055F">
            <w:pPr>
              <w:rPr>
                <w:rFonts w:ascii="Cambria" w:eastAsia="MS Mincho" w:hAnsi="Cambria" w:cs="Arial"/>
              </w:rPr>
            </w:pPr>
            <w:r w:rsidRPr="06F2055F">
              <w:t>Concentration Elective</w:t>
            </w:r>
            <w:r w:rsidR="00023FF1">
              <w:br/>
            </w:r>
            <w:r w:rsidR="3E7005B3" w:rsidRPr="06F2055F">
              <w:t>COM-102, COM-172, COM-211, COM-241, COM-242, COM-272, ENG-234, VMA-262, VMA-263</w:t>
            </w:r>
            <w:r w:rsidR="3E7005B3" w:rsidRPr="06F2055F">
              <w:rPr>
                <w:rFonts w:ascii="Cambria" w:eastAsia="MS Mincho" w:hAnsi="Cambria" w:cs="Arial"/>
                <w:color w:val="000000" w:themeColor="text1"/>
              </w:rPr>
              <w:t xml:space="preserve"> </w:t>
            </w:r>
            <w:r w:rsidR="3E7005B3" w:rsidRPr="06F2055F">
              <w:rPr>
                <w:rFonts w:ascii="Cambria" w:eastAsia="MS Mincho" w:hAnsi="Cambria" w:cs="Arial"/>
              </w:rPr>
              <w:t xml:space="preserve"> </w:t>
            </w:r>
          </w:p>
        </w:tc>
        <w:tc>
          <w:tcPr>
            <w:tcW w:w="2880" w:type="dxa"/>
          </w:tcPr>
          <w:p w14:paraId="71054825" w14:textId="77777777" w:rsidR="00722D89" w:rsidRDefault="00023FF1">
            <w:r>
              <w:t>See options</w:t>
            </w:r>
          </w:p>
        </w:tc>
        <w:tc>
          <w:tcPr>
            <w:tcW w:w="2880" w:type="dxa"/>
          </w:tcPr>
          <w:p w14:paraId="72ADA1E2" w14:textId="77777777" w:rsidR="00722D89" w:rsidRDefault="00023FF1">
            <w:r>
              <w:t>3</w:t>
            </w:r>
          </w:p>
        </w:tc>
        <w:tc>
          <w:tcPr>
            <w:tcW w:w="2880" w:type="dxa"/>
          </w:tcPr>
          <w:p w14:paraId="3130CD4C" w14:textId="20DDBA7B" w:rsidR="06F2055F" w:rsidRDefault="5A8D5CEE" w:rsidP="61173EC5">
            <w:r w:rsidRPr="61173EC5">
              <w:rPr>
                <w:rFonts w:ascii="Cambria" w:eastAsia="MS Mincho" w:hAnsi="Cambria" w:cs="Arial"/>
                <w:color w:val="000000" w:themeColor="text1"/>
              </w:rPr>
              <w:t>ENL 270 HISTORY OF THE CINEMA (3)</w:t>
            </w:r>
            <w:r w:rsidR="4B60CFC8" w:rsidRPr="61173EC5">
              <w:rPr>
                <w:rFonts w:ascii="Cambria" w:eastAsia="MS Mincho" w:hAnsi="Cambria" w:cs="Arial"/>
                <w:color w:val="000000" w:themeColor="text1"/>
              </w:rPr>
              <w:t xml:space="preserve"> or </w:t>
            </w:r>
            <w:r w:rsidR="48D5CD4C" w:rsidRPr="61173EC5">
              <w:rPr>
                <w:rFonts w:ascii="Cambria" w:eastAsia="MS Mincho" w:hAnsi="Cambria" w:cs="Arial"/>
                <w:color w:val="000000" w:themeColor="text1"/>
              </w:rPr>
              <w:t xml:space="preserve">MCO 280 Organizational Communication </w:t>
            </w:r>
            <w:r w:rsidR="4B60CFC8" w:rsidRPr="61173EC5">
              <w:rPr>
                <w:rFonts w:ascii="Cambria" w:eastAsia="MS Mincho" w:hAnsi="Cambria" w:cs="Arial"/>
                <w:color w:val="000000" w:themeColor="text1"/>
              </w:rPr>
              <w:t xml:space="preserve">or </w:t>
            </w:r>
            <w:r w:rsidR="574C9B18" w:rsidRPr="61173EC5">
              <w:rPr>
                <w:rFonts w:ascii="Cambria" w:eastAsia="MS Mincho" w:hAnsi="Cambria" w:cs="Arial"/>
                <w:color w:val="000000" w:themeColor="text1"/>
              </w:rPr>
              <w:t xml:space="preserve">MCO 307 Gender &amp; Communication </w:t>
            </w:r>
            <w:r w:rsidR="282FC05C" w:rsidRPr="61173EC5">
              <w:rPr>
                <w:rFonts w:ascii="Cambria" w:eastAsia="MS Mincho" w:hAnsi="Cambria" w:cs="Arial"/>
                <w:color w:val="000000" w:themeColor="text1"/>
              </w:rPr>
              <w:t xml:space="preserve">or MCO 273 FUNDAMENTALS OF JOURNALISM (3) or </w:t>
            </w:r>
            <w:r w:rsidR="3EEE7AAF" w:rsidRPr="61173EC5">
              <w:rPr>
                <w:rFonts w:ascii="Cambria" w:eastAsia="MS Mincho" w:hAnsi="Cambria" w:cs="Arial"/>
                <w:color w:val="000000" w:themeColor="text1"/>
              </w:rPr>
              <w:t>MCO 373 EVIDENCE-BASED REPORTING AND DATA VISUALIZATION (3)</w:t>
            </w:r>
            <w:r w:rsidR="119B408D" w:rsidRPr="61173EC5">
              <w:rPr>
                <w:rFonts w:ascii="Cambria" w:eastAsia="MS Mincho" w:hAnsi="Cambria" w:cs="Arial"/>
                <w:color w:val="000000" w:themeColor="text1"/>
              </w:rPr>
              <w:t xml:space="preserve"> or</w:t>
            </w:r>
            <w:r w:rsidR="61FED0C4" w:rsidRPr="61173EC5">
              <w:rPr>
                <w:rFonts w:ascii="Cambria" w:eastAsia="MS Mincho" w:hAnsi="Cambria" w:cs="Arial"/>
                <w:color w:val="000000" w:themeColor="text1"/>
              </w:rPr>
              <w:t xml:space="preserve"> MCOT51 </w:t>
            </w:r>
            <w:r w:rsidR="204AF5FF" w:rsidRPr="61173EC5">
              <w:rPr>
                <w:rFonts w:ascii="Cambria" w:eastAsia="MS Mincho" w:hAnsi="Cambria" w:cs="Arial"/>
                <w:color w:val="000000" w:themeColor="text1"/>
              </w:rPr>
              <w:t>or</w:t>
            </w:r>
            <w:r w:rsidR="119B408D" w:rsidRPr="61173EC5">
              <w:rPr>
                <w:rFonts w:ascii="Cambria" w:eastAsia="MS Mincho" w:hAnsi="Cambria" w:cs="Arial"/>
                <w:color w:val="000000" w:themeColor="text1"/>
              </w:rPr>
              <w:t xml:space="preserve"> ENL 311 Editing for Publication</w:t>
            </w:r>
            <w:r w:rsidR="25440F92" w:rsidRPr="61173EC5">
              <w:rPr>
                <w:rFonts w:ascii="Cambria" w:eastAsia="MS Mincho" w:hAnsi="Cambria" w:cs="Arial"/>
                <w:color w:val="000000" w:themeColor="text1"/>
              </w:rPr>
              <w:t xml:space="preserve"> or MCOT51 or MCOT51</w:t>
            </w:r>
          </w:p>
        </w:tc>
        <w:tc>
          <w:tcPr>
            <w:tcW w:w="2880" w:type="dxa"/>
          </w:tcPr>
          <w:p w14:paraId="756772CC" w14:textId="3B739BB7" w:rsidR="06F2055F" w:rsidRDefault="00E82861" w:rsidP="06F2055F">
            <w:r>
              <w:t>Major Elective or Free Elective depending on course chosen</w:t>
            </w:r>
          </w:p>
        </w:tc>
      </w:tr>
      <w:tr w:rsidR="00D24D3E" w14:paraId="49C2EFD4" w14:textId="77777777" w:rsidTr="50D8783D">
        <w:tc>
          <w:tcPr>
            <w:tcW w:w="2880" w:type="dxa"/>
          </w:tcPr>
          <w:p w14:paraId="34830340" w14:textId="77777777" w:rsidR="00722D89" w:rsidRDefault="00023FF1">
            <w:r>
              <w:t>GenEd-SR</w:t>
            </w:r>
          </w:p>
        </w:tc>
        <w:tc>
          <w:tcPr>
            <w:tcW w:w="2880" w:type="dxa"/>
          </w:tcPr>
          <w:p w14:paraId="21207EE0" w14:textId="77777777" w:rsidR="00722D89" w:rsidRDefault="00023FF1">
            <w:r>
              <w:t>Scientific Reasoning</w:t>
            </w:r>
          </w:p>
        </w:tc>
        <w:tc>
          <w:tcPr>
            <w:tcW w:w="2880" w:type="dxa"/>
          </w:tcPr>
          <w:p w14:paraId="76B01BEE" w14:textId="77777777" w:rsidR="00722D89" w:rsidRDefault="00023FF1">
            <w:r>
              <w:t>4</w:t>
            </w:r>
          </w:p>
        </w:tc>
        <w:tc>
          <w:tcPr>
            <w:tcW w:w="2880" w:type="dxa"/>
          </w:tcPr>
          <w:p w14:paraId="5D2C8161" w14:textId="4EE34E96" w:rsidR="00722D89" w:rsidRDefault="023A7A2E">
            <w:r>
              <w:t>SSU Science Elective</w:t>
            </w:r>
          </w:p>
        </w:tc>
        <w:tc>
          <w:tcPr>
            <w:tcW w:w="2880" w:type="dxa"/>
          </w:tcPr>
          <w:p w14:paraId="0F6C5343" w14:textId="5CF9040F" w:rsidR="00722D89" w:rsidRDefault="71F2E5E0">
            <w:r>
              <w:t>Free Elective due to MassTransfer GenEd Exemption</w:t>
            </w:r>
          </w:p>
        </w:tc>
      </w:tr>
      <w:tr w:rsidR="00D24D3E" w14:paraId="5344875C" w14:textId="77777777" w:rsidTr="50D8783D">
        <w:tc>
          <w:tcPr>
            <w:tcW w:w="2880" w:type="dxa"/>
          </w:tcPr>
          <w:p w14:paraId="56778496" w14:textId="424B431D" w:rsidR="00722D89" w:rsidRDefault="4A534725">
            <w:r>
              <w:t>Behavioral Science Elective</w:t>
            </w:r>
          </w:p>
        </w:tc>
        <w:tc>
          <w:tcPr>
            <w:tcW w:w="2880" w:type="dxa"/>
          </w:tcPr>
          <w:p w14:paraId="42264FE6" w14:textId="77777777" w:rsidR="00722D89" w:rsidRDefault="00023FF1">
            <w:r>
              <w:t>See options</w:t>
            </w:r>
          </w:p>
        </w:tc>
        <w:tc>
          <w:tcPr>
            <w:tcW w:w="2880" w:type="dxa"/>
          </w:tcPr>
          <w:p w14:paraId="52D4097D" w14:textId="77777777" w:rsidR="00722D89" w:rsidRDefault="00023FF1">
            <w:r>
              <w:t>3</w:t>
            </w:r>
          </w:p>
        </w:tc>
        <w:tc>
          <w:tcPr>
            <w:tcW w:w="2880" w:type="dxa"/>
          </w:tcPr>
          <w:p w14:paraId="2B7CDF92" w14:textId="16D3263A" w:rsidR="00722D89" w:rsidRDefault="053682A2">
            <w:r>
              <w:t>SSU Beh/SS Elective</w:t>
            </w:r>
          </w:p>
        </w:tc>
        <w:tc>
          <w:tcPr>
            <w:tcW w:w="2880" w:type="dxa"/>
          </w:tcPr>
          <w:p w14:paraId="7099B1BD" w14:textId="6467176E" w:rsidR="00722D89" w:rsidRDefault="2D8A310D">
            <w:r>
              <w:t>Free Elective due to MassTransfer GenEd Exemption</w:t>
            </w:r>
          </w:p>
        </w:tc>
      </w:tr>
      <w:tr w:rsidR="00D24D3E" w14:paraId="01B9C253" w14:textId="77777777" w:rsidTr="50D8783D">
        <w:trPr>
          <w:trHeight w:val="840"/>
        </w:trPr>
        <w:tc>
          <w:tcPr>
            <w:tcW w:w="2880" w:type="dxa"/>
          </w:tcPr>
          <w:p w14:paraId="0709BD40" w14:textId="77777777" w:rsidR="00722D89" w:rsidRDefault="00023FF1">
            <w:r>
              <w:t>Literature Elective</w:t>
            </w:r>
          </w:p>
        </w:tc>
        <w:tc>
          <w:tcPr>
            <w:tcW w:w="2880" w:type="dxa"/>
          </w:tcPr>
          <w:p w14:paraId="1BADF826" w14:textId="77777777" w:rsidR="00722D89" w:rsidRDefault="00023FF1">
            <w:r>
              <w:t>See options</w:t>
            </w:r>
          </w:p>
        </w:tc>
        <w:tc>
          <w:tcPr>
            <w:tcW w:w="2880" w:type="dxa"/>
          </w:tcPr>
          <w:p w14:paraId="7C15909C" w14:textId="77777777" w:rsidR="00722D89" w:rsidRDefault="00023FF1">
            <w:r>
              <w:t>3</w:t>
            </w:r>
          </w:p>
        </w:tc>
        <w:tc>
          <w:tcPr>
            <w:tcW w:w="2880" w:type="dxa"/>
          </w:tcPr>
          <w:p w14:paraId="6259A376" w14:textId="77777777" w:rsidR="00722D89" w:rsidRDefault="00023FF1">
            <w:r>
              <w:t>ENL250 (if LIT-203)</w:t>
            </w:r>
          </w:p>
        </w:tc>
        <w:tc>
          <w:tcPr>
            <w:tcW w:w="2880" w:type="dxa"/>
          </w:tcPr>
          <w:p w14:paraId="23E0CA33" w14:textId="40E678F9" w:rsidR="00722D89" w:rsidRDefault="2C373602">
            <w:r>
              <w:t>Free Elective</w:t>
            </w:r>
          </w:p>
        </w:tc>
      </w:tr>
      <w:tr w:rsidR="00D24D3E" w14:paraId="5BAC55AB" w14:textId="77777777" w:rsidTr="50D8783D">
        <w:trPr>
          <w:trHeight w:val="3900"/>
        </w:trPr>
        <w:tc>
          <w:tcPr>
            <w:tcW w:w="2880" w:type="dxa"/>
          </w:tcPr>
          <w:p w14:paraId="4E609BAE" w14:textId="3C1CA79C" w:rsidR="00722D89" w:rsidRDefault="1FA6C50C" w:rsidP="06F2055F">
            <w:pPr>
              <w:rPr>
                <w:rFonts w:ascii="Cambria" w:eastAsia="MS Mincho" w:hAnsi="Cambria" w:cs="Arial"/>
              </w:rPr>
            </w:pPr>
            <w:r w:rsidRPr="06F2055F">
              <w:lastRenderedPageBreak/>
              <w:t>Concentration Elective</w:t>
            </w:r>
            <w:r w:rsidR="00023FF1">
              <w:br/>
            </w:r>
            <w:r w:rsidRPr="06F2055F">
              <w:t>COM-102, COM-172, COM-211, COM-241, COM-242, COM-272, ENG-234, VMA-262, VMA-263</w:t>
            </w:r>
            <w:r w:rsidRPr="06F2055F">
              <w:rPr>
                <w:rFonts w:ascii="Cambria" w:eastAsia="MS Mincho" w:hAnsi="Cambria" w:cs="Arial"/>
                <w:color w:val="000000" w:themeColor="text1"/>
              </w:rPr>
              <w:t xml:space="preserve"> </w:t>
            </w:r>
            <w:r w:rsidRPr="06F2055F">
              <w:rPr>
                <w:rFonts w:ascii="Cambria" w:eastAsia="MS Mincho" w:hAnsi="Cambria" w:cs="Arial"/>
              </w:rPr>
              <w:t xml:space="preserve"> </w:t>
            </w:r>
          </w:p>
        </w:tc>
        <w:tc>
          <w:tcPr>
            <w:tcW w:w="2880" w:type="dxa"/>
          </w:tcPr>
          <w:p w14:paraId="6B413E86" w14:textId="77777777" w:rsidR="00722D89" w:rsidRDefault="00023FF1">
            <w:r>
              <w:t>See options</w:t>
            </w:r>
          </w:p>
        </w:tc>
        <w:tc>
          <w:tcPr>
            <w:tcW w:w="2880" w:type="dxa"/>
          </w:tcPr>
          <w:p w14:paraId="41088321" w14:textId="77777777" w:rsidR="00722D89" w:rsidRDefault="00023FF1">
            <w:r>
              <w:t>3</w:t>
            </w:r>
          </w:p>
        </w:tc>
        <w:tc>
          <w:tcPr>
            <w:tcW w:w="2880" w:type="dxa"/>
          </w:tcPr>
          <w:p w14:paraId="7E9B6AEB" w14:textId="105B2A77" w:rsidR="00722D89" w:rsidRDefault="54E84EE9" w:rsidP="61173EC5">
            <w:r w:rsidRPr="61173EC5">
              <w:rPr>
                <w:rFonts w:ascii="Cambria" w:eastAsia="MS Mincho" w:hAnsi="Cambria" w:cs="Arial"/>
                <w:color w:val="000000" w:themeColor="text1"/>
              </w:rPr>
              <w:t>ENL 270 HISTORY OF THE CINEMA (3) or MCO 280 Organizational Communication or MCO 307 Gender &amp; Communication or MCO 273 FUNDAMENTALS OF JOURNALISM (3) or MCO 373 EVIDENCE-BASED REPORTING AND DATA VISUALIZATION (3) or MCOT51 or ENL 311 Editing for Publication or MCOT51 or MCOT51</w:t>
            </w:r>
          </w:p>
        </w:tc>
        <w:tc>
          <w:tcPr>
            <w:tcW w:w="2880" w:type="dxa"/>
          </w:tcPr>
          <w:p w14:paraId="2B61A2B9" w14:textId="7748D486" w:rsidR="00722D89" w:rsidRDefault="59CB054E" w:rsidP="50D8783D">
            <w:r>
              <w:t>Major Elective (More than likely, based on COM-211)</w:t>
            </w:r>
          </w:p>
        </w:tc>
      </w:tr>
      <w:tr w:rsidR="00D24D3E" w14:paraId="71818E6D" w14:textId="77777777" w:rsidTr="50D8783D">
        <w:tc>
          <w:tcPr>
            <w:tcW w:w="2880" w:type="dxa"/>
          </w:tcPr>
          <w:p w14:paraId="7D5F5F61" w14:textId="77E036DD" w:rsidR="00722D89" w:rsidRDefault="1C0DCB4F" w:rsidP="06F2055F">
            <w:pPr>
              <w:rPr>
                <w:rFonts w:ascii="Cambria" w:eastAsia="MS Mincho" w:hAnsi="Cambria" w:cs="Arial"/>
              </w:rPr>
            </w:pPr>
            <w:r w:rsidRPr="06F2055F">
              <w:t>Concentration Elective</w:t>
            </w:r>
            <w:r w:rsidR="00023FF1">
              <w:br/>
            </w:r>
            <w:r w:rsidRPr="06F2055F">
              <w:t>COM-102, COM-172, COM-211, COM-241, COM-242, COM-272, ENG-234, VMA-262, VMA-263</w:t>
            </w:r>
            <w:r w:rsidRPr="06F2055F">
              <w:rPr>
                <w:rFonts w:ascii="Cambria" w:eastAsia="MS Mincho" w:hAnsi="Cambria" w:cs="Arial"/>
                <w:color w:val="000000" w:themeColor="text1"/>
              </w:rPr>
              <w:t xml:space="preserve"> </w:t>
            </w:r>
            <w:r w:rsidRPr="06F2055F">
              <w:rPr>
                <w:rFonts w:ascii="Cambria" w:eastAsia="MS Mincho" w:hAnsi="Cambria" w:cs="Arial"/>
              </w:rPr>
              <w:t xml:space="preserve"> </w:t>
            </w:r>
          </w:p>
        </w:tc>
        <w:tc>
          <w:tcPr>
            <w:tcW w:w="2880" w:type="dxa"/>
          </w:tcPr>
          <w:p w14:paraId="4EDAF969" w14:textId="77777777" w:rsidR="00722D89" w:rsidRDefault="00023FF1">
            <w:r>
              <w:t>See options</w:t>
            </w:r>
          </w:p>
        </w:tc>
        <w:tc>
          <w:tcPr>
            <w:tcW w:w="2880" w:type="dxa"/>
          </w:tcPr>
          <w:p w14:paraId="419EFDA6" w14:textId="77777777" w:rsidR="00722D89" w:rsidRDefault="00023FF1">
            <w:r>
              <w:t>3</w:t>
            </w:r>
          </w:p>
        </w:tc>
        <w:tc>
          <w:tcPr>
            <w:tcW w:w="2880" w:type="dxa"/>
          </w:tcPr>
          <w:p w14:paraId="0B758E3E" w14:textId="6DF92E72" w:rsidR="00722D89" w:rsidRDefault="6FF1A572" w:rsidP="61173EC5">
            <w:r w:rsidRPr="61173EC5">
              <w:rPr>
                <w:rFonts w:ascii="Cambria" w:eastAsia="MS Mincho" w:hAnsi="Cambria" w:cs="Arial"/>
                <w:color w:val="000000" w:themeColor="text1"/>
              </w:rPr>
              <w:t>ENL 270 HISTORY OF THE CINEMA (3) or MCO 280 Organizational Communication or MCO 307 Gender &amp; Communication or MCO 273 FUNDAMENTALS OF JOURNALISM (3) or MCO 373 EVIDENCE-BASED REPORTING AND DATA VISUALIZATION (3) or MCOT51 or ENL 311 Editing for Publication or MCOT51 or MCOT51</w:t>
            </w:r>
          </w:p>
        </w:tc>
        <w:tc>
          <w:tcPr>
            <w:tcW w:w="2880" w:type="dxa"/>
          </w:tcPr>
          <w:p w14:paraId="37DE9832" w14:textId="53F9EB35" w:rsidR="00722D89" w:rsidRDefault="0AB5A056" w:rsidP="50D8783D">
            <w:r>
              <w:t>Major Elective (More than likely, based on COM-241)</w:t>
            </w:r>
          </w:p>
        </w:tc>
      </w:tr>
      <w:tr w:rsidR="00D24D3E" w14:paraId="10ECFC79" w14:textId="77777777" w:rsidTr="50D8783D">
        <w:tc>
          <w:tcPr>
            <w:tcW w:w="2880" w:type="dxa"/>
          </w:tcPr>
          <w:p w14:paraId="1241EAC1" w14:textId="77777777" w:rsidR="00722D89" w:rsidRDefault="00023FF1">
            <w:r>
              <w:t>Lab Science Elective</w:t>
            </w:r>
          </w:p>
        </w:tc>
        <w:tc>
          <w:tcPr>
            <w:tcW w:w="2880" w:type="dxa"/>
          </w:tcPr>
          <w:p w14:paraId="05D7AB09" w14:textId="77777777" w:rsidR="00722D89" w:rsidRDefault="00023FF1">
            <w:r>
              <w:t>See options</w:t>
            </w:r>
          </w:p>
        </w:tc>
        <w:tc>
          <w:tcPr>
            <w:tcW w:w="2880" w:type="dxa"/>
          </w:tcPr>
          <w:p w14:paraId="3DC91F3C" w14:textId="77777777" w:rsidR="00722D89" w:rsidRDefault="00023FF1">
            <w:r>
              <w:t>4</w:t>
            </w:r>
          </w:p>
        </w:tc>
        <w:tc>
          <w:tcPr>
            <w:tcW w:w="2880" w:type="dxa"/>
          </w:tcPr>
          <w:p w14:paraId="67C005A7" w14:textId="362A5126" w:rsidR="00722D89" w:rsidRDefault="6F4B4E9E">
            <w:r>
              <w:t>SSU Lab Science Elective</w:t>
            </w:r>
          </w:p>
        </w:tc>
        <w:tc>
          <w:tcPr>
            <w:tcW w:w="2880" w:type="dxa"/>
          </w:tcPr>
          <w:p w14:paraId="30D17642" w14:textId="77777777" w:rsidR="00722D89" w:rsidRDefault="661538CC">
            <w:r>
              <w:t>Free Elective</w:t>
            </w:r>
          </w:p>
          <w:p w14:paraId="4CA5D519" w14:textId="34510DC6" w:rsidR="00C12632" w:rsidRDefault="00C12632"/>
        </w:tc>
      </w:tr>
      <w:tr w:rsidR="00D24D3E" w14:paraId="21B105D3" w14:textId="77777777" w:rsidTr="50D8783D">
        <w:tc>
          <w:tcPr>
            <w:tcW w:w="2880" w:type="dxa"/>
          </w:tcPr>
          <w:p w14:paraId="6E9E6002" w14:textId="77777777" w:rsidR="00722D89" w:rsidRDefault="00023FF1">
            <w:r>
              <w:t>COM-299</w:t>
            </w:r>
          </w:p>
        </w:tc>
        <w:tc>
          <w:tcPr>
            <w:tcW w:w="2880" w:type="dxa"/>
          </w:tcPr>
          <w:p w14:paraId="4CD61374" w14:textId="77777777" w:rsidR="00722D89" w:rsidRDefault="00023FF1">
            <w:r>
              <w:t>Communication Internship</w:t>
            </w:r>
          </w:p>
        </w:tc>
        <w:tc>
          <w:tcPr>
            <w:tcW w:w="2880" w:type="dxa"/>
          </w:tcPr>
          <w:p w14:paraId="4BB5242E" w14:textId="77777777" w:rsidR="00722D89" w:rsidRDefault="00023FF1">
            <w:r>
              <w:t>3</w:t>
            </w:r>
          </w:p>
        </w:tc>
        <w:tc>
          <w:tcPr>
            <w:tcW w:w="2880" w:type="dxa"/>
          </w:tcPr>
          <w:p w14:paraId="7F39C6C8" w14:textId="77777777" w:rsidR="00722D89" w:rsidRDefault="00023FF1">
            <w:r>
              <w:t>MCOT51</w:t>
            </w:r>
          </w:p>
        </w:tc>
        <w:tc>
          <w:tcPr>
            <w:tcW w:w="2880" w:type="dxa"/>
          </w:tcPr>
          <w:p w14:paraId="538F43ED" w14:textId="77777777" w:rsidR="00722D89" w:rsidRDefault="7E596D9F">
            <w:r>
              <w:t>Major Elective</w:t>
            </w:r>
          </w:p>
          <w:p w14:paraId="668BF132" w14:textId="48D3D123" w:rsidR="00C12632" w:rsidRDefault="00C12632"/>
        </w:tc>
      </w:tr>
    </w:tbl>
    <w:p w14:paraId="1F393065" w14:textId="77777777" w:rsidR="00D24D3E" w:rsidRDefault="00710C6A">
      <w:pPr>
        <w:pStyle w:val="Heading2"/>
      </w:pPr>
      <w:r>
        <w:t>Program Credit Summary</w:t>
      </w:r>
    </w:p>
    <w:p w14:paraId="700243C4" w14:textId="7B70B502" w:rsidR="00D24D3E" w:rsidRDefault="7BEDC4EA" w:rsidP="06F2055F">
      <w:pPr>
        <w:spacing w:after="0"/>
      </w:pPr>
      <w:r>
        <w:t>Total Program Credits: 62</w:t>
      </w:r>
      <w:r w:rsidR="1C4597CA">
        <w:t>-63</w:t>
      </w:r>
    </w:p>
    <w:p w14:paraId="169E3540" w14:textId="48367D9D" w:rsidR="1C4597CA" w:rsidRDefault="1C4597CA" w:rsidP="06F2055F">
      <w:pPr>
        <w:spacing w:after="0"/>
        <w:rPr>
          <w:rFonts w:ascii="Cambria" w:eastAsia="Cambria" w:hAnsi="Cambria" w:cs="Cambria"/>
        </w:rPr>
      </w:pPr>
      <w:r w:rsidRPr="06F2055F">
        <w:rPr>
          <w:rFonts w:ascii="Cambria" w:eastAsia="Cambria" w:hAnsi="Cambria" w:cs="Cambria"/>
          <w:color w:val="000000" w:themeColor="text1"/>
        </w:rPr>
        <w:t>Total Transfer Credits Applicable to Salem State University Program: 62-63</w:t>
      </w:r>
    </w:p>
    <w:p w14:paraId="2CAEB690" w14:textId="37E5938B" w:rsidR="06F2055F" w:rsidRDefault="06F2055F"/>
    <w:p w14:paraId="3C007C12" w14:textId="428B9376" w:rsidR="7D35017F" w:rsidRDefault="7D35017F"/>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77"/>
        <w:gridCol w:w="2477"/>
        <w:gridCol w:w="2515"/>
        <w:gridCol w:w="4515"/>
      </w:tblGrid>
      <w:tr w:rsidR="7D35017F" w14:paraId="291F0A68" w14:textId="77777777" w:rsidTr="7D35017F">
        <w:trPr>
          <w:trHeight w:val="300"/>
        </w:trPr>
        <w:tc>
          <w:tcPr>
            <w:tcW w:w="7469" w:type="dxa"/>
            <w:gridSpan w:val="3"/>
            <w:tcBorders>
              <w:top w:val="nil"/>
              <w:left w:val="nil"/>
              <w:bottom w:val="nil"/>
              <w:right w:val="nil"/>
            </w:tcBorders>
            <w:shd w:val="clear" w:color="auto" w:fill="FFFFFF" w:themeFill="background1"/>
            <w:tcMar>
              <w:top w:w="60" w:type="dxa"/>
              <w:left w:w="60" w:type="dxa"/>
              <w:bottom w:w="60" w:type="dxa"/>
              <w:right w:w="60" w:type="dxa"/>
            </w:tcMar>
            <w:vAlign w:val="bottom"/>
          </w:tcPr>
          <w:p w14:paraId="54D9E086" w14:textId="630544D2" w:rsidR="7D35017F" w:rsidRDefault="7D35017F" w:rsidP="7D35017F">
            <w:pPr>
              <w:rPr>
                <w:rFonts w:ascii="Aptos" w:eastAsia="Aptos" w:hAnsi="Aptos" w:cs="Aptos"/>
                <w:color w:val="000000" w:themeColor="text1"/>
                <w:sz w:val="20"/>
                <w:szCs w:val="20"/>
              </w:rPr>
            </w:pPr>
          </w:p>
        </w:tc>
        <w:tc>
          <w:tcPr>
            <w:tcW w:w="4515" w:type="dxa"/>
            <w:tcBorders>
              <w:top w:val="nil"/>
              <w:left w:val="nil"/>
              <w:bottom w:val="nil"/>
              <w:right w:val="nil"/>
            </w:tcBorders>
            <w:shd w:val="clear" w:color="auto" w:fill="FFFFFF" w:themeFill="background1"/>
            <w:tcMar>
              <w:top w:w="60" w:type="dxa"/>
              <w:left w:w="60" w:type="dxa"/>
              <w:bottom w:w="60" w:type="dxa"/>
              <w:right w:w="60" w:type="dxa"/>
            </w:tcMar>
            <w:vAlign w:val="bottom"/>
          </w:tcPr>
          <w:p w14:paraId="788604BE" w14:textId="2E2D0C6F"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Catalog: 202</w:t>
            </w:r>
            <w:r w:rsidR="006B3F2C">
              <w:rPr>
                <w:rFonts w:ascii="Aptos" w:eastAsia="Aptos" w:hAnsi="Aptos" w:cs="Aptos"/>
                <w:color w:val="000000" w:themeColor="text1"/>
                <w:sz w:val="20"/>
                <w:szCs w:val="20"/>
              </w:rPr>
              <w:t>6</w:t>
            </w:r>
            <w:r w:rsidRPr="7D35017F">
              <w:rPr>
                <w:rFonts w:ascii="Aptos" w:eastAsia="Aptos" w:hAnsi="Aptos" w:cs="Aptos"/>
                <w:color w:val="000000" w:themeColor="text1"/>
                <w:sz w:val="20"/>
                <w:szCs w:val="20"/>
              </w:rPr>
              <w:t>-202</w:t>
            </w:r>
            <w:r w:rsidR="006B3F2C">
              <w:rPr>
                <w:rFonts w:ascii="Aptos" w:eastAsia="Aptos" w:hAnsi="Aptos" w:cs="Aptos"/>
                <w:color w:val="000000" w:themeColor="text1"/>
                <w:sz w:val="20"/>
                <w:szCs w:val="20"/>
              </w:rPr>
              <w:t>7</w:t>
            </w:r>
            <w:r w:rsidRPr="7D35017F">
              <w:rPr>
                <w:rFonts w:ascii="Aptos" w:eastAsia="Aptos" w:hAnsi="Aptos" w:cs="Aptos"/>
                <w:color w:val="000000" w:themeColor="text1"/>
                <w:sz w:val="20"/>
                <w:szCs w:val="20"/>
              </w:rPr>
              <w:t xml:space="preserve"> Undergraduate </w:t>
            </w:r>
          </w:p>
        </w:tc>
      </w:tr>
      <w:tr w:rsidR="7D35017F" w14:paraId="108D4FC7"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357003BA" w14:textId="18329373"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Media &amp; Communication, BS</w:t>
            </w:r>
          </w:p>
        </w:tc>
      </w:tr>
      <w:tr w:rsidR="7D35017F" w14:paraId="3B9C1888"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2866B1EB" w14:textId="0E89D17A"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 xml:space="preserve">General Education Requirements </w:t>
            </w:r>
          </w:p>
          <w:p w14:paraId="326C1DF5" w14:textId="6E0EC9C5" w:rsidR="7D35017F" w:rsidRDefault="7D35017F" w:rsidP="7D35017F">
            <w:pPr>
              <w:rPr>
                <w:rFonts w:ascii="Aptos" w:eastAsia="Aptos" w:hAnsi="Aptos" w:cs="Aptos"/>
                <w:color w:val="0070C0"/>
                <w:sz w:val="20"/>
                <w:szCs w:val="20"/>
              </w:rPr>
            </w:pPr>
            <w:r w:rsidRPr="7D35017F">
              <w:rPr>
                <w:rFonts w:ascii="Aptos" w:eastAsia="Aptos" w:hAnsi="Aptos" w:cs="Aptos"/>
                <w:i/>
                <w:iCs/>
                <w:color w:val="0070C0"/>
                <w:sz w:val="20"/>
                <w:szCs w:val="20"/>
                <w:u w:val="single"/>
              </w:rPr>
              <w:t>Waived / Will be Waived - Mass Transfer Gen Ed Foundation Complete or In Progress</w:t>
            </w:r>
          </w:p>
          <w:p w14:paraId="3586B071" w14:textId="1EF7F926"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(34-35 credits total – credits still required / 120 credits to graduate still required)</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99"/>
              <w:gridCol w:w="5103"/>
              <w:gridCol w:w="1251"/>
              <w:gridCol w:w="4999"/>
            </w:tblGrid>
            <w:tr w:rsidR="7D35017F" w14:paraId="07EF3964"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090E995" w14:textId="7774D649"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1622827" w14:textId="3C34EF55"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B268E9D" w14:textId="6309874E" w:rsidR="7D35017F" w:rsidRDefault="7D35017F" w:rsidP="7D35017F">
                  <w:pPr>
                    <w:rPr>
                      <w:rFonts w:ascii="Aptos" w:eastAsia="Aptos" w:hAnsi="Aptos" w:cs="Aptos"/>
                      <w:sz w:val="20"/>
                      <w:szCs w:val="20"/>
                    </w:rPr>
                  </w:pPr>
                  <w:r w:rsidRPr="7D35017F">
                    <w:rPr>
                      <w:rFonts w:ascii="Aptos" w:eastAsia="Aptos" w:hAnsi="Aptos" w:cs="Aptos"/>
                      <w:sz w:val="20"/>
                      <w:szCs w:val="20"/>
                    </w:rPr>
                    <w:t>3 credits</w:t>
                  </w:r>
                </w:p>
              </w:tc>
              <w:tc>
                <w:tcPr>
                  <w:tcW w:w="5009" w:type="dxa"/>
                  <w:tcBorders>
                    <w:top w:val="single" w:sz="6" w:space="0" w:color="auto"/>
                    <w:left w:val="single" w:sz="6" w:space="0" w:color="auto"/>
                    <w:bottom w:val="single" w:sz="6" w:space="0" w:color="auto"/>
                    <w:right w:val="single" w:sz="6" w:space="0" w:color="auto"/>
                  </w:tcBorders>
                </w:tcPr>
                <w:p w14:paraId="60E34F14" w14:textId="76533408" w:rsidR="7D35017F" w:rsidRDefault="7D35017F" w:rsidP="7D35017F">
                  <w:pPr>
                    <w:rPr>
                      <w:rFonts w:ascii="Aptos" w:eastAsia="Aptos" w:hAnsi="Aptos" w:cs="Aptos"/>
                      <w:sz w:val="20"/>
                      <w:szCs w:val="20"/>
                    </w:rPr>
                  </w:pPr>
                  <w:r w:rsidRPr="7D35017F">
                    <w:rPr>
                      <w:rFonts w:ascii="Aptos" w:eastAsia="Aptos" w:hAnsi="Aptos" w:cs="Aptos"/>
                      <w:sz w:val="20"/>
                      <w:szCs w:val="20"/>
                    </w:rPr>
                    <w:t>ENG-111</w:t>
                  </w:r>
                </w:p>
              </w:tc>
            </w:tr>
            <w:tr w:rsidR="7D35017F" w14:paraId="55DC81FB"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EDB17D4" w14:textId="69A720A5"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383796B" w14:textId="38B274B5"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9D3807B" w14:textId="238DC747" w:rsidR="7D35017F" w:rsidRDefault="7D35017F" w:rsidP="7D35017F">
                  <w:pPr>
                    <w:rPr>
                      <w:rFonts w:ascii="Aptos" w:eastAsia="Aptos" w:hAnsi="Aptos" w:cs="Aptos"/>
                      <w:sz w:val="20"/>
                      <w:szCs w:val="20"/>
                    </w:rPr>
                  </w:pPr>
                  <w:r w:rsidRPr="7D35017F">
                    <w:rPr>
                      <w:rFonts w:ascii="Aptos" w:eastAsia="Aptos" w:hAnsi="Aptos" w:cs="Aptos"/>
                      <w:sz w:val="20"/>
                      <w:szCs w:val="20"/>
                    </w:rPr>
                    <w:t>3/4</w:t>
                  </w:r>
                </w:p>
              </w:tc>
              <w:tc>
                <w:tcPr>
                  <w:tcW w:w="5009" w:type="dxa"/>
                  <w:tcBorders>
                    <w:top w:val="single" w:sz="6" w:space="0" w:color="auto"/>
                    <w:left w:val="single" w:sz="6" w:space="0" w:color="auto"/>
                    <w:bottom w:val="single" w:sz="6" w:space="0" w:color="auto"/>
                    <w:right w:val="single" w:sz="6" w:space="0" w:color="auto"/>
                  </w:tcBorders>
                </w:tcPr>
                <w:p w14:paraId="4C419676" w14:textId="6A1A9E76" w:rsidR="7D35017F" w:rsidRDefault="7D35017F" w:rsidP="7D35017F">
                  <w:pPr>
                    <w:rPr>
                      <w:rFonts w:ascii="Aptos" w:eastAsia="Aptos" w:hAnsi="Aptos" w:cs="Aptos"/>
                      <w:sz w:val="20"/>
                      <w:szCs w:val="20"/>
                    </w:rPr>
                  </w:pPr>
                  <w:r w:rsidRPr="7D35017F">
                    <w:rPr>
                      <w:rFonts w:ascii="Aptos" w:eastAsia="Aptos" w:hAnsi="Aptos" w:cs="Aptos"/>
                      <w:sz w:val="20"/>
                      <w:szCs w:val="20"/>
                    </w:rPr>
                    <w:t>GenEd-QPS</w:t>
                  </w:r>
                </w:p>
              </w:tc>
            </w:tr>
            <w:tr w:rsidR="7D35017F" w14:paraId="7FF2B4E3"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86041B0" w14:textId="5060B4CA"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7695AE1" w14:textId="1F9ABCF5"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3B5B62E" w14:textId="0A767017"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1B46C25C" w14:textId="02520581"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COM-171</w:t>
                  </w:r>
                </w:p>
              </w:tc>
            </w:tr>
            <w:tr w:rsidR="7D35017F" w14:paraId="2C5E755E"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82B969D" w14:textId="61E9F9BB"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76BE9A4" w14:textId="2B49B2D6"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F433AE2" w14:textId="761F27EA"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59CD9E09" w14:textId="3C0D29C6"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COM-101</w:t>
                  </w:r>
                </w:p>
              </w:tc>
            </w:tr>
            <w:tr w:rsidR="7D35017F" w14:paraId="5AD0BCA7"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BF3B2D7" w14:textId="3CFF7302"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557FDC1" w14:textId="737885D6"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41D40E4" w14:textId="2D5EE172"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36A76B9A" w14:textId="1E8D113B"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ENG-112</w:t>
                  </w:r>
                </w:p>
              </w:tc>
            </w:tr>
            <w:tr w:rsidR="7D35017F" w14:paraId="3D3A83DE"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2CC1198D" w14:textId="199073B3"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6DE4D07" w14:textId="5377F639"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A854111" w14:textId="1BE78C57"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5D45A41" w14:textId="41D3A14D"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COM-210</w:t>
                  </w:r>
                </w:p>
              </w:tc>
            </w:tr>
            <w:tr w:rsidR="7D35017F" w14:paraId="111E0D51"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6BF10A4" w14:textId="24D2B5E8"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66F45D1" w14:textId="70A1BEB1"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582DF1D3" w14:textId="03A9921F"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F5829D0" w14:textId="3E4B0322"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COM-212</w:t>
                  </w:r>
                </w:p>
              </w:tc>
            </w:tr>
            <w:tr w:rsidR="7D35017F" w14:paraId="46F81C5E"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FACD9C3" w14:textId="37547496"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0506A57" w14:textId="1A8C12D6"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B451E0D" w14:textId="7FAB8DA6"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195C17B7" w14:textId="6F34202F" w:rsidR="7D35017F" w:rsidRDefault="7D35017F" w:rsidP="7D35017F">
                  <w:pPr>
                    <w:rPr>
                      <w:rFonts w:ascii="Aptos" w:eastAsia="Aptos" w:hAnsi="Aptos" w:cs="Aptos"/>
                      <w:sz w:val="20"/>
                      <w:szCs w:val="20"/>
                    </w:rPr>
                  </w:pPr>
                  <w:r w:rsidRPr="7D35017F">
                    <w:rPr>
                      <w:rFonts w:ascii="Aptos" w:eastAsia="Aptos" w:hAnsi="Aptos" w:cs="Aptos"/>
                      <w:sz w:val="20"/>
                      <w:szCs w:val="20"/>
                    </w:rPr>
                    <w:t>GenEd-E</w:t>
                  </w:r>
                </w:p>
              </w:tc>
            </w:tr>
            <w:tr w:rsidR="7D35017F" w14:paraId="7F9E60CC"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4A3E809E" w14:textId="16C4505B"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3E1694AA" w14:textId="16FB6796"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555FAA2" w14:textId="4174DC46"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7D4396CF" w14:textId="2F238A0A" w:rsidR="7D35017F" w:rsidRDefault="7D35017F" w:rsidP="7D35017F">
                  <w:pPr>
                    <w:rPr>
                      <w:rFonts w:ascii="Aptos" w:eastAsia="Aptos" w:hAnsi="Aptos" w:cs="Aptos"/>
                      <w:sz w:val="20"/>
                      <w:szCs w:val="20"/>
                    </w:rPr>
                  </w:pPr>
                  <w:r w:rsidRPr="7D35017F">
                    <w:rPr>
                      <w:rFonts w:ascii="Aptos" w:eastAsia="Aptos" w:hAnsi="Aptos" w:cs="Aptos"/>
                      <w:sz w:val="20"/>
                      <w:szCs w:val="20"/>
                    </w:rPr>
                    <w:t>GenEd-CW</w:t>
                  </w:r>
                </w:p>
              </w:tc>
            </w:tr>
            <w:tr w:rsidR="7D35017F" w14:paraId="07806552"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02D00AC3" w14:textId="181653E3"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DFE7539" w14:textId="06EC0081"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3027947" w14:textId="0052401C"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5009" w:type="dxa"/>
                  <w:tcBorders>
                    <w:top w:val="single" w:sz="6" w:space="0" w:color="auto"/>
                    <w:left w:val="single" w:sz="6" w:space="0" w:color="auto"/>
                    <w:bottom w:val="single" w:sz="6" w:space="0" w:color="auto"/>
                    <w:right w:val="single" w:sz="6" w:space="0" w:color="auto"/>
                  </w:tcBorders>
                </w:tcPr>
                <w:p w14:paraId="17E3E448" w14:textId="7B90AD54" w:rsidR="7D35017F" w:rsidRDefault="7D35017F" w:rsidP="7D35017F">
                  <w:pPr>
                    <w:rPr>
                      <w:rFonts w:ascii="Aptos" w:eastAsia="Aptos" w:hAnsi="Aptos" w:cs="Aptos"/>
                      <w:sz w:val="20"/>
                      <w:szCs w:val="20"/>
                    </w:rPr>
                  </w:pPr>
                  <w:r w:rsidRPr="7D35017F">
                    <w:rPr>
                      <w:rFonts w:ascii="Aptos" w:eastAsia="Aptos" w:hAnsi="Aptos" w:cs="Aptos"/>
                      <w:sz w:val="20"/>
                      <w:szCs w:val="20"/>
                    </w:rPr>
                    <w:t>Behavioral Science Elective</w:t>
                  </w:r>
                </w:p>
              </w:tc>
            </w:tr>
            <w:tr w:rsidR="7D35017F" w14:paraId="6DBC0088" w14:textId="77777777" w:rsidTr="7D35017F">
              <w:trPr>
                <w:trHeight w:val="300"/>
              </w:trPr>
              <w:tc>
                <w:tcPr>
                  <w:tcW w:w="400"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1DC291CD" w14:textId="23E2F7C0" w:rsidR="7D35017F" w:rsidRDefault="7D35017F" w:rsidP="7D35017F">
                  <w:pPr>
                    <w:rPr>
                      <w:rFonts w:ascii="Aptos" w:eastAsia="Aptos" w:hAnsi="Aptos" w:cs="Aptos"/>
                      <w:sz w:val="20"/>
                      <w:szCs w:val="20"/>
                    </w:rPr>
                  </w:pPr>
                </w:p>
              </w:tc>
              <w:tc>
                <w:tcPr>
                  <w:tcW w:w="5114"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6FEF8924" w14:textId="38E7A74F" w:rsidR="7D35017F" w:rsidRDefault="7D35017F" w:rsidP="7D35017F">
                  <w:pPr>
                    <w:rPr>
                      <w:rFonts w:ascii="Aptos" w:eastAsia="Aptos" w:hAnsi="Aptos" w:cs="Aptos"/>
                      <w:sz w:val="20"/>
                      <w:szCs w:val="20"/>
                    </w:rPr>
                  </w:pPr>
                  <w:r w:rsidRPr="7D35017F">
                    <w:rPr>
                      <w:rFonts w:ascii="Aptos" w:eastAsia="Aptos" w:hAnsi="Aptos" w:cs="Aptos"/>
                      <w:sz w:val="20"/>
                      <w:szCs w:val="20"/>
                    </w:rPr>
                    <w:t>Mass Transfer Gen Ed Exempt – Free Elective</w:t>
                  </w:r>
                </w:p>
              </w:tc>
              <w:tc>
                <w:tcPr>
                  <w:tcW w:w="1252" w:type="dxa"/>
                  <w:tcBorders>
                    <w:top w:val="single" w:sz="6" w:space="0" w:color="auto"/>
                    <w:left w:val="single" w:sz="6" w:space="0" w:color="auto"/>
                    <w:bottom w:val="single" w:sz="6" w:space="0" w:color="auto"/>
                    <w:right w:val="single" w:sz="6" w:space="0" w:color="auto"/>
                  </w:tcBorders>
                  <w:tcMar>
                    <w:top w:w="15" w:type="dxa"/>
                    <w:left w:w="60" w:type="dxa"/>
                    <w:bottom w:w="15" w:type="dxa"/>
                    <w:right w:w="60" w:type="dxa"/>
                  </w:tcMar>
                  <w:vAlign w:val="bottom"/>
                </w:tcPr>
                <w:p w14:paraId="75B364CF" w14:textId="5E060D91" w:rsidR="7D35017F" w:rsidRDefault="7D35017F" w:rsidP="7D35017F">
                  <w:pPr>
                    <w:rPr>
                      <w:rFonts w:ascii="Aptos" w:eastAsia="Aptos" w:hAnsi="Aptos" w:cs="Aptos"/>
                      <w:sz w:val="20"/>
                      <w:szCs w:val="20"/>
                    </w:rPr>
                  </w:pPr>
                  <w:r w:rsidRPr="7D35017F">
                    <w:rPr>
                      <w:rFonts w:ascii="Aptos" w:eastAsia="Aptos" w:hAnsi="Aptos" w:cs="Aptos"/>
                      <w:sz w:val="20"/>
                      <w:szCs w:val="20"/>
                    </w:rPr>
                    <w:t>4</w:t>
                  </w:r>
                </w:p>
              </w:tc>
              <w:tc>
                <w:tcPr>
                  <w:tcW w:w="5009" w:type="dxa"/>
                  <w:tcBorders>
                    <w:top w:val="single" w:sz="6" w:space="0" w:color="auto"/>
                    <w:left w:val="single" w:sz="6" w:space="0" w:color="auto"/>
                    <w:bottom w:val="single" w:sz="6" w:space="0" w:color="auto"/>
                    <w:right w:val="single" w:sz="6" w:space="0" w:color="auto"/>
                  </w:tcBorders>
                </w:tcPr>
                <w:p w14:paraId="5BFD7471" w14:textId="4F2D1651" w:rsidR="7D35017F" w:rsidRDefault="7D35017F" w:rsidP="7D35017F">
                  <w:pPr>
                    <w:rPr>
                      <w:rFonts w:ascii="Aptos" w:eastAsia="Aptos" w:hAnsi="Aptos" w:cs="Aptos"/>
                      <w:sz w:val="20"/>
                      <w:szCs w:val="20"/>
                    </w:rPr>
                  </w:pPr>
                  <w:r w:rsidRPr="7D35017F">
                    <w:rPr>
                      <w:rFonts w:ascii="Aptos" w:eastAsia="Aptos" w:hAnsi="Aptos" w:cs="Aptos"/>
                      <w:sz w:val="20"/>
                      <w:szCs w:val="20"/>
                    </w:rPr>
                    <w:t>GenEd-SR</w:t>
                  </w:r>
                </w:p>
              </w:tc>
            </w:tr>
          </w:tbl>
          <w:p w14:paraId="59F793F7" w14:textId="4D227D04"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 </w:t>
            </w:r>
          </w:p>
        </w:tc>
      </w:tr>
      <w:tr w:rsidR="7D35017F" w14:paraId="3EA05203"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37869E9E" w14:textId="40552F22"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Courses in Major (40 credits total)</w:t>
            </w:r>
          </w:p>
        </w:tc>
      </w:tr>
      <w:tr w:rsidR="7D35017F" w14:paraId="3706ECF0"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E1FE1CE" w14:textId="0A406911"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Major Core Courses (16 credits)</w:t>
            </w:r>
          </w:p>
        </w:tc>
      </w:tr>
      <w:tr w:rsidR="7D35017F" w14:paraId="7ABFE470"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815CCF8" w14:textId="4FE9E59D"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lastRenderedPageBreak/>
              <w:t>Course Name</w:t>
            </w:r>
          </w:p>
        </w:tc>
        <w:tc>
          <w:tcPr>
            <w:tcW w:w="2477"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4B09A43D" w14:textId="44697532"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Credits</w:t>
            </w: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3DC35672" w14:textId="68892DC0" w:rsidR="7D35017F" w:rsidRDefault="7D35017F" w:rsidP="7D35017F">
            <w:pPr>
              <w:rPr>
                <w:rFonts w:ascii="Aptos" w:eastAsia="Aptos" w:hAnsi="Aptos" w:cs="Aptos"/>
                <w:color w:val="000000" w:themeColor="text1"/>
                <w:sz w:val="20"/>
                <w:szCs w:val="20"/>
              </w:rPr>
            </w:pPr>
          </w:p>
        </w:tc>
      </w:tr>
      <w:tr w:rsidR="7D35017F" w14:paraId="3B771202"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CBBE93C" w14:textId="7EC40C7C"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MCO 202 Writing for Media</w:t>
            </w:r>
          </w:p>
        </w:tc>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4DF8B2E" w14:textId="688E65E3" w:rsidR="7D35017F" w:rsidRDefault="7D35017F" w:rsidP="7D35017F">
            <w:pPr>
              <w:rPr>
                <w:rFonts w:ascii="Aptos" w:eastAsia="Aptos" w:hAnsi="Aptos" w:cs="Aptos"/>
                <w:color w:val="000000" w:themeColor="text1"/>
                <w:sz w:val="20"/>
                <w:szCs w:val="20"/>
              </w:rPr>
            </w:pP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34F5028" w14:textId="2699D2A2" w:rsidR="7D35017F" w:rsidRDefault="7D35017F" w:rsidP="7D35017F">
            <w:pPr>
              <w:rPr>
                <w:rFonts w:ascii="Aptos" w:eastAsia="Aptos" w:hAnsi="Aptos" w:cs="Aptos"/>
                <w:color w:val="000000" w:themeColor="text1"/>
                <w:sz w:val="20"/>
                <w:szCs w:val="20"/>
              </w:rPr>
            </w:pPr>
          </w:p>
        </w:tc>
      </w:tr>
      <w:tr w:rsidR="7D35017F" w14:paraId="78B95900"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BAB20AA" w14:textId="34D47A30"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MCO 220 Media Literacy</w:t>
            </w:r>
          </w:p>
        </w:tc>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FFAA73F" w14:textId="6842FA64"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3</w:t>
            </w: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7DF9381" w14:textId="51EBFF50"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COM-250</w:t>
            </w:r>
          </w:p>
        </w:tc>
      </w:tr>
      <w:tr w:rsidR="7D35017F" w14:paraId="3E9A5DF3"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EF3BC38" w14:textId="7C641E73"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MCO 235 Multimedia Storytelling</w:t>
            </w:r>
          </w:p>
        </w:tc>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4446120" w14:textId="07FD598F"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3</w:t>
            </w: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73633CA" w14:textId="1FE12BC7"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COM-254</w:t>
            </w:r>
          </w:p>
        </w:tc>
      </w:tr>
      <w:tr w:rsidR="7D35017F" w14:paraId="465A26E4"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1228DE3" w14:textId="027BC64B"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MCO 250 Engaging Audiences</w:t>
            </w:r>
          </w:p>
        </w:tc>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6AA8C99" w14:textId="0D9AB433" w:rsidR="7D35017F" w:rsidRDefault="7D35017F" w:rsidP="7D35017F">
            <w:pPr>
              <w:rPr>
                <w:rFonts w:ascii="Aptos" w:eastAsia="Aptos" w:hAnsi="Aptos" w:cs="Aptos"/>
                <w:color w:val="000000" w:themeColor="text1"/>
                <w:sz w:val="20"/>
                <w:szCs w:val="20"/>
              </w:rPr>
            </w:pP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9E0FDB1" w14:textId="6D49B0E8" w:rsidR="7D35017F" w:rsidRDefault="7D35017F" w:rsidP="7D35017F">
            <w:pPr>
              <w:rPr>
                <w:rFonts w:ascii="Aptos" w:eastAsia="Aptos" w:hAnsi="Aptos" w:cs="Aptos"/>
                <w:color w:val="000000" w:themeColor="text1"/>
                <w:sz w:val="20"/>
                <w:szCs w:val="20"/>
              </w:rPr>
            </w:pPr>
          </w:p>
        </w:tc>
      </w:tr>
      <w:tr w:rsidR="7D35017F" w14:paraId="7E229B7D"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5A74DE86" w14:textId="6F26CBD5"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MCO 350 Junior Career Seminar</w:t>
            </w:r>
          </w:p>
        </w:tc>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7B2D917" w14:textId="59A2B2F6" w:rsidR="7D35017F" w:rsidRDefault="7D35017F" w:rsidP="7D35017F">
            <w:pPr>
              <w:rPr>
                <w:rFonts w:ascii="Aptos" w:eastAsia="Aptos" w:hAnsi="Aptos" w:cs="Aptos"/>
                <w:color w:val="000000" w:themeColor="text1"/>
                <w:sz w:val="20"/>
                <w:szCs w:val="20"/>
              </w:rPr>
            </w:pP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B19CF3C" w14:textId="1EC99FE9" w:rsidR="7D35017F" w:rsidRDefault="7D35017F" w:rsidP="7D35017F">
            <w:pPr>
              <w:rPr>
                <w:rFonts w:ascii="Aptos" w:eastAsia="Aptos" w:hAnsi="Aptos" w:cs="Aptos"/>
                <w:color w:val="000000" w:themeColor="text1"/>
                <w:sz w:val="20"/>
                <w:szCs w:val="20"/>
              </w:rPr>
            </w:pPr>
          </w:p>
        </w:tc>
      </w:tr>
      <w:tr w:rsidR="7D35017F" w14:paraId="4A0F6CE8"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48972227" w14:textId="2CF18A43"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MCO 499 Senior Portfolio</w:t>
            </w:r>
          </w:p>
        </w:tc>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C35048C" w14:textId="26FB21D7" w:rsidR="7D35017F" w:rsidRDefault="7D35017F" w:rsidP="7D35017F">
            <w:pPr>
              <w:rPr>
                <w:rFonts w:ascii="Aptos" w:eastAsia="Aptos" w:hAnsi="Aptos" w:cs="Aptos"/>
                <w:color w:val="000000" w:themeColor="text1"/>
                <w:sz w:val="20"/>
                <w:szCs w:val="20"/>
              </w:rPr>
            </w:pP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D96F9DD" w14:textId="22311A20" w:rsidR="7D35017F" w:rsidRDefault="7D35017F" w:rsidP="7D35017F">
            <w:pPr>
              <w:rPr>
                <w:rFonts w:ascii="Aptos" w:eastAsia="Aptos" w:hAnsi="Aptos" w:cs="Aptos"/>
                <w:color w:val="000000" w:themeColor="text1"/>
                <w:sz w:val="20"/>
                <w:szCs w:val="20"/>
              </w:rPr>
            </w:pPr>
          </w:p>
        </w:tc>
      </w:tr>
      <w:tr w:rsidR="7D35017F" w14:paraId="0D43BD44"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06D1E7BE" w14:textId="6DE0DF84" w:rsidR="7D35017F" w:rsidRDefault="7D35017F" w:rsidP="7D35017F">
            <w:pPr>
              <w:shd w:val="clear" w:color="auto" w:fill="DAE9F7"/>
              <w:rPr>
                <w:rFonts w:ascii="Aptos" w:eastAsia="Aptos" w:hAnsi="Aptos" w:cs="Aptos"/>
                <w:color w:val="000000" w:themeColor="text1"/>
                <w:sz w:val="20"/>
                <w:szCs w:val="20"/>
              </w:rPr>
            </w:pPr>
            <w:r w:rsidRPr="7D35017F">
              <w:rPr>
                <w:rFonts w:ascii="Aptos" w:eastAsia="Aptos" w:hAnsi="Aptos" w:cs="Aptos"/>
                <w:color w:val="000000" w:themeColor="text1"/>
                <w:sz w:val="20"/>
                <w:szCs w:val="20"/>
              </w:rPr>
              <w:t>+Major Electives (18 credits)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3"/>
              <w:gridCol w:w="1467"/>
              <w:gridCol w:w="7074"/>
              <w:gridCol w:w="1468"/>
            </w:tblGrid>
            <w:tr w:rsidR="7D35017F" w14:paraId="2B074092" w14:textId="77777777" w:rsidTr="7D35017F">
              <w:trPr>
                <w:trHeight w:val="300"/>
              </w:trPr>
              <w:tc>
                <w:tcPr>
                  <w:tcW w:w="1745" w:type="dxa"/>
                  <w:tcMar>
                    <w:left w:w="105" w:type="dxa"/>
                    <w:right w:w="105" w:type="dxa"/>
                  </w:tcMar>
                </w:tcPr>
                <w:p w14:paraId="5BC583DC" w14:textId="78CA7A1C" w:rsidR="7D35017F" w:rsidRDefault="7D35017F" w:rsidP="7D35017F">
                  <w:pPr>
                    <w:rPr>
                      <w:rFonts w:ascii="Aptos" w:eastAsia="Aptos" w:hAnsi="Aptos" w:cs="Aptos"/>
                      <w:sz w:val="20"/>
                      <w:szCs w:val="20"/>
                    </w:rPr>
                  </w:pPr>
                  <w:r w:rsidRPr="7D35017F">
                    <w:rPr>
                      <w:rFonts w:ascii="Aptos" w:eastAsia="Aptos" w:hAnsi="Aptos" w:cs="Aptos"/>
                      <w:sz w:val="20"/>
                      <w:szCs w:val="20"/>
                    </w:rPr>
                    <w:t>Course</w:t>
                  </w:r>
                </w:p>
              </w:tc>
              <w:tc>
                <w:tcPr>
                  <w:tcW w:w="1470" w:type="dxa"/>
                  <w:tcMar>
                    <w:left w:w="105" w:type="dxa"/>
                    <w:right w:w="105" w:type="dxa"/>
                  </w:tcMar>
                </w:tcPr>
                <w:p w14:paraId="3AF5820C" w14:textId="4EA7C14F" w:rsidR="7D35017F" w:rsidRDefault="7D35017F" w:rsidP="7D35017F">
                  <w:pPr>
                    <w:rPr>
                      <w:rFonts w:ascii="Aptos" w:eastAsia="Aptos" w:hAnsi="Aptos" w:cs="Aptos"/>
                      <w:sz w:val="20"/>
                      <w:szCs w:val="20"/>
                    </w:rPr>
                  </w:pPr>
                </w:p>
              </w:tc>
              <w:tc>
                <w:tcPr>
                  <w:tcW w:w="7091" w:type="dxa"/>
                  <w:tcMar>
                    <w:left w:w="105" w:type="dxa"/>
                    <w:right w:w="105" w:type="dxa"/>
                  </w:tcMar>
                </w:tcPr>
                <w:p w14:paraId="5D5D0A91" w14:textId="2A9511B9" w:rsidR="7D35017F" w:rsidRDefault="7D35017F" w:rsidP="7D35017F">
                  <w:pPr>
                    <w:rPr>
                      <w:rFonts w:ascii="Aptos" w:eastAsia="Aptos" w:hAnsi="Aptos" w:cs="Aptos"/>
                      <w:sz w:val="20"/>
                      <w:szCs w:val="20"/>
                    </w:rPr>
                  </w:pPr>
                </w:p>
              </w:tc>
              <w:tc>
                <w:tcPr>
                  <w:tcW w:w="1470" w:type="dxa"/>
                  <w:tcMar>
                    <w:left w:w="105" w:type="dxa"/>
                    <w:right w:w="105" w:type="dxa"/>
                  </w:tcMar>
                </w:tcPr>
                <w:p w14:paraId="313AAAB3" w14:textId="4C219117" w:rsidR="7D35017F" w:rsidRDefault="7D35017F" w:rsidP="7D35017F">
                  <w:pPr>
                    <w:rPr>
                      <w:rFonts w:ascii="Aptos" w:eastAsia="Aptos" w:hAnsi="Aptos" w:cs="Aptos"/>
                      <w:sz w:val="20"/>
                      <w:szCs w:val="20"/>
                    </w:rPr>
                  </w:pPr>
                  <w:r w:rsidRPr="7D35017F">
                    <w:rPr>
                      <w:rFonts w:ascii="Aptos" w:eastAsia="Aptos" w:hAnsi="Aptos" w:cs="Aptos"/>
                      <w:sz w:val="20"/>
                      <w:szCs w:val="20"/>
                    </w:rPr>
                    <w:t>Credits</w:t>
                  </w:r>
                </w:p>
              </w:tc>
            </w:tr>
            <w:tr w:rsidR="7D35017F" w14:paraId="7EDFFCAB" w14:textId="77777777" w:rsidTr="7D35017F">
              <w:trPr>
                <w:trHeight w:val="300"/>
              </w:trPr>
              <w:tc>
                <w:tcPr>
                  <w:tcW w:w="1745" w:type="dxa"/>
                  <w:tcMar>
                    <w:left w:w="105" w:type="dxa"/>
                    <w:right w:w="105" w:type="dxa"/>
                  </w:tcMar>
                </w:tcPr>
                <w:p w14:paraId="14377574" w14:textId="75362A88" w:rsidR="7D35017F" w:rsidRDefault="7D35017F" w:rsidP="7D35017F">
                  <w:pPr>
                    <w:spacing w:after="160" w:line="278" w:lineRule="auto"/>
                    <w:rPr>
                      <w:rFonts w:ascii="Aptos" w:eastAsia="Aptos" w:hAnsi="Aptos" w:cs="Aptos"/>
                      <w:sz w:val="20"/>
                      <w:szCs w:val="20"/>
                    </w:rPr>
                  </w:pPr>
                  <w:r w:rsidRPr="7D35017F">
                    <w:rPr>
                      <w:rFonts w:ascii="Aptos" w:eastAsia="Aptos" w:hAnsi="Aptos" w:cs="Aptos"/>
                      <w:sz w:val="20"/>
                      <w:szCs w:val="20"/>
                    </w:rPr>
                    <w:t>MCO</w:t>
                  </w:r>
                </w:p>
              </w:tc>
              <w:tc>
                <w:tcPr>
                  <w:tcW w:w="1470" w:type="dxa"/>
                  <w:tcMar>
                    <w:left w:w="105" w:type="dxa"/>
                    <w:right w:w="105" w:type="dxa"/>
                  </w:tcMar>
                </w:tcPr>
                <w:p w14:paraId="5DCE5064" w14:textId="62E2E8AF" w:rsidR="7D35017F" w:rsidRDefault="7D35017F" w:rsidP="7D35017F">
                  <w:pPr>
                    <w:rPr>
                      <w:rFonts w:ascii="Aptos" w:eastAsia="Aptos" w:hAnsi="Aptos" w:cs="Aptos"/>
                      <w:sz w:val="20"/>
                      <w:szCs w:val="20"/>
                    </w:rPr>
                  </w:pPr>
                  <w:r w:rsidRPr="7D35017F">
                    <w:rPr>
                      <w:rFonts w:ascii="Aptos" w:eastAsia="Aptos" w:hAnsi="Aptos" w:cs="Aptos"/>
                      <w:sz w:val="20"/>
                      <w:szCs w:val="20"/>
                    </w:rPr>
                    <w:t>100</w:t>
                  </w:r>
                </w:p>
              </w:tc>
              <w:tc>
                <w:tcPr>
                  <w:tcW w:w="7091" w:type="dxa"/>
                  <w:tcMar>
                    <w:left w:w="105" w:type="dxa"/>
                    <w:right w:w="105" w:type="dxa"/>
                  </w:tcMar>
                </w:tcPr>
                <w:p w14:paraId="13C1835E" w14:textId="585E21B7" w:rsidR="7D35017F" w:rsidRDefault="7D35017F" w:rsidP="7D35017F">
                  <w:pPr>
                    <w:rPr>
                      <w:rFonts w:ascii="Aptos" w:eastAsia="Aptos" w:hAnsi="Aptos" w:cs="Aptos"/>
                      <w:sz w:val="20"/>
                      <w:szCs w:val="20"/>
                    </w:rPr>
                  </w:pPr>
                  <w:r w:rsidRPr="7D35017F">
                    <w:rPr>
                      <w:rFonts w:ascii="Aptos" w:eastAsia="Aptos" w:hAnsi="Aptos" w:cs="Aptos"/>
                      <w:sz w:val="20"/>
                      <w:szCs w:val="20"/>
                    </w:rPr>
                    <w:t>COM-110</w:t>
                  </w:r>
                </w:p>
              </w:tc>
              <w:tc>
                <w:tcPr>
                  <w:tcW w:w="1470" w:type="dxa"/>
                  <w:tcMar>
                    <w:left w:w="105" w:type="dxa"/>
                    <w:right w:w="105" w:type="dxa"/>
                  </w:tcMar>
                </w:tcPr>
                <w:p w14:paraId="1271D24D" w14:textId="66425A83"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r>
            <w:tr w:rsidR="7D35017F" w14:paraId="0CDCFB68" w14:textId="77777777" w:rsidTr="7D35017F">
              <w:trPr>
                <w:trHeight w:val="300"/>
              </w:trPr>
              <w:tc>
                <w:tcPr>
                  <w:tcW w:w="1745" w:type="dxa"/>
                  <w:tcMar>
                    <w:left w:w="105" w:type="dxa"/>
                    <w:right w:w="105" w:type="dxa"/>
                  </w:tcMar>
                </w:tcPr>
                <w:p w14:paraId="27CE9754" w14:textId="455F1626" w:rsidR="7D35017F" w:rsidRDefault="7D35017F" w:rsidP="7D35017F">
                  <w:pPr>
                    <w:rPr>
                      <w:rFonts w:ascii="Aptos" w:eastAsia="Aptos" w:hAnsi="Aptos" w:cs="Aptos"/>
                      <w:sz w:val="20"/>
                      <w:szCs w:val="20"/>
                    </w:rPr>
                  </w:pPr>
                  <w:r w:rsidRPr="7D35017F">
                    <w:rPr>
                      <w:rFonts w:ascii="Aptos" w:eastAsia="Aptos" w:hAnsi="Aptos" w:cs="Aptos"/>
                      <w:sz w:val="20"/>
                      <w:szCs w:val="20"/>
                    </w:rPr>
                    <w:t>MCO</w:t>
                  </w:r>
                </w:p>
                <w:p w14:paraId="61FCFB32" w14:textId="11E60CDA" w:rsidR="7D35017F" w:rsidRDefault="7D35017F" w:rsidP="7D35017F">
                  <w:pPr>
                    <w:rPr>
                      <w:rFonts w:ascii="Aptos" w:eastAsia="Aptos" w:hAnsi="Aptos" w:cs="Aptos"/>
                      <w:sz w:val="20"/>
                      <w:szCs w:val="20"/>
                    </w:rPr>
                  </w:pPr>
                </w:p>
              </w:tc>
              <w:tc>
                <w:tcPr>
                  <w:tcW w:w="1470" w:type="dxa"/>
                  <w:tcMar>
                    <w:left w:w="105" w:type="dxa"/>
                    <w:right w:w="105" w:type="dxa"/>
                  </w:tcMar>
                </w:tcPr>
                <w:p w14:paraId="539FE854" w14:textId="49507A7A" w:rsidR="7D35017F" w:rsidRDefault="7D35017F" w:rsidP="7D35017F">
                  <w:pPr>
                    <w:rPr>
                      <w:rFonts w:ascii="Aptos" w:eastAsia="Aptos" w:hAnsi="Aptos" w:cs="Aptos"/>
                      <w:sz w:val="20"/>
                      <w:szCs w:val="20"/>
                    </w:rPr>
                  </w:pPr>
                  <w:r w:rsidRPr="7D35017F">
                    <w:rPr>
                      <w:rFonts w:ascii="Aptos" w:eastAsia="Aptos" w:hAnsi="Aptos" w:cs="Aptos"/>
                      <w:sz w:val="20"/>
                      <w:szCs w:val="20"/>
                    </w:rPr>
                    <w:t>172</w:t>
                  </w:r>
                </w:p>
              </w:tc>
              <w:tc>
                <w:tcPr>
                  <w:tcW w:w="7091" w:type="dxa"/>
                  <w:tcMar>
                    <w:left w:w="105" w:type="dxa"/>
                    <w:right w:w="105" w:type="dxa"/>
                  </w:tcMar>
                </w:tcPr>
                <w:p w14:paraId="65944C3E" w14:textId="167B02BF" w:rsidR="7D35017F" w:rsidRDefault="7D35017F" w:rsidP="7D35017F">
                  <w:pPr>
                    <w:rPr>
                      <w:rFonts w:ascii="Aptos" w:eastAsia="Aptos" w:hAnsi="Aptos" w:cs="Aptos"/>
                      <w:sz w:val="20"/>
                      <w:szCs w:val="20"/>
                    </w:rPr>
                  </w:pPr>
                  <w:r w:rsidRPr="7D35017F">
                    <w:rPr>
                      <w:rFonts w:ascii="Aptos" w:eastAsia="Aptos" w:hAnsi="Aptos" w:cs="Aptos"/>
                      <w:sz w:val="20"/>
                      <w:szCs w:val="20"/>
                    </w:rPr>
                    <w:t>MCO-280</w:t>
                  </w:r>
                </w:p>
              </w:tc>
              <w:tc>
                <w:tcPr>
                  <w:tcW w:w="1470" w:type="dxa"/>
                  <w:tcMar>
                    <w:left w:w="105" w:type="dxa"/>
                    <w:right w:w="105" w:type="dxa"/>
                  </w:tcMar>
                </w:tcPr>
                <w:p w14:paraId="705F8D3C" w14:textId="2169C54E"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r>
            <w:tr w:rsidR="7D35017F" w14:paraId="205702CF" w14:textId="77777777" w:rsidTr="7D35017F">
              <w:trPr>
                <w:trHeight w:val="300"/>
              </w:trPr>
              <w:tc>
                <w:tcPr>
                  <w:tcW w:w="1745" w:type="dxa"/>
                  <w:tcMar>
                    <w:left w:w="105" w:type="dxa"/>
                    <w:right w:w="105" w:type="dxa"/>
                  </w:tcMar>
                </w:tcPr>
                <w:p w14:paraId="2FE9F27B" w14:textId="25CE2872" w:rsidR="7D35017F" w:rsidRDefault="7D35017F" w:rsidP="7D35017F">
                  <w:pPr>
                    <w:rPr>
                      <w:rFonts w:ascii="Aptos" w:eastAsia="Aptos" w:hAnsi="Aptos" w:cs="Aptos"/>
                      <w:sz w:val="20"/>
                      <w:szCs w:val="20"/>
                    </w:rPr>
                  </w:pPr>
                  <w:r w:rsidRPr="7D35017F">
                    <w:rPr>
                      <w:rFonts w:ascii="Aptos" w:eastAsia="Aptos" w:hAnsi="Aptos" w:cs="Aptos"/>
                      <w:sz w:val="20"/>
                      <w:szCs w:val="20"/>
                    </w:rPr>
                    <w:t>MCO</w:t>
                  </w:r>
                </w:p>
                <w:p w14:paraId="44B2DA60" w14:textId="7140D37C" w:rsidR="7D35017F" w:rsidRDefault="7D35017F" w:rsidP="7D35017F">
                  <w:pPr>
                    <w:rPr>
                      <w:rFonts w:ascii="Aptos" w:eastAsia="Aptos" w:hAnsi="Aptos" w:cs="Aptos"/>
                      <w:sz w:val="20"/>
                      <w:szCs w:val="20"/>
                    </w:rPr>
                  </w:pPr>
                </w:p>
              </w:tc>
              <w:tc>
                <w:tcPr>
                  <w:tcW w:w="1470" w:type="dxa"/>
                  <w:tcMar>
                    <w:left w:w="105" w:type="dxa"/>
                    <w:right w:w="105" w:type="dxa"/>
                  </w:tcMar>
                </w:tcPr>
                <w:p w14:paraId="36D36180" w14:textId="654D8EB8" w:rsidR="7D35017F" w:rsidRDefault="7D35017F" w:rsidP="7D35017F">
                  <w:pPr>
                    <w:rPr>
                      <w:rFonts w:ascii="Aptos" w:eastAsia="Aptos" w:hAnsi="Aptos" w:cs="Aptos"/>
                      <w:sz w:val="20"/>
                      <w:szCs w:val="20"/>
                    </w:rPr>
                  </w:pPr>
                  <w:r w:rsidRPr="7D35017F">
                    <w:rPr>
                      <w:rFonts w:ascii="Aptos" w:eastAsia="Aptos" w:hAnsi="Aptos" w:cs="Aptos"/>
                      <w:sz w:val="20"/>
                      <w:szCs w:val="20"/>
                    </w:rPr>
                    <w:t>307</w:t>
                  </w:r>
                </w:p>
              </w:tc>
              <w:tc>
                <w:tcPr>
                  <w:tcW w:w="7091" w:type="dxa"/>
                  <w:tcMar>
                    <w:left w:w="105" w:type="dxa"/>
                    <w:right w:w="105" w:type="dxa"/>
                  </w:tcMar>
                </w:tcPr>
                <w:p w14:paraId="2F748AB4" w14:textId="346D1152" w:rsidR="7D35017F" w:rsidRDefault="7D35017F" w:rsidP="7D35017F">
                  <w:pPr>
                    <w:rPr>
                      <w:rFonts w:ascii="Aptos" w:eastAsia="Aptos" w:hAnsi="Aptos" w:cs="Aptos"/>
                      <w:sz w:val="20"/>
                      <w:szCs w:val="20"/>
                    </w:rPr>
                  </w:pPr>
                  <w:r w:rsidRPr="7D35017F">
                    <w:rPr>
                      <w:rFonts w:ascii="Aptos" w:eastAsia="Aptos" w:hAnsi="Aptos" w:cs="Aptos"/>
                      <w:sz w:val="20"/>
                      <w:szCs w:val="20"/>
                    </w:rPr>
                    <w:t>COM-211</w:t>
                  </w:r>
                </w:p>
              </w:tc>
              <w:tc>
                <w:tcPr>
                  <w:tcW w:w="1470" w:type="dxa"/>
                  <w:tcMar>
                    <w:left w:w="105" w:type="dxa"/>
                    <w:right w:w="105" w:type="dxa"/>
                  </w:tcMar>
                </w:tcPr>
                <w:p w14:paraId="009507C1" w14:textId="0DD92651"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r>
            <w:tr w:rsidR="7D35017F" w14:paraId="5FD3B297" w14:textId="77777777" w:rsidTr="7D35017F">
              <w:trPr>
                <w:trHeight w:val="300"/>
              </w:trPr>
              <w:tc>
                <w:tcPr>
                  <w:tcW w:w="1745" w:type="dxa"/>
                  <w:tcMar>
                    <w:left w:w="105" w:type="dxa"/>
                    <w:right w:w="105" w:type="dxa"/>
                  </w:tcMar>
                </w:tcPr>
                <w:p w14:paraId="0B5AEBB7" w14:textId="7C42ED37" w:rsidR="7D35017F" w:rsidRDefault="7D35017F" w:rsidP="7D35017F">
                  <w:pPr>
                    <w:rPr>
                      <w:rFonts w:ascii="Aptos" w:eastAsia="Aptos" w:hAnsi="Aptos" w:cs="Aptos"/>
                      <w:sz w:val="20"/>
                      <w:szCs w:val="20"/>
                    </w:rPr>
                  </w:pPr>
                  <w:r w:rsidRPr="7D35017F">
                    <w:rPr>
                      <w:rFonts w:ascii="Aptos" w:eastAsia="Aptos" w:hAnsi="Aptos" w:cs="Aptos"/>
                      <w:sz w:val="20"/>
                      <w:szCs w:val="20"/>
                    </w:rPr>
                    <w:t>MCO</w:t>
                  </w:r>
                </w:p>
                <w:p w14:paraId="03CDAD22" w14:textId="14DF0E72" w:rsidR="7D35017F" w:rsidRDefault="7D35017F" w:rsidP="7D35017F">
                  <w:pPr>
                    <w:rPr>
                      <w:rFonts w:ascii="Aptos" w:eastAsia="Aptos" w:hAnsi="Aptos" w:cs="Aptos"/>
                      <w:sz w:val="20"/>
                      <w:szCs w:val="20"/>
                    </w:rPr>
                  </w:pPr>
                </w:p>
              </w:tc>
              <w:tc>
                <w:tcPr>
                  <w:tcW w:w="1470" w:type="dxa"/>
                  <w:tcMar>
                    <w:left w:w="105" w:type="dxa"/>
                    <w:right w:w="105" w:type="dxa"/>
                  </w:tcMar>
                </w:tcPr>
                <w:p w14:paraId="5EA08DAD" w14:textId="49E2F3BA" w:rsidR="7D35017F" w:rsidRDefault="7D35017F" w:rsidP="7D35017F">
                  <w:pPr>
                    <w:rPr>
                      <w:rFonts w:ascii="Aptos" w:eastAsia="Aptos" w:hAnsi="Aptos" w:cs="Aptos"/>
                      <w:sz w:val="20"/>
                      <w:szCs w:val="20"/>
                    </w:rPr>
                  </w:pPr>
                  <w:r w:rsidRPr="7D35017F">
                    <w:rPr>
                      <w:rFonts w:ascii="Aptos" w:eastAsia="Aptos" w:hAnsi="Aptos" w:cs="Aptos"/>
                      <w:sz w:val="20"/>
                      <w:szCs w:val="20"/>
                    </w:rPr>
                    <w:t>273</w:t>
                  </w:r>
                </w:p>
              </w:tc>
              <w:tc>
                <w:tcPr>
                  <w:tcW w:w="7091" w:type="dxa"/>
                  <w:tcMar>
                    <w:left w:w="105" w:type="dxa"/>
                    <w:right w:w="105" w:type="dxa"/>
                  </w:tcMar>
                </w:tcPr>
                <w:p w14:paraId="5C747177" w14:textId="6FE46591" w:rsidR="7D35017F" w:rsidRDefault="7D35017F" w:rsidP="7D35017F">
                  <w:pPr>
                    <w:rPr>
                      <w:rFonts w:ascii="Aptos" w:eastAsia="Aptos" w:hAnsi="Aptos" w:cs="Aptos"/>
                      <w:sz w:val="20"/>
                      <w:szCs w:val="20"/>
                    </w:rPr>
                  </w:pPr>
                  <w:r w:rsidRPr="7D35017F">
                    <w:rPr>
                      <w:rFonts w:ascii="Aptos" w:eastAsia="Aptos" w:hAnsi="Aptos" w:cs="Aptos"/>
                      <w:sz w:val="20"/>
                      <w:szCs w:val="20"/>
                    </w:rPr>
                    <w:t>COM-241</w:t>
                  </w:r>
                </w:p>
              </w:tc>
              <w:tc>
                <w:tcPr>
                  <w:tcW w:w="1470" w:type="dxa"/>
                  <w:tcMar>
                    <w:left w:w="105" w:type="dxa"/>
                    <w:right w:w="105" w:type="dxa"/>
                  </w:tcMar>
                </w:tcPr>
                <w:p w14:paraId="7B7F3EF1" w14:textId="44AA740A"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r>
            <w:tr w:rsidR="7D35017F" w14:paraId="18AAD9A1" w14:textId="77777777" w:rsidTr="7D35017F">
              <w:trPr>
                <w:trHeight w:val="300"/>
              </w:trPr>
              <w:tc>
                <w:tcPr>
                  <w:tcW w:w="1745" w:type="dxa"/>
                  <w:tcMar>
                    <w:left w:w="105" w:type="dxa"/>
                    <w:right w:w="105" w:type="dxa"/>
                  </w:tcMar>
                </w:tcPr>
                <w:p w14:paraId="6C2FBC9A" w14:textId="22F7C9F0" w:rsidR="7D35017F" w:rsidRDefault="7D35017F" w:rsidP="7D35017F">
                  <w:pPr>
                    <w:rPr>
                      <w:rFonts w:ascii="Aptos" w:eastAsia="Aptos" w:hAnsi="Aptos" w:cs="Aptos"/>
                      <w:sz w:val="20"/>
                      <w:szCs w:val="20"/>
                    </w:rPr>
                  </w:pPr>
                  <w:r w:rsidRPr="7D35017F">
                    <w:rPr>
                      <w:rFonts w:ascii="Aptos" w:eastAsia="Aptos" w:hAnsi="Aptos" w:cs="Aptos"/>
                      <w:sz w:val="20"/>
                      <w:szCs w:val="20"/>
                    </w:rPr>
                    <w:t>MCO</w:t>
                  </w:r>
                </w:p>
                <w:p w14:paraId="77BF67B0" w14:textId="4A3901F1" w:rsidR="7D35017F" w:rsidRDefault="7D35017F" w:rsidP="7D35017F">
                  <w:pPr>
                    <w:rPr>
                      <w:rFonts w:ascii="Aptos" w:eastAsia="Aptos" w:hAnsi="Aptos" w:cs="Aptos"/>
                      <w:sz w:val="20"/>
                      <w:szCs w:val="20"/>
                    </w:rPr>
                  </w:pPr>
                </w:p>
              </w:tc>
              <w:tc>
                <w:tcPr>
                  <w:tcW w:w="1470" w:type="dxa"/>
                  <w:tcMar>
                    <w:left w:w="105" w:type="dxa"/>
                    <w:right w:w="105" w:type="dxa"/>
                  </w:tcMar>
                </w:tcPr>
                <w:p w14:paraId="2C648EEF" w14:textId="2FC09E95" w:rsidR="7D35017F" w:rsidRDefault="7D35017F" w:rsidP="7D35017F">
                  <w:pPr>
                    <w:rPr>
                      <w:rFonts w:ascii="Aptos" w:eastAsia="Aptos" w:hAnsi="Aptos" w:cs="Aptos"/>
                      <w:sz w:val="20"/>
                      <w:szCs w:val="20"/>
                    </w:rPr>
                  </w:pPr>
                  <w:r w:rsidRPr="7D35017F">
                    <w:rPr>
                      <w:rFonts w:ascii="Aptos" w:eastAsia="Aptos" w:hAnsi="Aptos" w:cs="Aptos"/>
                      <w:sz w:val="20"/>
                      <w:szCs w:val="20"/>
                    </w:rPr>
                    <w:t>T51</w:t>
                  </w:r>
                </w:p>
              </w:tc>
              <w:tc>
                <w:tcPr>
                  <w:tcW w:w="7091" w:type="dxa"/>
                  <w:tcMar>
                    <w:left w:w="105" w:type="dxa"/>
                    <w:right w:w="105" w:type="dxa"/>
                  </w:tcMar>
                </w:tcPr>
                <w:p w14:paraId="57909F03" w14:textId="4014C094" w:rsidR="7D35017F" w:rsidRDefault="7D35017F" w:rsidP="7D35017F">
                  <w:pPr>
                    <w:rPr>
                      <w:rFonts w:ascii="Aptos" w:eastAsia="Aptos" w:hAnsi="Aptos" w:cs="Aptos"/>
                      <w:sz w:val="20"/>
                      <w:szCs w:val="20"/>
                    </w:rPr>
                  </w:pPr>
                  <w:r w:rsidRPr="7D35017F">
                    <w:rPr>
                      <w:rFonts w:ascii="Aptos" w:eastAsia="Aptos" w:hAnsi="Aptos" w:cs="Aptos"/>
                      <w:sz w:val="20"/>
                      <w:szCs w:val="20"/>
                    </w:rPr>
                    <w:t>COM-299</w:t>
                  </w:r>
                </w:p>
              </w:tc>
              <w:tc>
                <w:tcPr>
                  <w:tcW w:w="1470" w:type="dxa"/>
                  <w:tcMar>
                    <w:left w:w="105" w:type="dxa"/>
                    <w:right w:w="105" w:type="dxa"/>
                  </w:tcMar>
                </w:tcPr>
                <w:p w14:paraId="1D0E0EF2" w14:textId="0347BDD0"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r>
            <w:tr w:rsidR="7D35017F" w14:paraId="6C4FDD3A" w14:textId="77777777" w:rsidTr="7D35017F">
              <w:trPr>
                <w:trHeight w:val="300"/>
              </w:trPr>
              <w:tc>
                <w:tcPr>
                  <w:tcW w:w="1745" w:type="dxa"/>
                  <w:tcMar>
                    <w:left w:w="105" w:type="dxa"/>
                    <w:right w:w="105" w:type="dxa"/>
                  </w:tcMar>
                </w:tcPr>
                <w:p w14:paraId="1AC8BF89" w14:textId="5A6D471B" w:rsidR="7D35017F" w:rsidRDefault="7D35017F" w:rsidP="7D35017F">
                  <w:pPr>
                    <w:rPr>
                      <w:rFonts w:ascii="Aptos" w:eastAsia="Aptos" w:hAnsi="Aptos" w:cs="Aptos"/>
                      <w:sz w:val="20"/>
                      <w:szCs w:val="20"/>
                    </w:rPr>
                  </w:pPr>
                  <w:r w:rsidRPr="7D35017F">
                    <w:rPr>
                      <w:rFonts w:ascii="Aptos" w:eastAsia="Aptos" w:hAnsi="Aptos" w:cs="Aptos"/>
                      <w:sz w:val="20"/>
                      <w:szCs w:val="20"/>
                    </w:rPr>
                    <w:t>MCO</w:t>
                  </w:r>
                </w:p>
                <w:p w14:paraId="764C2ED9" w14:textId="69AA71F1" w:rsidR="7D35017F" w:rsidRDefault="7D35017F" w:rsidP="7D35017F">
                  <w:pPr>
                    <w:rPr>
                      <w:rFonts w:ascii="Aptos" w:eastAsia="Aptos" w:hAnsi="Aptos" w:cs="Aptos"/>
                      <w:sz w:val="20"/>
                      <w:szCs w:val="20"/>
                    </w:rPr>
                  </w:pPr>
                </w:p>
              </w:tc>
              <w:tc>
                <w:tcPr>
                  <w:tcW w:w="1470" w:type="dxa"/>
                  <w:tcMar>
                    <w:left w:w="105" w:type="dxa"/>
                    <w:right w:w="105" w:type="dxa"/>
                  </w:tcMar>
                </w:tcPr>
                <w:p w14:paraId="368D5360" w14:textId="1A4CC74B" w:rsidR="7D35017F" w:rsidRDefault="7D35017F" w:rsidP="7D35017F">
                  <w:pPr>
                    <w:rPr>
                      <w:rFonts w:ascii="Aptos" w:eastAsia="Aptos" w:hAnsi="Aptos" w:cs="Aptos"/>
                      <w:sz w:val="20"/>
                      <w:szCs w:val="20"/>
                    </w:rPr>
                  </w:pPr>
                </w:p>
              </w:tc>
              <w:tc>
                <w:tcPr>
                  <w:tcW w:w="7091" w:type="dxa"/>
                  <w:tcMar>
                    <w:left w:w="105" w:type="dxa"/>
                    <w:right w:w="105" w:type="dxa"/>
                  </w:tcMar>
                </w:tcPr>
                <w:p w14:paraId="5559A1FF" w14:textId="16E40E3D" w:rsidR="7D35017F" w:rsidRDefault="7D35017F" w:rsidP="7D35017F">
                  <w:pPr>
                    <w:rPr>
                      <w:rFonts w:ascii="Aptos" w:eastAsia="Aptos" w:hAnsi="Aptos" w:cs="Aptos"/>
                      <w:sz w:val="20"/>
                      <w:szCs w:val="20"/>
                    </w:rPr>
                  </w:pPr>
                </w:p>
              </w:tc>
              <w:tc>
                <w:tcPr>
                  <w:tcW w:w="1470" w:type="dxa"/>
                  <w:tcMar>
                    <w:left w:w="105" w:type="dxa"/>
                    <w:right w:w="105" w:type="dxa"/>
                  </w:tcMar>
                </w:tcPr>
                <w:p w14:paraId="6359EBD1" w14:textId="15AC122B"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r>
          </w:tbl>
          <w:p w14:paraId="5F84EB99" w14:textId="5D1D74F8"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                     </w:t>
            </w:r>
          </w:p>
        </w:tc>
      </w:tr>
      <w:tr w:rsidR="7D35017F" w14:paraId="371F2AD1"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2B103598" w14:textId="7C2B96A5" w:rsidR="7D35017F" w:rsidRDefault="7D35017F" w:rsidP="7D35017F">
            <w:pPr>
              <w:shd w:val="clear" w:color="auto" w:fill="DAE9F7"/>
              <w:rPr>
                <w:rFonts w:ascii="Aptos" w:eastAsia="Aptos" w:hAnsi="Aptos" w:cs="Aptos"/>
                <w:color w:val="000000" w:themeColor="text1"/>
                <w:sz w:val="20"/>
                <w:szCs w:val="20"/>
              </w:rPr>
            </w:pPr>
            <w:r w:rsidRPr="7D35017F">
              <w:rPr>
                <w:rFonts w:ascii="Aptos" w:eastAsia="Aptos" w:hAnsi="Aptos" w:cs="Aptos"/>
                <w:color w:val="000000" w:themeColor="text1"/>
                <w:sz w:val="20"/>
                <w:szCs w:val="20"/>
              </w:rPr>
              <w:t>Upper-Level Writing Requirement (3 credits)</w:t>
            </w:r>
          </w:p>
          <w:p w14:paraId="7AE2A314" w14:textId="2B09BAF9"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Select any W-III MCO course for which all pre- and/or co-requisites have been met:</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3"/>
              <w:gridCol w:w="1467"/>
              <w:gridCol w:w="7074"/>
              <w:gridCol w:w="1468"/>
            </w:tblGrid>
            <w:tr w:rsidR="7D35017F" w14:paraId="422D134A" w14:textId="77777777" w:rsidTr="7D35017F">
              <w:trPr>
                <w:trHeight w:val="300"/>
              </w:trPr>
              <w:tc>
                <w:tcPr>
                  <w:tcW w:w="1745" w:type="dxa"/>
                  <w:tcMar>
                    <w:left w:w="105" w:type="dxa"/>
                    <w:right w:w="105" w:type="dxa"/>
                  </w:tcMar>
                </w:tcPr>
                <w:p w14:paraId="61A431E6" w14:textId="510C19B6" w:rsidR="7D35017F" w:rsidRDefault="7D35017F" w:rsidP="7D35017F">
                  <w:pPr>
                    <w:rPr>
                      <w:rFonts w:ascii="Aptos" w:eastAsia="Aptos" w:hAnsi="Aptos" w:cs="Aptos"/>
                      <w:sz w:val="20"/>
                      <w:szCs w:val="20"/>
                    </w:rPr>
                  </w:pPr>
                  <w:r w:rsidRPr="7D35017F">
                    <w:rPr>
                      <w:rFonts w:ascii="Aptos" w:eastAsia="Aptos" w:hAnsi="Aptos" w:cs="Aptos"/>
                      <w:sz w:val="20"/>
                      <w:szCs w:val="20"/>
                    </w:rPr>
                    <w:t>Course</w:t>
                  </w:r>
                </w:p>
              </w:tc>
              <w:tc>
                <w:tcPr>
                  <w:tcW w:w="1470" w:type="dxa"/>
                  <w:tcMar>
                    <w:left w:w="105" w:type="dxa"/>
                    <w:right w:w="105" w:type="dxa"/>
                  </w:tcMar>
                </w:tcPr>
                <w:p w14:paraId="20200C5B" w14:textId="4D37C073" w:rsidR="7D35017F" w:rsidRDefault="7D35017F" w:rsidP="7D35017F">
                  <w:pPr>
                    <w:rPr>
                      <w:rFonts w:ascii="Aptos" w:eastAsia="Aptos" w:hAnsi="Aptos" w:cs="Aptos"/>
                      <w:sz w:val="20"/>
                      <w:szCs w:val="20"/>
                    </w:rPr>
                  </w:pPr>
                </w:p>
              </w:tc>
              <w:tc>
                <w:tcPr>
                  <w:tcW w:w="7091" w:type="dxa"/>
                  <w:tcMar>
                    <w:left w:w="105" w:type="dxa"/>
                    <w:right w:w="105" w:type="dxa"/>
                  </w:tcMar>
                </w:tcPr>
                <w:p w14:paraId="12ED39E7" w14:textId="38B7F917" w:rsidR="7D35017F" w:rsidRDefault="7D35017F" w:rsidP="7D35017F">
                  <w:pPr>
                    <w:rPr>
                      <w:rFonts w:ascii="Aptos" w:eastAsia="Aptos" w:hAnsi="Aptos" w:cs="Aptos"/>
                      <w:sz w:val="20"/>
                      <w:szCs w:val="20"/>
                    </w:rPr>
                  </w:pPr>
                </w:p>
              </w:tc>
              <w:tc>
                <w:tcPr>
                  <w:tcW w:w="1470" w:type="dxa"/>
                  <w:tcMar>
                    <w:left w:w="105" w:type="dxa"/>
                    <w:right w:w="105" w:type="dxa"/>
                  </w:tcMar>
                </w:tcPr>
                <w:p w14:paraId="0A747C43" w14:textId="6A11C71F" w:rsidR="7D35017F" w:rsidRDefault="7D35017F" w:rsidP="7D35017F">
                  <w:pPr>
                    <w:rPr>
                      <w:rFonts w:ascii="Aptos" w:eastAsia="Aptos" w:hAnsi="Aptos" w:cs="Aptos"/>
                      <w:sz w:val="20"/>
                      <w:szCs w:val="20"/>
                    </w:rPr>
                  </w:pPr>
                  <w:r w:rsidRPr="7D35017F">
                    <w:rPr>
                      <w:rFonts w:ascii="Aptos" w:eastAsia="Aptos" w:hAnsi="Aptos" w:cs="Aptos"/>
                      <w:sz w:val="20"/>
                      <w:szCs w:val="20"/>
                    </w:rPr>
                    <w:t>Credits</w:t>
                  </w:r>
                </w:p>
              </w:tc>
            </w:tr>
            <w:tr w:rsidR="7D35017F" w14:paraId="15A62DD2" w14:textId="77777777" w:rsidTr="7D35017F">
              <w:trPr>
                <w:trHeight w:val="300"/>
              </w:trPr>
              <w:tc>
                <w:tcPr>
                  <w:tcW w:w="1745" w:type="dxa"/>
                  <w:tcMar>
                    <w:left w:w="105" w:type="dxa"/>
                    <w:right w:w="105" w:type="dxa"/>
                  </w:tcMar>
                </w:tcPr>
                <w:p w14:paraId="499A8D87" w14:textId="2BFEB8D2" w:rsidR="7D35017F" w:rsidRDefault="7D35017F" w:rsidP="7D35017F">
                  <w:pPr>
                    <w:spacing w:after="160" w:line="278" w:lineRule="auto"/>
                    <w:rPr>
                      <w:rFonts w:ascii="Aptos" w:eastAsia="Aptos" w:hAnsi="Aptos" w:cs="Aptos"/>
                      <w:sz w:val="20"/>
                      <w:szCs w:val="20"/>
                    </w:rPr>
                  </w:pPr>
                  <w:r w:rsidRPr="7D35017F">
                    <w:rPr>
                      <w:rFonts w:ascii="Aptos" w:eastAsia="Aptos" w:hAnsi="Aptos" w:cs="Aptos"/>
                      <w:sz w:val="20"/>
                      <w:szCs w:val="20"/>
                    </w:rPr>
                    <w:t>MCO</w:t>
                  </w:r>
                </w:p>
              </w:tc>
              <w:tc>
                <w:tcPr>
                  <w:tcW w:w="1470" w:type="dxa"/>
                  <w:tcMar>
                    <w:left w:w="105" w:type="dxa"/>
                    <w:right w:w="105" w:type="dxa"/>
                  </w:tcMar>
                </w:tcPr>
                <w:p w14:paraId="1B800F0D" w14:textId="2380B8A2" w:rsidR="7D35017F" w:rsidRDefault="7D35017F" w:rsidP="7D35017F">
                  <w:pPr>
                    <w:rPr>
                      <w:rFonts w:ascii="Aptos" w:eastAsia="Aptos" w:hAnsi="Aptos" w:cs="Aptos"/>
                      <w:sz w:val="20"/>
                      <w:szCs w:val="20"/>
                    </w:rPr>
                  </w:pPr>
                </w:p>
                <w:p w14:paraId="4BC7A63B" w14:textId="632711EF" w:rsidR="7D35017F" w:rsidRDefault="7D35017F" w:rsidP="7D35017F">
                  <w:pPr>
                    <w:rPr>
                      <w:rFonts w:ascii="Aptos" w:eastAsia="Aptos" w:hAnsi="Aptos" w:cs="Aptos"/>
                      <w:sz w:val="20"/>
                      <w:szCs w:val="20"/>
                    </w:rPr>
                  </w:pPr>
                </w:p>
              </w:tc>
              <w:tc>
                <w:tcPr>
                  <w:tcW w:w="7091" w:type="dxa"/>
                  <w:tcMar>
                    <w:left w:w="105" w:type="dxa"/>
                    <w:right w:w="105" w:type="dxa"/>
                  </w:tcMar>
                </w:tcPr>
                <w:p w14:paraId="12F81709" w14:textId="6A4DA5F4" w:rsidR="7D35017F" w:rsidRDefault="7D35017F" w:rsidP="7D35017F">
                  <w:pPr>
                    <w:rPr>
                      <w:rFonts w:ascii="Aptos" w:eastAsia="Aptos" w:hAnsi="Aptos" w:cs="Aptos"/>
                      <w:sz w:val="20"/>
                      <w:szCs w:val="20"/>
                    </w:rPr>
                  </w:pPr>
                </w:p>
              </w:tc>
              <w:tc>
                <w:tcPr>
                  <w:tcW w:w="1470" w:type="dxa"/>
                  <w:tcMar>
                    <w:left w:w="105" w:type="dxa"/>
                    <w:right w:w="105" w:type="dxa"/>
                  </w:tcMar>
                </w:tcPr>
                <w:p w14:paraId="37D97E5D" w14:textId="1BFC5F0C"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r>
          </w:tbl>
          <w:p w14:paraId="49993D76" w14:textId="128C9A94"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lastRenderedPageBreak/>
              <w:t>. </w:t>
            </w:r>
          </w:p>
        </w:tc>
      </w:tr>
      <w:tr w:rsidR="7D35017F" w14:paraId="0BCFAA27"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3E32027C" w14:textId="5AFCEF0B" w:rsidR="7D35017F" w:rsidRDefault="7D35017F" w:rsidP="7D35017F">
            <w:pPr>
              <w:shd w:val="clear" w:color="auto" w:fill="DAE9F7"/>
              <w:rPr>
                <w:rFonts w:ascii="Aptos" w:eastAsia="Aptos" w:hAnsi="Aptos" w:cs="Aptos"/>
                <w:color w:val="000000" w:themeColor="text1"/>
                <w:sz w:val="20"/>
                <w:szCs w:val="20"/>
              </w:rPr>
            </w:pPr>
            <w:r w:rsidRPr="7D35017F">
              <w:rPr>
                <w:rFonts w:ascii="Aptos" w:eastAsia="Aptos" w:hAnsi="Aptos" w:cs="Aptos"/>
                <w:color w:val="000000" w:themeColor="text1"/>
                <w:sz w:val="20"/>
                <w:szCs w:val="20"/>
              </w:rPr>
              <w:lastRenderedPageBreak/>
              <w:t>Major Capstone Courses (choose one) (3 credits)</w:t>
            </w:r>
          </w:p>
          <w:p w14:paraId="2A7A1C63" w14:textId="2590DC95"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3"/>
              <w:gridCol w:w="1467"/>
              <w:gridCol w:w="7074"/>
              <w:gridCol w:w="1468"/>
            </w:tblGrid>
            <w:tr w:rsidR="7D35017F" w14:paraId="77B0E70E" w14:textId="77777777" w:rsidTr="7D35017F">
              <w:trPr>
                <w:trHeight w:val="300"/>
              </w:trPr>
              <w:tc>
                <w:tcPr>
                  <w:tcW w:w="1745" w:type="dxa"/>
                  <w:tcMar>
                    <w:left w:w="105" w:type="dxa"/>
                    <w:right w:w="105" w:type="dxa"/>
                  </w:tcMar>
                </w:tcPr>
                <w:p w14:paraId="02FD2DCC" w14:textId="6CBA1DE1" w:rsidR="7D35017F" w:rsidRDefault="7D35017F" w:rsidP="7D35017F">
                  <w:pPr>
                    <w:rPr>
                      <w:rFonts w:ascii="Aptos" w:eastAsia="Aptos" w:hAnsi="Aptos" w:cs="Aptos"/>
                      <w:sz w:val="20"/>
                      <w:szCs w:val="20"/>
                    </w:rPr>
                  </w:pPr>
                  <w:r w:rsidRPr="7D35017F">
                    <w:rPr>
                      <w:rFonts w:ascii="Aptos" w:eastAsia="Aptos" w:hAnsi="Aptos" w:cs="Aptos"/>
                      <w:sz w:val="20"/>
                      <w:szCs w:val="20"/>
                    </w:rPr>
                    <w:t>Course</w:t>
                  </w:r>
                </w:p>
              </w:tc>
              <w:tc>
                <w:tcPr>
                  <w:tcW w:w="1470" w:type="dxa"/>
                  <w:tcMar>
                    <w:left w:w="105" w:type="dxa"/>
                    <w:right w:w="105" w:type="dxa"/>
                  </w:tcMar>
                </w:tcPr>
                <w:p w14:paraId="29E6F6F8" w14:textId="4AAECF96" w:rsidR="7D35017F" w:rsidRDefault="7D35017F" w:rsidP="7D35017F">
                  <w:pPr>
                    <w:rPr>
                      <w:rFonts w:ascii="Aptos" w:eastAsia="Aptos" w:hAnsi="Aptos" w:cs="Aptos"/>
                      <w:sz w:val="20"/>
                      <w:szCs w:val="20"/>
                    </w:rPr>
                  </w:pPr>
                </w:p>
              </w:tc>
              <w:tc>
                <w:tcPr>
                  <w:tcW w:w="7091" w:type="dxa"/>
                  <w:tcMar>
                    <w:left w:w="105" w:type="dxa"/>
                    <w:right w:w="105" w:type="dxa"/>
                  </w:tcMar>
                </w:tcPr>
                <w:p w14:paraId="23D02B02" w14:textId="3590D50C" w:rsidR="7D35017F" w:rsidRDefault="7D35017F" w:rsidP="7D35017F">
                  <w:pPr>
                    <w:rPr>
                      <w:rFonts w:ascii="Aptos" w:eastAsia="Aptos" w:hAnsi="Aptos" w:cs="Aptos"/>
                      <w:sz w:val="20"/>
                      <w:szCs w:val="20"/>
                    </w:rPr>
                  </w:pPr>
                </w:p>
              </w:tc>
              <w:tc>
                <w:tcPr>
                  <w:tcW w:w="1470" w:type="dxa"/>
                  <w:tcMar>
                    <w:left w:w="105" w:type="dxa"/>
                    <w:right w:w="105" w:type="dxa"/>
                  </w:tcMar>
                </w:tcPr>
                <w:p w14:paraId="727C8D4F" w14:textId="292C88A7" w:rsidR="7D35017F" w:rsidRDefault="7D35017F" w:rsidP="7D35017F">
                  <w:pPr>
                    <w:rPr>
                      <w:rFonts w:ascii="Aptos" w:eastAsia="Aptos" w:hAnsi="Aptos" w:cs="Aptos"/>
                      <w:sz w:val="20"/>
                      <w:szCs w:val="20"/>
                    </w:rPr>
                  </w:pPr>
                  <w:r w:rsidRPr="7D35017F">
                    <w:rPr>
                      <w:rFonts w:ascii="Aptos" w:eastAsia="Aptos" w:hAnsi="Aptos" w:cs="Aptos"/>
                      <w:sz w:val="20"/>
                      <w:szCs w:val="20"/>
                    </w:rPr>
                    <w:t>Credits</w:t>
                  </w:r>
                </w:p>
              </w:tc>
            </w:tr>
            <w:tr w:rsidR="7D35017F" w14:paraId="1787594D" w14:textId="77777777" w:rsidTr="7D35017F">
              <w:trPr>
                <w:trHeight w:val="300"/>
              </w:trPr>
              <w:tc>
                <w:tcPr>
                  <w:tcW w:w="1745" w:type="dxa"/>
                  <w:tcMar>
                    <w:left w:w="105" w:type="dxa"/>
                    <w:right w:w="105" w:type="dxa"/>
                  </w:tcMar>
                </w:tcPr>
                <w:p w14:paraId="20D544F1" w14:textId="2A30C4F3" w:rsidR="7D35017F" w:rsidRDefault="7D35017F" w:rsidP="7D35017F">
                  <w:pPr>
                    <w:spacing w:after="160" w:line="278" w:lineRule="auto"/>
                    <w:rPr>
                      <w:rFonts w:ascii="Aptos" w:eastAsia="Aptos" w:hAnsi="Aptos" w:cs="Aptos"/>
                      <w:sz w:val="20"/>
                      <w:szCs w:val="20"/>
                    </w:rPr>
                  </w:pPr>
                  <w:r w:rsidRPr="7D35017F">
                    <w:rPr>
                      <w:rFonts w:ascii="Aptos" w:eastAsia="Aptos" w:hAnsi="Aptos" w:cs="Aptos"/>
                      <w:sz w:val="20"/>
                      <w:szCs w:val="20"/>
                    </w:rPr>
                    <w:t>MCO</w:t>
                  </w:r>
                </w:p>
              </w:tc>
              <w:tc>
                <w:tcPr>
                  <w:tcW w:w="1470" w:type="dxa"/>
                  <w:tcMar>
                    <w:left w:w="105" w:type="dxa"/>
                    <w:right w:w="105" w:type="dxa"/>
                  </w:tcMar>
                </w:tcPr>
                <w:p w14:paraId="04FF910C" w14:textId="26FD6735" w:rsidR="7D35017F" w:rsidRDefault="7D35017F" w:rsidP="7D35017F">
                  <w:pPr>
                    <w:rPr>
                      <w:rFonts w:ascii="Aptos" w:eastAsia="Aptos" w:hAnsi="Aptos" w:cs="Aptos"/>
                      <w:sz w:val="20"/>
                      <w:szCs w:val="20"/>
                    </w:rPr>
                  </w:pPr>
                </w:p>
                <w:p w14:paraId="476C5194" w14:textId="28AF2259" w:rsidR="7D35017F" w:rsidRDefault="7D35017F" w:rsidP="7D35017F">
                  <w:pPr>
                    <w:rPr>
                      <w:rFonts w:ascii="Aptos" w:eastAsia="Aptos" w:hAnsi="Aptos" w:cs="Aptos"/>
                      <w:sz w:val="20"/>
                      <w:szCs w:val="20"/>
                    </w:rPr>
                  </w:pPr>
                </w:p>
              </w:tc>
              <w:tc>
                <w:tcPr>
                  <w:tcW w:w="7091" w:type="dxa"/>
                  <w:tcMar>
                    <w:left w:w="105" w:type="dxa"/>
                    <w:right w:w="105" w:type="dxa"/>
                  </w:tcMar>
                </w:tcPr>
                <w:p w14:paraId="4AC66D74" w14:textId="27F32A48" w:rsidR="7D35017F" w:rsidRDefault="7D35017F" w:rsidP="7D35017F">
                  <w:pPr>
                    <w:rPr>
                      <w:rFonts w:ascii="Aptos" w:eastAsia="Aptos" w:hAnsi="Aptos" w:cs="Aptos"/>
                      <w:sz w:val="20"/>
                      <w:szCs w:val="20"/>
                    </w:rPr>
                  </w:pPr>
                </w:p>
              </w:tc>
              <w:tc>
                <w:tcPr>
                  <w:tcW w:w="1470" w:type="dxa"/>
                  <w:tcMar>
                    <w:left w:w="105" w:type="dxa"/>
                    <w:right w:w="105" w:type="dxa"/>
                  </w:tcMar>
                </w:tcPr>
                <w:p w14:paraId="7BA18B15" w14:textId="0BFDB4B1"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r>
          </w:tbl>
          <w:p w14:paraId="7CE94B5A" w14:textId="025DDBAC"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 xml:space="preserve"> .</w:t>
            </w:r>
          </w:p>
          <w:p w14:paraId="2871BDEC" w14:textId="498E55B1"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 </w:t>
            </w:r>
          </w:p>
        </w:tc>
      </w:tr>
      <w:tr w:rsidR="7D35017F" w14:paraId="2C366319"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6E7AD428" w14:textId="146F4285"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Course Name</w:t>
            </w:r>
          </w:p>
        </w:tc>
        <w:tc>
          <w:tcPr>
            <w:tcW w:w="2477" w:type="dxa"/>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7F9F8351" w14:textId="1D2CA87C"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Credits</w:t>
            </w: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DAE9F7"/>
            <w:tcMar>
              <w:top w:w="15" w:type="dxa"/>
              <w:left w:w="60" w:type="dxa"/>
              <w:bottom w:w="15" w:type="dxa"/>
              <w:right w:w="60" w:type="dxa"/>
            </w:tcMar>
            <w:vAlign w:val="bottom"/>
          </w:tcPr>
          <w:p w14:paraId="2640D6B5" w14:textId="088D277C" w:rsidR="7D35017F" w:rsidRDefault="7D35017F" w:rsidP="7D35017F">
            <w:pPr>
              <w:rPr>
                <w:rFonts w:ascii="Aptos" w:eastAsia="Aptos" w:hAnsi="Aptos" w:cs="Aptos"/>
                <w:color w:val="000000" w:themeColor="text1"/>
                <w:sz w:val="20"/>
                <w:szCs w:val="20"/>
              </w:rPr>
            </w:pPr>
          </w:p>
        </w:tc>
      </w:tr>
      <w:tr w:rsidR="7D35017F" w14:paraId="63B92546"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E1C759F" w14:textId="28BD99C4"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MCO 505 Internship in Media &amp; Communication</w:t>
            </w:r>
          </w:p>
        </w:tc>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2899DE60" w14:textId="15B046BB" w:rsidR="7D35017F" w:rsidRDefault="7D35017F" w:rsidP="7D35017F">
            <w:pPr>
              <w:rPr>
                <w:rFonts w:ascii="Aptos" w:eastAsia="Aptos" w:hAnsi="Aptos" w:cs="Aptos"/>
                <w:color w:val="000000" w:themeColor="text1"/>
                <w:sz w:val="20"/>
                <w:szCs w:val="20"/>
              </w:rPr>
            </w:pP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E6E483B" w14:textId="1949667E" w:rsidR="7D35017F" w:rsidRDefault="7D35017F" w:rsidP="7D35017F">
            <w:pPr>
              <w:rPr>
                <w:rFonts w:ascii="Aptos" w:eastAsia="Aptos" w:hAnsi="Aptos" w:cs="Aptos"/>
                <w:color w:val="000000" w:themeColor="text1"/>
                <w:sz w:val="20"/>
                <w:szCs w:val="20"/>
              </w:rPr>
            </w:pPr>
          </w:p>
        </w:tc>
      </w:tr>
      <w:tr w:rsidR="7D35017F" w14:paraId="029F6598" w14:textId="77777777" w:rsidTr="7D35017F">
        <w:trPr>
          <w:trHeight w:val="300"/>
        </w:trPr>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301C808B" w14:textId="143EAD57"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MCO 506 Independent Research In Media Studies</w:t>
            </w:r>
          </w:p>
        </w:tc>
        <w:tc>
          <w:tcPr>
            <w:tcW w:w="2477" w:type="dxa"/>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F331C10" w14:textId="5B75378C" w:rsidR="7D35017F" w:rsidRDefault="7D35017F" w:rsidP="7D35017F">
            <w:pPr>
              <w:rPr>
                <w:rFonts w:ascii="Aptos" w:eastAsia="Aptos" w:hAnsi="Aptos" w:cs="Aptos"/>
                <w:color w:val="000000" w:themeColor="text1"/>
                <w:sz w:val="20"/>
                <w:szCs w:val="20"/>
              </w:rPr>
            </w:pPr>
          </w:p>
        </w:tc>
        <w:tc>
          <w:tcPr>
            <w:tcW w:w="7030" w:type="dxa"/>
            <w:gridSpan w:val="2"/>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EFE0828" w14:textId="14B2E36C" w:rsidR="7D35017F" w:rsidRDefault="7D35017F" w:rsidP="7D35017F">
            <w:pPr>
              <w:rPr>
                <w:rFonts w:ascii="Aptos" w:eastAsia="Aptos" w:hAnsi="Aptos" w:cs="Aptos"/>
                <w:color w:val="000000" w:themeColor="text1"/>
                <w:sz w:val="20"/>
                <w:szCs w:val="20"/>
              </w:rPr>
            </w:pPr>
          </w:p>
        </w:tc>
      </w:tr>
      <w:tr w:rsidR="7D35017F" w14:paraId="4124FA22"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vAlign w:val="bottom"/>
          </w:tcPr>
          <w:p w14:paraId="474DE5DA" w14:textId="505179BD" w:rsidR="7D35017F" w:rsidRDefault="7D35017F" w:rsidP="7D35017F">
            <w:pPr>
              <w:shd w:val="clear" w:color="auto" w:fill="DAE9F7"/>
              <w:rPr>
                <w:rFonts w:ascii="Aptos" w:eastAsia="Aptos" w:hAnsi="Aptos" w:cs="Aptos"/>
                <w:color w:val="000000" w:themeColor="text1"/>
                <w:sz w:val="20"/>
                <w:szCs w:val="20"/>
              </w:rPr>
            </w:pPr>
            <w:r w:rsidRPr="7D35017F">
              <w:rPr>
                <w:rFonts w:ascii="Aptos" w:eastAsia="Aptos" w:hAnsi="Aptos" w:cs="Aptos"/>
                <w:color w:val="000000" w:themeColor="text1"/>
                <w:sz w:val="20"/>
                <w:szCs w:val="20"/>
              </w:rPr>
              <w:t>Free Electives (25 credit minimum)</w:t>
            </w:r>
          </w:p>
          <w:p w14:paraId="453C2A94" w14:textId="6BFC4632"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May be necessary to take additional credits to attain the minimum 120 credits required for graduation depending on choices made for general education or minor selection.</w:t>
            </w:r>
          </w:p>
          <w:p w14:paraId="5AF55276" w14:textId="58EC78E4"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611"/>
              <w:gridCol w:w="1166"/>
              <w:gridCol w:w="4975"/>
            </w:tblGrid>
            <w:tr w:rsidR="7D35017F" w14:paraId="08894430" w14:textId="77777777" w:rsidTr="7D35017F">
              <w:trPr>
                <w:trHeight w:val="300"/>
              </w:trPr>
              <w:tc>
                <w:tcPr>
                  <w:tcW w:w="5622" w:type="dxa"/>
                  <w:tcMar>
                    <w:left w:w="105" w:type="dxa"/>
                    <w:right w:w="105" w:type="dxa"/>
                  </w:tcMar>
                </w:tcPr>
                <w:p w14:paraId="7868DF1C" w14:textId="4B069D60" w:rsidR="7D35017F" w:rsidRDefault="7D35017F" w:rsidP="7D35017F">
                  <w:pPr>
                    <w:rPr>
                      <w:rFonts w:ascii="Aptos" w:eastAsia="Aptos" w:hAnsi="Aptos" w:cs="Aptos"/>
                      <w:sz w:val="20"/>
                      <w:szCs w:val="20"/>
                    </w:rPr>
                  </w:pPr>
                  <w:r w:rsidRPr="7D35017F">
                    <w:rPr>
                      <w:rFonts w:ascii="Aptos" w:eastAsia="Aptos" w:hAnsi="Aptos" w:cs="Aptos"/>
                      <w:sz w:val="20"/>
                      <w:szCs w:val="20"/>
                    </w:rPr>
                    <w:t>Course</w:t>
                  </w:r>
                </w:p>
              </w:tc>
              <w:tc>
                <w:tcPr>
                  <w:tcW w:w="1167" w:type="dxa"/>
                  <w:tcMar>
                    <w:left w:w="105" w:type="dxa"/>
                    <w:right w:w="105" w:type="dxa"/>
                  </w:tcMar>
                </w:tcPr>
                <w:p w14:paraId="06700C9B" w14:textId="262D5700" w:rsidR="7D35017F" w:rsidRDefault="7D35017F" w:rsidP="7D35017F">
                  <w:pPr>
                    <w:rPr>
                      <w:rFonts w:ascii="Aptos" w:eastAsia="Aptos" w:hAnsi="Aptos" w:cs="Aptos"/>
                      <w:sz w:val="20"/>
                      <w:szCs w:val="20"/>
                    </w:rPr>
                  </w:pPr>
                  <w:r w:rsidRPr="7D35017F">
                    <w:rPr>
                      <w:rFonts w:ascii="Aptos" w:eastAsia="Aptos" w:hAnsi="Aptos" w:cs="Aptos"/>
                      <w:sz w:val="20"/>
                      <w:szCs w:val="20"/>
                    </w:rPr>
                    <w:t>Credits</w:t>
                  </w:r>
                </w:p>
              </w:tc>
              <w:tc>
                <w:tcPr>
                  <w:tcW w:w="4986" w:type="dxa"/>
                  <w:tcMar>
                    <w:left w:w="105" w:type="dxa"/>
                    <w:right w:w="105" w:type="dxa"/>
                  </w:tcMar>
                </w:tcPr>
                <w:p w14:paraId="468D58E4" w14:textId="59C858D9" w:rsidR="7D35017F" w:rsidRDefault="7D35017F" w:rsidP="7D35017F">
                  <w:pPr>
                    <w:rPr>
                      <w:rFonts w:ascii="Aptos" w:eastAsia="Aptos" w:hAnsi="Aptos" w:cs="Aptos"/>
                      <w:sz w:val="20"/>
                      <w:szCs w:val="20"/>
                    </w:rPr>
                  </w:pPr>
                </w:p>
              </w:tc>
            </w:tr>
            <w:tr w:rsidR="7D35017F" w14:paraId="119D859C" w14:textId="77777777" w:rsidTr="7D35017F">
              <w:trPr>
                <w:trHeight w:val="300"/>
              </w:trPr>
              <w:tc>
                <w:tcPr>
                  <w:tcW w:w="5622" w:type="dxa"/>
                  <w:tcMar>
                    <w:left w:w="105" w:type="dxa"/>
                    <w:right w:w="105" w:type="dxa"/>
                  </w:tcMar>
                </w:tcPr>
                <w:p w14:paraId="01F8245A" w14:textId="7A6BE2A0" w:rsidR="7D35017F" w:rsidRDefault="7D35017F" w:rsidP="7D35017F">
                  <w:pPr>
                    <w:rPr>
                      <w:rFonts w:ascii="Aptos" w:eastAsia="Aptos" w:hAnsi="Aptos" w:cs="Aptos"/>
                      <w:sz w:val="20"/>
                      <w:szCs w:val="20"/>
                    </w:rPr>
                  </w:pPr>
                  <w:r w:rsidRPr="7D35017F">
                    <w:rPr>
                      <w:rFonts w:ascii="Aptos" w:eastAsia="Aptos" w:hAnsi="Aptos" w:cs="Aptos"/>
                      <w:sz w:val="20"/>
                      <w:szCs w:val="20"/>
                    </w:rPr>
                    <w:t>Literature Elective</w:t>
                  </w:r>
                </w:p>
              </w:tc>
              <w:tc>
                <w:tcPr>
                  <w:tcW w:w="1167" w:type="dxa"/>
                  <w:tcMar>
                    <w:left w:w="105" w:type="dxa"/>
                    <w:right w:w="105" w:type="dxa"/>
                  </w:tcMar>
                </w:tcPr>
                <w:p w14:paraId="3C9BC255" w14:textId="6949CB29" w:rsidR="7D35017F" w:rsidRDefault="7D35017F" w:rsidP="7D35017F">
                  <w:pPr>
                    <w:rPr>
                      <w:rFonts w:ascii="Aptos" w:eastAsia="Aptos" w:hAnsi="Aptos" w:cs="Aptos"/>
                      <w:sz w:val="20"/>
                      <w:szCs w:val="20"/>
                    </w:rPr>
                  </w:pPr>
                  <w:r w:rsidRPr="7D35017F">
                    <w:rPr>
                      <w:rFonts w:ascii="Aptos" w:eastAsia="Aptos" w:hAnsi="Aptos" w:cs="Aptos"/>
                      <w:sz w:val="20"/>
                      <w:szCs w:val="20"/>
                    </w:rPr>
                    <w:t>3</w:t>
                  </w:r>
                </w:p>
              </w:tc>
              <w:tc>
                <w:tcPr>
                  <w:tcW w:w="4986" w:type="dxa"/>
                  <w:tcMar>
                    <w:left w:w="105" w:type="dxa"/>
                    <w:right w:w="105" w:type="dxa"/>
                  </w:tcMar>
                </w:tcPr>
                <w:p w14:paraId="6D24FD0E" w14:textId="64EC896A" w:rsidR="7D35017F" w:rsidRDefault="7D35017F" w:rsidP="7D35017F">
                  <w:pPr>
                    <w:rPr>
                      <w:rFonts w:ascii="Aptos" w:eastAsia="Aptos" w:hAnsi="Aptos" w:cs="Aptos"/>
                      <w:sz w:val="20"/>
                      <w:szCs w:val="20"/>
                    </w:rPr>
                  </w:pPr>
                </w:p>
              </w:tc>
            </w:tr>
            <w:tr w:rsidR="7D35017F" w14:paraId="0149389C" w14:textId="77777777" w:rsidTr="7D35017F">
              <w:trPr>
                <w:trHeight w:val="300"/>
              </w:trPr>
              <w:tc>
                <w:tcPr>
                  <w:tcW w:w="5622" w:type="dxa"/>
                  <w:tcMar>
                    <w:left w:w="105" w:type="dxa"/>
                    <w:right w:w="105" w:type="dxa"/>
                  </w:tcMar>
                </w:tcPr>
                <w:p w14:paraId="455D4844" w14:textId="40AEFC1A" w:rsidR="7D35017F" w:rsidRDefault="7D35017F" w:rsidP="7D35017F">
                  <w:pPr>
                    <w:rPr>
                      <w:rFonts w:ascii="Aptos" w:eastAsia="Aptos" w:hAnsi="Aptos" w:cs="Aptos"/>
                      <w:sz w:val="20"/>
                      <w:szCs w:val="20"/>
                    </w:rPr>
                  </w:pPr>
                  <w:r w:rsidRPr="7D35017F">
                    <w:rPr>
                      <w:rFonts w:ascii="Aptos" w:eastAsia="Aptos" w:hAnsi="Aptos" w:cs="Aptos"/>
                      <w:sz w:val="20"/>
                      <w:szCs w:val="20"/>
                    </w:rPr>
                    <w:t>Lab Science Elective</w:t>
                  </w:r>
                </w:p>
              </w:tc>
              <w:tc>
                <w:tcPr>
                  <w:tcW w:w="1167" w:type="dxa"/>
                  <w:tcMar>
                    <w:left w:w="105" w:type="dxa"/>
                    <w:right w:w="105" w:type="dxa"/>
                  </w:tcMar>
                </w:tcPr>
                <w:p w14:paraId="5F0E7401" w14:textId="4133B428" w:rsidR="7D35017F" w:rsidRDefault="7D35017F" w:rsidP="7D35017F">
                  <w:pPr>
                    <w:rPr>
                      <w:rFonts w:ascii="Aptos" w:eastAsia="Aptos" w:hAnsi="Aptos" w:cs="Aptos"/>
                      <w:sz w:val="20"/>
                      <w:szCs w:val="20"/>
                    </w:rPr>
                  </w:pPr>
                  <w:r w:rsidRPr="7D35017F">
                    <w:rPr>
                      <w:rFonts w:ascii="Aptos" w:eastAsia="Aptos" w:hAnsi="Aptos" w:cs="Aptos"/>
                      <w:sz w:val="20"/>
                      <w:szCs w:val="20"/>
                    </w:rPr>
                    <w:t>4</w:t>
                  </w:r>
                </w:p>
              </w:tc>
              <w:tc>
                <w:tcPr>
                  <w:tcW w:w="4986" w:type="dxa"/>
                  <w:tcMar>
                    <w:left w:w="105" w:type="dxa"/>
                    <w:right w:w="105" w:type="dxa"/>
                  </w:tcMar>
                </w:tcPr>
                <w:p w14:paraId="10C4ECA3" w14:textId="15A5B01A" w:rsidR="7D35017F" w:rsidRDefault="7D35017F" w:rsidP="7D35017F">
                  <w:pPr>
                    <w:rPr>
                      <w:rFonts w:ascii="Aptos" w:eastAsia="Aptos" w:hAnsi="Aptos" w:cs="Aptos"/>
                      <w:sz w:val="20"/>
                      <w:szCs w:val="20"/>
                    </w:rPr>
                  </w:pPr>
                </w:p>
              </w:tc>
            </w:tr>
            <w:tr w:rsidR="7D35017F" w14:paraId="2191E940" w14:textId="77777777" w:rsidTr="7D35017F">
              <w:trPr>
                <w:trHeight w:val="300"/>
              </w:trPr>
              <w:tc>
                <w:tcPr>
                  <w:tcW w:w="5622" w:type="dxa"/>
                  <w:tcMar>
                    <w:left w:w="105" w:type="dxa"/>
                    <w:right w:w="105" w:type="dxa"/>
                  </w:tcMar>
                </w:tcPr>
                <w:p w14:paraId="2CB70496" w14:textId="6A2DBD85" w:rsidR="7D35017F" w:rsidRDefault="7D35017F" w:rsidP="7D35017F">
                  <w:pPr>
                    <w:rPr>
                      <w:rFonts w:ascii="Aptos" w:eastAsia="Aptos" w:hAnsi="Aptos" w:cs="Aptos"/>
                      <w:sz w:val="20"/>
                      <w:szCs w:val="20"/>
                    </w:rPr>
                  </w:pPr>
                </w:p>
              </w:tc>
              <w:tc>
                <w:tcPr>
                  <w:tcW w:w="1167" w:type="dxa"/>
                  <w:tcMar>
                    <w:left w:w="105" w:type="dxa"/>
                    <w:right w:w="105" w:type="dxa"/>
                  </w:tcMar>
                </w:tcPr>
                <w:p w14:paraId="61E72332" w14:textId="52E62BEF" w:rsidR="7D35017F" w:rsidRDefault="7D35017F" w:rsidP="7D35017F">
                  <w:pPr>
                    <w:rPr>
                      <w:rFonts w:ascii="Aptos" w:eastAsia="Aptos" w:hAnsi="Aptos" w:cs="Aptos"/>
                      <w:sz w:val="20"/>
                      <w:szCs w:val="20"/>
                    </w:rPr>
                  </w:pPr>
                </w:p>
              </w:tc>
              <w:tc>
                <w:tcPr>
                  <w:tcW w:w="4986" w:type="dxa"/>
                  <w:tcMar>
                    <w:left w:w="105" w:type="dxa"/>
                    <w:right w:w="105" w:type="dxa"/>
                  </w:tcMar>
                </w:tcPr>
                <w:p w14:paraId="20D059BE" w14:textId="25AFBEE6" w:rsidR="7D35017F" w:rsidRDefault="7D35017F" w:rsidP="7D35017F">
                  <w:pPr>
                    <w:rPr>
                      <w:rFonts w:ascii="Aptos" w:eastAsia="Aptos" w:hAnsi="Aptos" w:cs="Aptos"/>
                      <w:sz w:val="20"/>
                      <w:szCs w:val="20"/>
                    </w:rPr>
                  </w:pPr>
                </w:p>
              </w:tc>
            </w:tr>
            <w:tr w:rsidR="7D35017F" w14:paraId="51BE249A" w14:textId="77777777" w:rsidTr="7D35017F">
              <w:trPr>
                <w:trHeight w:val="300"/>
              </w:trPr>
              <w:tc>
                <w:tcPr>
                  <w:tcW w:w="5622" w:type="dxa"/>
                  <w:tcMar>
                    <w:left w:w="105" w:type="dxa"/>
                    <w:right w:w="105" w:type="dxa"/>
                  </w:tcMar>
                </w:tcPr>
                <w:p w14:paraId="31E10197" w14:textId="38AC56E5" w:rsidR="7D35017F" w:rsidRDefault="7D35017F" w:rsidP="7D35017F">
                  <w:pPr>
                    <w:rPr>
                      <w:rFonts w:ascii="Aptos" w:eastAsia="Aptos" w:hAnsi="Aptos" w:cs="Aptos"/>
                      <w:sz w:val="20"/>
                      <w:szCs w:val="20"/>
                    </w:rPr>
                  </w:pPr>
                </w:p>
              </w:tc>
              <w:tc>
                <w:tcPr>
                  <w:tcW w:w="1167" w:type="dxa"/>
                  <w:tcMar>
                    <w:left w:w="105" w:type="dxa"/>
                    <w:right w:w="105" w:type="dxa"/>
                  </w:tcMar>
                </w:tcPr>
                <w:p w14:paraId="7CFE19F0" w14:textId="140E4D41" w:rsidR="7D35017F" w:rsidRDefault="7D35017F" w:rsidP="7D35017F">
                  <w:pPr>
                    <w:rPr>
                      <w:rFonts w:ascii="Aptos" w:eastAsia="Aptos" w:hAnsi="Aptos" w:cs="Aptos"/>
                      <w:sz w:val="20"/>
                      <w:szCs w:val="20"/>
                    </w:rPr>
                  </w:pPr>
                </w:p>
              </w:tc>
              <w:tc>
                <w:tcPr>
                  <w:tcW w:w="4986" w:type="dxa"/>
                  <w:tcMar>
                    <w:left w:w="105" w:type="dxa"/>
                    <w:right w:w="105" w:type="dxa"/>
                  </w:tcMar>
                </w:tcPr>
                <w:p w14:paraId="7A69D817" w14:textId="1576349D" w:rsidR="7D35017F" w:rsidRDefault="7D35017F" w:rsidP="7D35017F">
                  <w:pPr>
                    <w:rPr>
                      <w:rFonts w:ascii="Aptos" w:eastAsia="Aptos" w:hAnsi="Aptos" w:cs="Aptos"/>
                      <w:sz w:val="20"/>
                      <w:szCs w:val="20"/>
                    </w:rPr>
                  </w:pPr>
                </w:p>
              </w:tc>
            </w:tr>
            <w:tr w:rsidR="7D35017F" w14:paraId="50DF0013" w14:textId="77777777" w:rsidTr="7D35017F">
              <w:trPr>
                <w:trHeight w:val="300"/>
              </w:trPr>
              <w:tc>
                <w:tcPr>
                  <w:tcW w:w="5622" w:type="dxa"/>
                  <w:tcMar>
                    <w:left w:w="105" w:type="dxa"/>
                    <w:right w:w="105" w:type="dxa"/>
                  </w:tcMar>
                </w:tcPr>
                <w:p w14:paraId="70144A81" w14:textId="468B4144" w:rsidR="7D35017F" w:rsidRDefault="7D35017F" w:rsidP="7D35017F">
                  <w:pPr>
                    <w:rPr>
                      <w:rFonts w:ascii="Aptos" w:eastAsia="Aptos" w:hAnsi="Aptos" w:cs="Aptos"/>
                      <w:sz w:val="20"/>
                      <w:szCs w:val="20"/>
                    </w:rPr>
                  </w:pPr>
                </w:p>
              </w:tc>
              <w:tc>
                <w:tcPr>
                  <w:tcW w:w="1167" w:type="dxa"/>
                  <w:tcMar>
                    <w:left w:w="105" w:type="dxa"/>
                    <w:right w:w="105" w:type="dxa"/>
                  </w:tcMar>
                </w:tcPr>
                <w:p w14:paraId="6A82803F" w14:textId="1B7EC07F" w:rsidR="7D35017F" w:rsidRDefault="7D35017F" w:rsidP="7D35017F">
                  <w:pPr>
                    <w:rPr>
                      <w:rFonts w:ascii="Aptos" w:eastAsia="Aptos" w:hAnsi="Aptos" w:cs="Aptos"/>
                      <w:sz w:val="20"/>
                      <w:szCs w:val="20"/>
                    </w:rPr>
                  </w:pPr>
                </w:p>
              </w:tc>
              <w:tc>
                <w:tcPr>
                  <w:tcW w:w="4986" w:type="dxa"/>
                  <w:tcMar>
                    <w:left w:w="105" w:type="dxa"/>
                    <w:right w:w="105" w:type="dxa"/>
                  </w:tcMar>
                </w:tcPr>
                <w:p w14:paraId="64195F28" w14:textId="0C06EA94" w:rsidR="7D35017F" w:rsidRDefault="7D35017F" w:rsidP="7D35017F">
                  <w:pPr>
                    <w:rPr>
                      <w:rFonts w:ascii="Aptos" w:eastAsia="Aptos" w:hAnsi="Aptos" w:cs="Aptos"/>
                      <w:sz w:val="20"/>
                      <w:szCs w:val="20"/>
                    </w:rPr>
                  </w:pPr>
                </w:p>
              </w:tc>
            </w:tr>
          </w:tbl>
          <w:p w14:paraId="3AB515A8" w14:textId="7662283F"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 </w:t>
            </w:r>
          </w:p>
        </w:tc>
      </w:tr>
      <w:tr w:rsidR="7D35017F" w14:paraId="0A5868E5"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0D92A897" w14:textId="7C7087BF"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Additional Notes:</w:t>
            </w:r>
          </w:p>
          <w:p w14:paraId="7DABF538" w14:textId="61AC2E52"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 Two MCO elective courses must be selected from MCO courses with a DPDS or WC tag.</w:t>
            </w:r>
          </w:p>
          <w:p w14:paraId="4565F1A5" w14:textId="786045FB"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lastRenderedPageBreak/>
              <w:t> </w:t>
            </w:r>
          </w:p>
        </w:tc>
      </w:tr>
      <w:tr w:rsidR="7D35017F" w14:paraId="56634851"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1C6EDAE0" w14:textId="5C5C9BAB"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lastRenderedPageBreak/>
              <w:t>Total credits for graduation: 120 - 125</w:t>
            </w:r>
          </w:p>
        </w:tc>
      </w:tr>
      <w:tr w:rsidR="7D35017F" w14:paraId="365998F7" w14:textId="77777777" w:rsidTr="7D35017F">
        <w:trPr>
          <w:trHeight w:val="300"/>
        </w:trPr>
        <w:tc>
          <w:tcPr>
            <w:tcW w:w="11984" w:type="dxa"/>
            <w:gridSpan w:val="4"/>
            <w:tcBorders>
              <w:top w:val="single" w:sz="6" w:space="0" w:color="444444"/>
              <w:left w:val="single" w:sz="6" w:space="0" w:color="444444"/>
              <w:bottom w:val="single" w:sz="6" w:space="0" w:color="444444"/>
              <w:right w:val="single" w:sz="6" w:space="0" w:color="444444"/>
            </w:tcBorders>
            <w:shd w:val="clear" w:color="auto" w:fill="FFFFFF" w:themeFill="background1"/>
            <w:tcMar>
              <w:top w:w="15" w:type="dxa"/>
              <w:left w:w="60" w:type="dxa"/>
              <w:bottom w:w="15" w:type="dxa"/>
              <w:right w:w="60" w:type="dxa"/>
            </w:tcMar>
            <w:vAlign w:val="bottom"/>
          </w:tcPr>
          <w:p w14:paraId="745C9F76" w14:textId="210BB270" w:rsidR="7D35017F" w:rsidRDefault="7D35017F" w:rsidP="7D35017F">
            <w:pPr>
              <w:rPr>
                <w:rFonts w:ascii="Aptos" w:eastAsia="Aptos" w:hAnsi="Aptos" w:cs="Aptos"/>
                <w:color w:val="000000" w:themeColor="text1"/>
                <w:sz w:val="20"/>
                <w:szCs w:val="20"/>
              </w:rPr>
            </w:pPr>
            <w:r w:rsidRPr="7D35017F">
              <w:rPr>
                <w:rFonts w:ascii="Aptos" w:eastAsia="Aptos" w:hAnsi="Aptos" w:cs="Aptos"/>
                <w:color w:val="000000" w:themeColor="text1"/>
                <w:sz w:val="20"/>
                <w:szCs w:val="20"/>
              </w:rPr>
              <w:t>Notes:</w:t>
            </w:r>
          </w:p>
        </w:tc>
      </w:tr>
    </w:tbl>
    <w:p w14:paraId="38A33C75" w14:textId="492A1B19" w:rsidR="7D35017F" w:rsidRDefault="7D35017F"/>
    <w:sectPr w:rsidR="7D35017F"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439">
    <w:abstractNumId w:val="1"/>
  </w:num>
  <w:num w:numId="2" w16cid:durableId="1654479306">
    <w:abstractNumId w:val="3"/>
  </w:num>
  <w:num w:numId="3" w16cid:durableId="1772584400">
    <w:abstractNumId w:val="0"/>
  </w:num>
  <w:num w:numId="4" w16cid:durableId="1794127085">
    <w:abstractNumId w:val="2"/>
  </w:num>
  <w:num w:numId="5" w16cid:durableId="1980071552">
    <w:abstractNumId w:val="6"/>
  </w:num>
  <w:num w:numId="6" w16cid:durableId="213666824">
    <w:abstractNumId w:val="4"/>
  </w:num>
  <w:num w:numId="7" w16cid:durableId="504636639">
    <w:abstractNumId w:val="5"/>
  </w:num>
  <w:num w:numId="8" w16cid:durableId="568347779">
    <w:abstractNumId w:val="7"/>
  </w:num>
  <w:num w:numId="9" w16cid:durableId="7682790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FF1"/>
    <w:rsid w:val="00034616"/>
    <w:rsid w:val="0006063C"/>
    <w:rsid w:val="0015074B"/>
    <w:rsid w:val="0015368B"/>
    <w:rsid w:val="001E119E"/>
    <w:rsid w:val="00265115"/>
    <w:rsid w:val="0029639D"/>
    <w:rsid w:val="00326F90"/>
    <w:rsid w:val="00347817"/>
    <w:rsid w:val="00570B1E"/>
    <w:rsid w:val="00671DD9"/>
    <w:rsid w:val="006B3F2C"/>
    <w:rsid w:val="00710C6A"/>
    <w:rsid w:val="00722D89"/>
    <w:rsid w:val="00896F9E"/>
    <w:rsid w:val="009348EF"/>
    <w:rsid w:val="0094D93B"/>
    <w:rsid w:val="00AA1D8D"/>
    <w:rsid w:val="00B47730"/>
    <w:rsid w:val="00C12632"/>
    <w:rsid w:val="00C40599"/>
    <w:rsid w:val="00CB0664"/>
    <w:rsid w:val="00D101C7"/>
    <w:rsid w:val="00D24D3E"/>
    <w:rsid w:val="00E24613"/>
    <w:rsid w:val="00E82861"/>
    <w:rsid w:val="00FC693F"/>
    <w:rsid w:val="023A7A2E"/>
    <w:rsid w:val="045C4FFE"/>
    <w:rsid w:val="053682A2"/>
    <w:rsid w:val="061B64C1"/>
    <w:rsid w:val="06D3106B"/>
    <w:rsid w:val="06F2055F"/>
    <w:rsid w:val="0A88D87B"/>
    <w:rsid w:val="0AB5A056"/>
    <w:rsid w:val="0B747338"/>
    <w:rsid w:val="0D4D7D35"/>
    <w:rsid w:val="10B437FE"/>
    <w:rsid w:val="119B408D"/>
    <w:rsid w:val="1242441B"/>
    <w:rsid w:val="1292C87A"/>
    <w:rsid w:val="13BC146B"/>
    <w:rsid w:val="160FE554"/>
    <w:rsid w:val="166FAE07"/>
    <w:rsid w:val="18178B05"/>
    <w:rsid w:val="1AA053F4"/>
    <w:rsid w:val="1C0DCB4F"/>
    <w:rsid w:val="1C4597CA"/>
    <w:rsid w:val="1F540237"/>
    <w:rsid w:val="1FA6C50C"/>
    <w:rsid w:val="204AF5FF"/>
    <w:rsid w:val="22CD47DA"/>
    <w:rsid w:val="235BEB7E"/>
    <w:rsid w:val="24DCB2E1"/>
    <w:rsid w:val="25440F92"/>
    <w:rsid w:val="261F92E5"/>
    <w:rsid w:val="27DD843E"/>
    <w:rsid w:val="282FC05C"/>
    <w:rsid w:val="2903D12A"/>
    <w:rsid w:val="29E72772"/>
    <w:rsid w:val="2BBD468C"/>
    <w:rsid w:val="2C373602"/>
    <w:rsid w:val="2D8A310D"/>
    <w:rsid w:val="2D8B9EFF"/>
    <w:rsid w:val="2D9C9DB0"/>
    <w:rsid w:val="2FABC3F0"/>
    <w:rsid w:val="30546C53"/>
    <w:rsid w:val="30DEF88B"/>
    <w:rsid w:val="31754457"/>
    <w:rsid w:val="3178416E"/>
    <w:rsid w:val="33143ED3"/>
    <w:rsid w:val="35739AB2"/>
    <w:rsid w:val="37304274"/>
    <w:rsid w:val="37CFB836"/>
    <w:rsid w:val="380C5012"/>
    <w:rsid w:val="38A5AF1B"/>
    <w:rsid w:val="3A5D42F8"/>
    <w:rsid w:val="3ABCE1D9"/>
    <w:rsid w:val="3E0D2E48"/>
    <w:rsid w:val="3E673173"/>
    <w:rsid w:val="3E7005B3"/>
    <w:rsid w:val="3EEE7AAF"/>
    <w:rsid w:val="401CD302"/>
    <w:rsid w:val="4031FE31"/>
    <w:rsid w:val="411DD8B5"/>
    <w:rsid w:val="43BB03D6"/>
    <w:rsid w:val="43F3093D"/>
    <w:rsid w:val="46FB37FB"/>
    <w:rsid w:val="485DC7C2"/>
    <w:rsid w:val="487CB3A9"/>
    <w:rsid w:val="48D5CD4C"/>
    <w:rsid w:val="49CE8D49"/>
    <w:rsid w:val="4A4F3429"/>
    <w:rsid w:val="4A534725"/>
    <w:rsid w:val="4AB3503E"/>
    <w:rsid w:val="4B60CFC8"/>
    <w:rsid w:val="4BB08607"/>
    <w:rsid w:val="4C32CF30"/>
    <w:rsid w:val="5022F182"/>
    <w:rsid w:val="50D8783D"/>
    <w:rsid w:val="51347D96"/>
    <w:rsid w:val="5243D67C"/>
    <w:rsid w:val="52AD3075"/>
    <w:rsid w:val="53D8DB9E"/>
    <w:rsid w:val="54E84EE9"/>
    <w:rsid w:val="55495720"/>
    <w:rsid w:val="56C73BCF"/>
    <w:rsid w:val="5705C7A5"/>
    <w:rsid w:val="574C9B18"/>
    <w:rsid w:val="581E9BED"/>
    <w:rsid w:val="584A53FD"/>
    <w:rsid w:val="58B044D2"/>
    <w:rsid w:val="59CB054E"/>
    <w:rsid w:val="5A246927"/>
    <w:rsid w:val="5A8D5CEE"/>
    <w:rsid w:val="5B4809B7"/>
    <w:rsid w:val="5B809254"/>
    <w:rsid w:val="5BAC099C"/>
    <w:rsid w:val="5C082995"/>
    <w:rsid w:val="5D051FB3"/>
    <w:rsid w:val="5DBA3BB5"/>
    <w:rsid w:val="5FBCDF27"/>
    <w:rsid w:val="6111CAAF"/>
    <w:rsid w:val="61173EC5"/>
    <w:rsid w:val="61FED0C4"/>
    <w:rsid w:val="62D7F3E6"/>
    <w:rsid w:val="648E269B"/>
    <w:rsid w:val="659C5BB8"/>
    <w:rsid w:val="661538CC"/>
    <w:rsid w:val="667C9D8D"/>
    <w:rsid w:val="69084D27"/>
    <w:rsid w:val="6A0BC31C"/>
    <w:rsid w:val="6B237DEF"/>
    <w:rsid w:val="6E14F460"/>
    <w:rsid w:val="6E2B3578"/>
    <w:rsid w:val="6F4B4E9E"/>
    <w:rsid w:val="6FF1A572"/>
    <w:rsid w:val="71F2E5E0"/>
    <w:rsid w:val="73321A9F"/>
    <w:rsid w:val="7463F0BF"/>
    <w:rsid w:val="79396557"/>
    <w:rsid w:val="7AE20C1C"/>
    <w:rsid w:val="7B05C771"/>
    <w:rsid w:val="7BEDC4EA"/>
    <w:rsid w:val="7CAD8A26"/>
    <w:rsid w:val="7CF3A63D"/>
    <w:rsid w:val="7D35017F"/>
    <w:rsid w:val="7E596D9F"/>
    <w:rsid w:val="7FF582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BCCCC6"/>
  <w14:defaultImageDpi w14:val="300"/>
  <w15:docId w15:val="{150B5B9F-A82D-4D36-A97B-F64165C3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E11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bhcc.edu/preview_program.php?poid=1652" TargetMode="External"/><Relationship Id="rId5" Type="http://schemas.openxmlformats.org/officeDocument/2006/relationships/hyperlink" Target="https://catalog.bhcc.edu/preview_program.php?poid=16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70d32b73-b457-49d1-950c-4f78aeffc21b}" enabled="0" method="" siteId="{70d32b73-b457-49d1-950c-4f78aeffc21b}" removed="1"/>
</clbl:labelList>
</file>

<file path=docProps/app.xml><?xml version="1.0" encoding="utf-8"?>
<Properties xmlns="http://schemas.openxmlformats.org/officeDocument/2006/extended-properties" xmlns:vt="http://schemas.openxmlformats.org/officeDocument/2006/docPropsVTypes">
  <Template>Normal</Template>
  <TotalTime>3</TotalTime>
  <Pages>8</Pages>
  <Words>1073</Words>
  <Characters>6117</Characters>
  <Application>Microsoft Office Word</Application>
  <DocSecurity>8</DocSecurity>
  <Lines>50</Lines>
  <Paragraphs>14</Paragraphs>
  <ScaleCrop>false</ScaleCrop>
  <Manager/>
  <Company/>
  <LinksUpToDate>false</LinksUpToDate>
  <CharactersWithSpaces>7176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Avril Hevey-Doucette</cp:lastModifiedBy>
  <cp:revision>11</cp:revision>
  <dcterms:created xsi:type="dcterms:W3CDTF">2026-05-18T13:32:00Z</dcterms:created>
  <dcterms:modified xsi:type="dcterms:W3CDTF">2026-09-29T13:22:00Z</dcterms:modified>
  <cp:category/>
</cp:coreProperties>
</file>