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48D1D" w14:textId="77777777" w:rsidR="00E259E0" w:rsidRDefault="741D7362" w:rsidP="60A4E92A">
      <w:pPr>
        <w:rPr>
          <w:color w:val="0070C0"/>
          <w:sz w:val="32"/>
          <w:szCs w:val="32"/>
        </w:rPr>
      </w:pPr>
      <w:r w:rsidRPr="60A4E92A">
        <w:rPr>
          <w:color w:val="0070C0"/>
          <w:sz w:val="32"/>
          <w:szCs w:val="32"/>
        </w:rPr>
        <w:t>Salem State University Advising Map</w:t>
      </w:r>
    </w:p>
    <w:p w14:paraId="57E68034" w14:textId="2CD5033C" w:rsidR="00E259E0" w:rsidRDefault="080DA867" w:rsidP="60A4E92A">
      <w:pPr>
        <w:rPr>
          <w:rFonts w:ascii="Calibri" w:hAnsi="Calibri"/>
          <w:color w:val="0070C0"/>
        </w:rPr>
      </w:pPr>
      <w:r w:rsidRPr="4D92B9DB">
        <w:rPr>
          <w:color w:val="0070C0"/>
        </w:rPr>
        <w:t xml:space="preserve">Northern Essex Community College – Chemistry, Physics, and Environmental Science Pathway transfers to Salem State University </w:t>
      </w:r>
      <w:r w:rsidR="74D14AA8" w:rsidRPr="4D92B9DB">
        <w:rPr>
          <w:color w:val="0070C0"/>
        </w:rPr>
        <w:t xml:space="preserve">Geography, BS </w:t>
      </w:r>
      <w:r w:rsidRPr="4D92B9DB">
        <w:rPr>
          <w:color w:val="0070C0"/>
        </w:rPr>
        <w:t>as follows:</w:t>
      </w:r>
    </w:p>
    <w:p w14:paraId="40D12F98" w14:textId="77777777" w:rsidR="00E259E0" w:rsidRDefault="00AB2CE2">
      <w:r>
        <w:rPr>
          <w:rFonts w:ascii="Calibri" w:hAnsi="Calibri"/>
          <w:sz w:val="21"/>
        </w:rPr>
        <w:t>This map is a Salem State University advising tool only. Northern Essex Community College students should work with their NECC advisor.</w:t>
      </w:r>
    </w:p>
    <w:p w14:paraId="341BB8DB" w14:textId="77777777" w:rsidR="00E259E0" w:rsidRDefault="741D7362" w:rsidP="60A4E92A">
      <w:pPr>
        <w:rPr>
          <w:rFonts w:ascii="Calibri" w:hAnsi="Calibri"/>
        </w:rPr>
      </w:pPr>
      <w:r w:rsidRPr="60A4E92A">
        <w:rPr>
          <w:rFonts w:ascii="Calibri" w:hAnsi="Calibri"/>
        </w:rPr>
        <w:t>Salem State University Notes:</w:t>
      </w:r>
    </w:p>
    <w:p w14:paraId="268F6CD9" w14:textId="70E1DAB5" w:rsidR="00E259E0" w:rsidRDefault="00AB2CE2">
      <w:r>
        <w:rPr>
          <w:rFonts w:ascii="Calibri" w:hAnsi="Calibri"/>
          <w:sz w:val="21"/>
        </w:rPr>
        <w:t xml:space="preserve">This program has the required courses for the MassTransfer </w:t>
      </w:r>
      <w:r w:rsidR="005162F6">
        <w:rPr>
          <w:rFonts w:ascii="Calibri" w:hAnsi="Calibri"/>
          <w:sz w:val="21"/>
        </w:rPr>
        <w:t xml:space="preserve">STEM </w:t>
      </w:r>
      <w:r>
        <w:rPr>
          <w:rFonts w:ascii="Calibri" w:hAnsi="Calibri"/>
          <w:sz w:val="21"/>
        </w:rPr>
        <w:t>General Education Foundation built in:</w:t>
      </w:r>
    </w:p>
    <w:tbl>
      <w:tblPr>
        <w:tblStyle w:val="TableGrid"/>
        <w:tblW w:w="14399" w:type="dxa"/>
        <w:jc w:val="center"/>
        <w:tblLook w:val="04A0" w:firstRow="1" w:lastRow="0" w:firstColumn="1" w:lastColumn="0" w:noHBand="0" w:noVBand="1"/>
      </w:tblPr>
      <w:tblGrid>
        <w:gridCol w:w="1297"/>
        <w:gridCol w:w="1297"/>
        <w:gridCol w:w="1306"/>
        <w:gridCol w:w="1386"/>
        <w:gridCol w:w="1434"/>
        <w:gridCol w:w="1173"/>
        <w:gridCol w:w="1493"/>
        <w:gridCol w:w="1213"/>
        <w:gridCol w:w="1206"/>
        <w:gridCol w:w="1295"/>
        <w:gridCol w:w="1299"/>
      </w:tblGrid>
      <w:tr w:rsidR="00E259E0" w14:paraId="57D161F8" w14:textId="77777777" w:rsidTr="60A4E92A">
        <w:trPr>
          <w:jc w:val="center"/>
        </w:trPr>
        <w:tc>
          <w:tcPr>
            <w:tcW w:w="1309" w:type="dxa"/>
          </w:tcPr>
          <w:p w14:paraId="674F78A7" w14:textId="77777777" w:rsidR="00E259E0" w:rsidRDefault="00AB2CE2">
            <w:r>
              <w:t>Comp I</w:t>
            </w:r>
          </w:p>
        </w:tc>
        <w:tc>
          <w:tcPr>
            <w:tcW w:w="1309" w:type="dxa"/>
          </w:tcPr>
          <w:p w14:paraId="6ED484DE" w14:textId="77777777" w:rsidR="00E259E0" w:rsidRDefault="00AB2CE2">
            <w:r>
              <w:t>Comp II</w:t>
            </w:r>
          </w:p>
        </w:tc>
        <w:tc>
          <w:tcPr>
            <w:tcW w:w="1309" w:type="dxa"/>
          </w:tcPr>
          <w:p w14:paraId="69FA2F8F" w14:textId="77777777" w:rsidR="00E259E0" w:rsidRDefault="00AB2CE2">
            <w:r>
              <w:t>Beh/SS</w:t>
            </w:r>
          </w:p>
        </w:tc>
        <w:tc>
          <w:tcPr>
            <w:tcW w:w="1309" w:type="dxa"/>
          </w:tcPr>
          <w:p w14:paraId="3DFF64FB" w14:textId="77777777" w:rsidR="00E259E0" w:rsidRDefault="00AB2CE2">
            <w:r>
              <w:t>Beh/SS</w:t>
            </w:r>
          </w:p>
        </w:tc>
        <w:tc>
          <w:tcPr>
            <w:tcW w:w="1440" w:type="dxa"/>
          </w:tcPr>
          <w:p w14:paraId="09D1B778" w14:textId="77777777" w:rsidR="00E259E0" w:rsidRDefault="00AB2CE2">
            <w:r>
              <w:t>Beh/SS</w:t>
            </w:r>
          </w:p>
        </w:tc>
        <w:tc>
          <w:tcPr>
            <w:tcW w:w="1178" w:type="dxa"/>
          </w:tcPr>
          <w:p w14:paraId="4D78389B" w14:textId="77777777" w:rsidR="00E259E0" w:rsidRDefault="00AB2CE2">
            <w:r>
              <w:t>Hum/FA</w:t>
            </w:r>
          </w:p>
        </w:tc>
        <w:tc>
          <w:tcPr>
            <w:tcW w:w="1500" w:type="dxa"/>
          </w:tcPr>
          <w:p w14:paraId="18206D20" w14:textId="77777777" w:rsidR="00E259E0" w:rsidRDefault="00AB2CE2">
            <w:r>
              <w:t>Hum/FA</w:t>
            </w:r>
          </w:p>
        </w:tc>
        <w:tc>
          <w:tcPr>
            <w:tcW w:w="1215" w:type="dxa"/>
          </w:tcPr>
          <w:p w14:paraId="2F071DCC" w14:textId="77777777" w:rsidR="00E259E0" w:rsidRDefault="00AB2CE2">
            <w:r>
              <w:t>Hum/FA</w:t>
            </w:r>
          </w:p>
        </w:tc>
        <w:tc>
          <w:tcPr>
            <w:tcW w:w="1212" w:type="dxa"/>
          </w:tcPr>
          <w:p w14:paraId="3F0EE54A" w14:textId="77777777" w:rsidR="00E259E0" w:rsidRDefault="00AB2CE2">
            <w:r>
              <w:t>Sci-Lab</w:t>
            </w:r>
          </w:p>
        </w:tc>
        <w:tc>
          <w:tcPr>
            <w:tcW w:w="1309" w:type="dxa"/>
          </w:tcPr>
          <w:p w14:paraId="397F1AFB" w14:textId="77777777" w:rsidR="00E259E0" w:rsidRDefault="00AB2CE2">
            <w:r>
              <w:t>Sci</w:t>
            </w:r>
          </w:p>
        </w:tc>
        <w:tc>
          <w:tcPr>
            <w:tcW w:w="1309" w:type="dxa"/>
          </w:tcPr>
          <w:p w14:paraId="5C3AD384" w14:textId="77777777" w:rsidR="00E259E0" w:rsidRDefault="00AB2CE2">
            <w:r>
              <w:t>MAT</w:t>
            </w:r>
          </w:p>
        </w:tc>
      </w:tr>
      <w:tr w:rsidR="00E259E0" w14:paraId="623F3863" w14:textId="77777777" w:rsidTr="00527A54">
        <w:trPr>
          <w:jc w:val="center"/>
        </w:trPr>
        <w:tc>
          <w:tcPr>
            <w:tcW w:w="1309" w:type="dxa"/>
          </w:tcPr>
          <w:p w14:paraId="16A839F8" w14:textId="25C89FC3" w:rsidR="00E259E0" w:rsidRDefault="44E2A2D2">
            <w:r>
              <w:t>ENG102</w:t>
            </w:r>
          </w:p>
        </w:tc>
        <w:tc>
          <w:tcPr>
            <w:tcW w:w="1309" w:type="dxa"/>
          </w:tcPr>
          <w:p w14:paraId="4EC48E86" w14:textId="4FF45A38" w:rsidR="00E259E0" w:rsidRDefault="44E2A2D2">
            <w:r>
              <w:t>ENG10</w:t>
            </w:r>
            <w:r w:rsidR="0081021B">
              <w:t>2</w:t>
            </w:r>
          </w:p>
        </w:tc>
        <w:tc>
          <w:tcPr>
            <w:tcW w:w="1309" w:type="dxa"/>
          </w:tcPr>
          <w:p w14:paraId="659C83B1" w14:textId="1A2D42F3" w:rsidR="00E259E0" w:rsidRDefault="44E2A2D2">
            <w:r>
              <w:t>Behavioral Science Elective</w:t>
            </w:r>
          </w:p>
        </w:tc>
        <w:tc>
          <w:tcPr>
            <w:tcW w:w="1309" w:type="dxa"/>
          </w:tcPr>
          <w:p w14:paraId="0D5EA610" w14:textId="77777777" w:rsidR="00F10B62" w:rsidRDefault="00F10B62">
            <w:pPr>
              <w:rPr>
                <w:b/>
                <w:bCs/>
              </w:rPr>
            </w:pPr>
            <w:r>
              <w:t>History/Gov Elective</w:t>
            </w:r>
            <w:r w:rsidRPr="00A327D0">
              <w:rPr>
                <w:b/>
                <w:bCs/>
              </w:rPr>
              <w:t xml:space="preserve"> </w:t>
            </w:r>
          </w:p>
          <w:p w14:paraId="695051BA" w14:textId="77777777" w:rsidR="00F10B62" w:rsidRDefault="00F10B62">
            <w:pPr>
              <w:rPr>
                <w:b/>
                <w:bCs/>
              </w:rPr>
            </w:pPr>
          </w:p>
          <w:p w14:paraId="40751569" w14:textId="30349582" w:rsidR="00E259E0" w:rsidRPr="00A327D0" w:rsidRDefault="00E259E0">
            <w:pPr>
              <w:rPr>
                <w:b/>
                <w:bCs/>
              </w:rPr>
            </w:pPr>
          </w:p>
        </w:tc>
        <w:tc>
          <w:tcPr>
            <w:tcW w:w="1440" w:type="dxa"/>
          </w:tcPr>
          <w:p w14:paraId="66C33D80" w14:textId="0D0B7D27" w:rsidR="00E259E0" w:rsidRPr="00F82126" w:rsidRDefault="00F10B62">
            <w:pPr>
              <w:rPr>
                <w:i/>
                <w:iCs/>
              </w:rPr>
            </w:pPr>
            <w:r w:rsidRPr="00F82126">
              <w:rPr>
                <w:i/>
                <w:iCs/>
              </w:rPr>
              <w:t xml:space="preserve">Not required </w:t>
            </w:r>
            <w:r w:rsidR="0070211B">
              <w:rPr>
                <w:i/>
                <w:iCs/>
              </w:rPr>
              <w:t>for</w:t>
            </w:r>
            <w:r w:rsidRPr="00F82126">
              <w:rPr>
                <w:i/>
                <w:iCs/>
              </w:rPr>
              <w:t xml:space="preserve"> STEM Gen Ed Foundation</w:t>
            </w:r>
          </w:p>
        </w:tc>
        <w:tc>
          <w:tcPr>
            <w:tcW w:w="1178" w:type="dxa"/>
          </w:tcPr>
          <w:p w14:paraId="6B1B47F7" w14:textId="765016CD" w:rsidR="00E259E0" w:rsidRDefault="63CD6841">
            <w:r>
              <w:t>ENG103</w:t>
            </w:r>
          </w:p>
        </w:tc>
        <w:tc>
          <w:tcPr>
            <w:tcW w:w="1500" w:type="dxa"/>
          </w:tcPr>
          <w:p w14:paraId="10A4C139" w14:textId="3829735B" w:rsidR="00E259E0" w:rsidRDefault="63CD6841">
            <w:r>
              <w:t>Humanities Elective</w:t>
            </w:r>
          </w:p>
        </w:tc>
        <w:tc>
          <w:tcPr>
            <w:tcW w:w="1215" w:type="dxa"/>
          </w:tcPr>
          <w:p w14:paraId="1B95702A" w14:textId="1858AE7C" w:rsidR="00E259E0" w:rsidRDefault="7AAB4F00">
            <w:r>
              <w:t>Literature Elective</w:t>
            </w:r>
          </w:p>
        </w:tc>
        <w:tc>
          <w:tcPr>
            <w:tcW w:w="1212" w:type="dxa"/>
          </w:tcPr>
          <w:p w14:paraId="4EFCC789" w14:textId="48525B7E" w:rsidR="00E259E0" w:rsidRDefault="44E2A2D2">
            <w:r>
              <w:t>CHM121</w:t>
            </w:r>
          </w:p>
        </w:tc>
        <w:tc>
          <w:tcPr>
            <w:tcW w:w="1309" w:type="dxa"/>
          </w:tcPr>
          <w:p w14:paraId="527FA929" w14:textId="313238F3" w:rsidR="00E259E0" w:rsidRDefault="44E2A2D2">
            <w:r>
              <w:t>BIO111</w:t>
            </w:r>
          </w:p>
        </w:tc>
        <w:tc>
          <w:tcPr>
            <w:tcW w:w="1309" w:type="dxa"/>
          </w:tcPr>
          <w:p w14:paraId="0689744C" w14:textId="73641E99" w:rsidR="00E259E0" w:rsidRDefault="43A98AB4">
            <w:r>
              <w:t>MAT251</w:t>
            </w:r>
          </w:p>
        </w:tc>
      </w:tr>
    </w:tbl>
    <w:p w14:paraId="2E631152" w14:textId="77777777" w:rsidR="00E259E0" w:rsidRDefault="00AB2CE2">
      <w:r>
        <w:t xml:space="preserve">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2880"/>
        <w:gridCol w:w="2880"/>
        <w:gridCol w:w="2880"/>
        <w:gridCol w:w="2880"/>
      </w:tblGrid>
      <w:tr w:rsidR="00E259E0" w14:paraId="5D6DE8DE" w14:textId="77777777" w:rsidTr="19319099">
        <w:trPr>
          <w:jc w:val="center"/>
        </w:trPr>
        <w:tc>
          <w:tcPr>
            <w:tcW w:w="2880" w:type="dxa"/>
          </w:tcPr>
          <w:p w14:paraId="299C4B16" w14:textId="77777777" w:rsidR="00E259E0" w:rsidRDefault="00AB2CE2">
            <w:r>
              <w:t>NECC Course Number</w:t>
            </w:r>
          </w:p>
        </w:tc>
        <w:tc>
          <w:tcPr>
            <w:tcW w:w="2880" w:type="dxa"/>
          </w:tcPr>
          <w:p w14:paraId="6BF94BBA" w14:textId="77777777" w:rsidR="00E259E0" w:rsidRDefault="00AB2CE2">
            <w:r>
              <w:t>Course Title</w:t>
            </w:r>
          </w:p>
        </w:tc>
        <w:tc>
          <w:tcPr>
            <w:tcW w:w="2880" w:type="dxa"/>
          </w:tcPr>
          <w:p w14:paraId="55DB1C60" w14:textId="77777777" w:rsidR="00E259E0" w:rsidRDefault="00AB2CE2">
            <w:r>
              <w:t>Credits</w:t>
            </w:r>
          </w:p>
        </w:tc>
        <w:tc>
          <w:tcPr>
            <w:tcW w:w="2880" w:type="dxa"/>
          </w:tcPr>
          <w:p w14:paraId="51DC67D0" w14:textId="77777777" w:rsidR="00E259E0" w:rsidRDefault="00AB2CE2">
            <w:r>
              <w:t>SSU Equivalent</w:t>
            </w:r>
          </w:p>
        </w:tc>
        <w:tc>
          <w:tcPr>
            <w:tcW w:w="2880" w:type="dxa"/>
          </w:tcPr>
          <w:p w14:paraId="0F8787B5" w14:textId="77777777" w:rsidR="00E259E0" w:rsidRDefault="00AB2CE2">
            <w:r>
              <w:t>How it Applies to the SSU Program:</w:t>
            </w:r>
          </w:p>
        </w:tc>
      </w:tr>
      <w:tr w:rsidR="00E259E0" w14:paraId="2AD415B9" w14:textId="77777777" w:rsidTr="007A4480">
        <w:trPr>
          <w:trHeight w:val="480"/>
          <w:jc w:val="center"/>
        </w:trPr>
        <w:tc>
          <w:tcPr>
            <w:tcW w:w="2880" w:type="dxa"/>
          </w:tcPr>
          <w:p w14:paraId="5C8B7CBD" w14:textId="77777777" w:rsidR="00E259E0" w:rsidRDefault="00AB2CE2">
            <w:r>
              <w:t>BIO111</w:t>
            </w:r>
          </w:p>
        </w:tc>
        <w:tc>
          <w:tcPr>
            <w:tcW w:w="2880" w:type="dxa"/>
          </w:tcPr>
          <w:p w14:paraId="6E3D54AB" w14:textId="77777777" w:rsidR="00E259E0" w:rsidRDefault="00AB2CE2">
            <w:r>
              <w:t>Introductory Biology I</w:t>
            </w:r>
          </w:p>
        </w:tc>
        <w:tc>
          <w:tcPr>
            <w:tcW w:w="2880" w:type="dxa"/>
          </w:tcPr>
          <w:p w14:paraId="41E6278C" w14:textId="77777777" w:rsidR="00E259E0" w:rsidRDefault="00AB2CE2">
            <w:r>
              <w:t>4</w:t>
            </w:r>
          </w:p>
        </w:tc>
        <w:tc>
          <w:tcPr>
            <w:tcW w:w="2880" w:type="dxa"/>
          </w:tcPr>
          <w:p w14:paraId="3587F06A" w14:textId="77777777" w:rsidR="00E259E0" w:rsidRDefault="00AB2CE2">
            <w:r>
              <w:t>BIO 132 INTRODUCTION TO CELLS (4)</w:t>
            </w:r>
          </w:p>
        </w:tc>
        <w:tc>
          <w:tcPr>
            <w:tcW w:w="2880" w:type="dxa"/>
          </w:tcPr>
          <w:p w14:paraId="3B1EE215" w14:textId="0309C431" w:rsidR="00E259E0" w:rsidRDefault="0E588DE2">
            <w:r>
              <w:t xml:space="preserve">Free Elective due to MassTransfer </w:t>
            </w:r>
            <w:r w:rsidR="006A05CD">
              <w:t xml:space="preserve">STEM </w:t>
            </w:r>
            <w:r>
              <w:t>Gen</w:t>
            </w:r>
            <w:r w:rsidR="006A05CD">
              <w:t xml:space="preserve"> </w:t>
            </w:r>
            <w:r>
              <w:t>Ed exemption</w:t>
            </w:r>
          </w:p>
        </w:tc>
      </w:tr>
      <w:tr w:rsidR="006A05CD" w14:paraId="00857D3F" w14:textId="77777777" w:rsidTr="007A4480">
        <w:trPr>
          <w:jc w:val="center"/>
        </w:trPr>
        <w:tc>
          <w:tcPr>
            <w:tcW w:w="2880" w:type="dxa"/>
          </w:tcPr>
          <w:p w14:paraId="255228BC" w14:textId="77777777" w:rsidR="006A05CD" w:rsidRDefault="006A05CD" w:rsidP="006A05CD">
            <w:r>
              <w:t>ENG101</w:t>
            </w:r>
          </w:p>
        </w:tc>
        <w:tc>
          <w:tcPr>
            <w:tcW w:w="2880" w:type="dxa"/>
          </w:tcPr>
          <w:p w14:paraId="5BF1758F" w14:textId="77777777" w:rsidR="006A05CD" w:rsidRDefault="006A05CD" w:rsidP="006A05CD">
            <w:r>
              <w:t>English Composition I</w:t>
            </w:r>
          </w:p>
        </w:tc>
        <w:tc>
          <w:tcPr>
            <w:tcW w:w="2880" w:type="dxa"/>
          </w:tcPr>
          <w:p w14:paraId="5937D0CE" w14:textId="77777777" w:rsidR="006A05CD" w:rsidRDefault="006A05CD" w:rsidP="006A05CD">
            <w:r>
              <w:t>3</w:t>
            </w:r>
          </w:p>
        </w:tc>
        <w:tc>
          <w:tcPr>
            <w:tcW w:w="2880" w:type="dxa"/>
          </w:tcPr>
          <w:p w14:paraId="4D525137" w14:textId="77777777" w:rsidR="006A05CD" w:rsidRDefault="006A05CD" w:rsidP="006A05CD">
            <w:r>
              <w:t>ENL 105 INTRODUCTION TO COLLEGE WRITING (3)</w:t>
            </w:r>
          </w:p>
        </w:tc>
        <w:tc>
          <w:tcPr>
            <w:tcW w:w="2880" w:type="dxa"/>
          </w:tcPr>
          <w:p w14:paraId="6A0297C6" w14:textId="07F26F89" w:rsidR="006A05CD" w:rsidRDefault="006A05CD" w:rsidP="006A05CD">
            <w:r w:rsidRPr="007B773B">
              <w:t>Free Elective due to MassTransfer STEM Gen Ed exemption</w:t>
            </w:r>
          </w:p>
        </w:tc>
      </w:tr>
      <w:tr w:rsidR="006A05CD" w14:paraId="7E07F21E" w14:textId="77777777" w:rsidTr="007A4480">
        <w:trPr>
          <w:jc w:val="center"/>
        </w:trPr>
        <w:tc>
          <w:tcPr>
            <w:tcW w:w="2880" w:type="dxa"/>
          </w:tcPr>
          <w:p w14:paraId="1C228619" w14:textId="77777777" w:rsidR="006A05CD" w:rsidRDefault="006A05CD" w:rsidP="006A05CD">
            <w:r>
              <w:t>CHM121</w:t>
            </w:r>
          </w:p>
        </w:tc>
        <w:tc>
          <w:tcPr>
            <w:tcW w:w="2880" w:type="dxa"/>
          </w:tcPr>
          <w:p w14:paraId="737F2700" w14:textId="77777777" w:rsidR="006A05CD" w:rsidRDefault="006A05CD" w:rsidP="006A05CD">
            <w:r>
              <w:t>General Chemistry I</w:t>
            </w:r>
          </w:p>
        </w:tc>
        <w:tc>
          <w:tcPr>
            <w:tcW w:w="2880" w:type="dxa"/>
          </w:tcPr>
          <w:p w14:paraId="70081FFF" w14:textId="77777777" w:rsidR="006A05CD" w:rsidRDefault="006A05CD" w:rsidP="006A05CD">
            <w:r>
              <w:t>4</w:t>
            </w:r>
          </w:p>
        </w:tc>
        <w:tc>
          <w:tcPr>
            <w:tcW w:w="2880" w:type="dxa"/>
          </w:tcPr>
          <w:p w14:paraId="02C07EF0" w14:textId="77777777" w:rsidR="006A05CD" w:rsidRDefault="006A05CD" w:rsidP="006A05CD">
            <w:r>
              <w:t>CHE 130 GENERAL CHEMISTRY I (4)</w:t>
            </w:r>
          </w:p>
        </w:tc>
        <w:tc>
          <w:tcPr>
            <w:tcW w:w="2880" w:type="dxa"/>
          </w:tcPr>
          <w:p w14:paraId="2DD2760F" w14:textId="6DFAA6C8" w:rsidR="006A05CD" w:rsidRDefault="006A05CD" w:rsidP="006A05CD">
            <w:r w:rsidRPr="007B773B">
              <w:t>Free Elective due to MassTransfer STEM Gen Ed exemption</w:t>
            </w:r>
          </w:p>
        </w:tc>
      </w:tr>
      <w:tr w:rsidR="00E259E0" w14:paraId="0B02C018" w14:textId="77777777" w:rsidTr="007A4480">
        <w:trPr>
          <w:jc w:val="center"/>
        </w:trPr>
        <w:tc>
          <w:tcPr>
            <w:tcW w:w="2880" w:type="dxa"/>
          </w:tcPr>
          <w:p w14:paraId="1AA4027A" w14:textId="77777777" w:rsidR="00E259E0" w:rsidRDefault="00AB2CE2">
            <w:r>
              <w:t>ERS130</w:t>
            </w:r>
          </w:p>
          <w:p w14:paraId="11E0637C" w14:textId="77777777" w:rsidR="0067220E" w:rsidRDefault="0067220E"/>
        </w:tc>
        <w:tc>
          <w:tcPr>
            <w:tcW w:w="2880" w:type="dxa"/>
          </w:tcPr>
          <w:p w14:paraId="685545D1" w14:textId="77777777" w:rsidR="00E259E0" w:rsidRDefault="00AB2CE2">
            <w:r>
              <w:t>Meteorology</w:t>
            </w:r>
          </w:p>
        </w:tc>
        <w:tc>
          <w:tcPr>
            <w:tcW w:w="2880" w:type="dxa"/>
          </w:tcPr>
          <w:p w14:paraId="2A643E7D" w14:textId="77777777" w:rsidR="00E259E0" w:rsidRDefault="00AB2CE2">
            <w:r>
              <w:t>4</w:t>
            </w:r>
          </w:p>
        </w:tc>
        <w:tc>
          <w:tcPr>
            <w:tcW w:w="2880" w:type="dxa"/>
          </w:tcPr>
          <w:p w14:paraId="62BE19E6" w14:textId="77777777" w:rsidR="00E259E0" w:rsidRDefault="00AB2CE2">
            <w:r>
              <w:t>GPH 100P</w:t>
            </w:r>
          </w:p>
        </w:tc>
        <w:tc>
          <w:tcPr>
            <w:tcW w:w="2880" w:type="dxa"/>
          </w:tcPr>
          <w:p w14:paraId="31F47A40" w14:textId="17A4E7EE" w:rsidR="00E259E0" w:rsidRDefault="4374CFDC">
            <w:r>
              <w:t>Geography Elective</w:t>
            </w:r>
          </w:p>
        </w:tc>
      </w:tr>
      <w:tr w:rsidR="006A05CD" w14:paraId="714FBF50" w14:textId="77777777" w:rsidTr="007A4480">
        <w:trPr>
          <w:jc w:val="center"/>
        </w:trPr>
        <w:tc>
          <w:tcPr>
            <w:tcW w:w="2880" w:type="dxa"/>
          </w:tcPr>
          <w:p w14:paraId="03902034" w14:textId="77777777" w:rsidR="006A05CD" w:rsidRDefault="006A05CD" w:rsidP="006A05CD">
            <w:r>
              <w:t>BIO112</w:t>
            </w:r>
          </w:p>
        </w:tc>
        <w:tc>
          <w:tcPr>
            <w:tcW w:w="2880" w:type="dxa"/>
          </w:tcPr>
          <w:p w14:paraId="4B30294E" w14:textId="77777777" w:rsidR="006A05CD" w:rsidRDefault="006A05CD" w:rsidP="006A05CD">
            <w:r>
              <w:t>Introductory Biology II</w:t>
            </w:r>
          </w:p>
        </w:tc>
        <w:tc>
          <w:tcPr>
            <w:tcW w:w="2880" w:type="dxa"/>
          </w:tcPr>
          <w:p w14:paraId="11AD7AF1" w14:textId="77777777" w:rsidR="006A05CD" w:rsidRDefault="006A05CD" w:rsidP="006A05CD">
            <w:r>
              <w:t>4</w:t>
            </w:r>
          </w:p>
        </w:tc>
        <w:tc>
          <w:tcPr>
            <w:tcW w:w="2880" w:type="dxa"/>
          </w:tcPr>
          <w:p w14:paraId="47522EB7" w14:textId="77777777" w:rsidR="006A05CD" w:rsidRDefault="006A05CD" w:rsidP="006A05CD">
            <w:r>
              <w:t>BIO 131 INTRODUCTION TO ORGANISMS (4)</w:t>
            </w:r>
          </w:p>
        </w:tc>
        <w:tc>
          <w:tcPr>
            <w:tcW w:w="2880" w:type="dxa"/>
          </w:tcPr>
          <w:p w14:paraId="36D7010A" w14:textId="45EEA688" w:rsidR="006A05CD" w:rsidRDefault="006A05CD" w:rsidP="006A05CD">
            <w:r w:rsidRPr="00024653">
              <w:t>Free Elective due to MassTransfer STEM Gen Ed exemption</w:t>
            </w:r>
          </w:p>
        </w:tc>
      </w:tr>
      <w:tr w:rsidR="006A05CD" w14:paraId="51D89012" w14:textId="77777777" w:rsidTr="007A4480">
        <w:trPr>
          <w:jc w:val="center"/>
        </w:trPr>
        <w:tc>
          <w:tcPr>
            <w:tcW w:w="2880" w:type="dxa"/>
          </w:tcPr>
          <w:p w14:paraId="1B6B425F" w14:textId="77777777" w:rsidR="006A05CD" w:rsidRDefault="006A05CD" w:rsidP="006A05CD">
            <w:r>
              <w:t>CHM122</w:t>
            </w:r>
          </w:p>
        </w:tc>
        <w:tc>
          <w:tcPr>
            <w:tcW w:w="2880" w:type="dxa"/>
          </w:tcPr>
          <w:p w14:paraId="7CDDF5F9" w14:textId="77777777" w:rsidR="006A05CD" w:rsidRDefault="006A05CD" w:rsidP="006A05CD">
            <w:r>
              <w:t>General Chemistry II</w:t>
            </w:r>
          </w:p>
        </w:tc>
        <w:tc>
          <w:tcPr>
            <w:tcW w:w="2880" w:type="dxa"/>
          </w:tcPr>
          <w:p w14:paraId="6A324BE3" w14:textId="77777777" w:rsidR="006A05CD" w:rsidRDefault="006A05CD" w:rsidP="006A05CD">
            <w:r>
              <w:t>4</w:t>
            </w:r>
          </w:p>
        </w:tc>
        <w:tc>
          <w:tcPr>
            <w:tcW w:w="2880" w:type="dxa"/>
          </w:tcPr>
          <w:p w14:paraId="26963C2D" w14:textId="77777777" w:rsidR="006A05CD" w:rsidRDefault="006A05CD" w:rsidP="006A05CD">
            <w:r>
              <w:t>CHE 131 GENERAL CHEMISTRY II (4)</w:t>
            </w:r>
          </w:p>
        </w:tc>
        <w:tc>
          <w:tcPr>
            <w:tcW w:w="2880" w:type="dxa"/>
          </w:tcPr>
          <w:p w14:paraId="6C8F55B9" w14:textId="579F8A25" w:rsidR="006A05CD" w:rsidRDefault="006A05CD" w:rsidP="006A05CD">
            <w:r w:rsidRPr="00024653">
              <w:t>Free Elective due to MassTransfer STEM Gen Ed exemption</w:t>
            </w:r>
          </w:p>
        </w:tc>
      </w:tr>
      <w:tr w:rsidR="006A05CD" w14:paraId="7B38D9D4" w14:textId="77777777" w:rsidTr="007A4480">
        <w:trPr>
          <w:jc w:val="center"/>
        </w:trPr>
        <w:tc>
          <w:tcPr>
            <w:tcW w:w="2880" w:type="dxa"/>
          </w:tcPr>
          <w:p w14:paraId="7C1BD1BC" w14:textId="77777777" w:rsidR="006A05CD" w:rsidRDefault="006A05CD" w:rsidP="006A05CD">
            <w:r>
              <w:t>ENG102</w:t>
            </w:r>
          </w:p>
        </w:tc>
        <w:tc>
          <w:tcPr>
            <w:tcW w:w="2880" w:type="dxa"/>
          </w:tcPr>
          <w:p w14:paraId="524A1946" w14:textId="77777777" w:rsidR="006A05CD" w:rsidRDefault="006A05CD" w:rsidP="006A05CD">
            <w:r>
              <w:t>English Composition II</w:t>
            </w:r>
          </w:p>
        </w:tc>
        <w:tc>
          <w:tcPr>
            <w:tcW w:w="2880" w:type="dxa"/>
          </w:tcPr>
          <w:p w14:paraId="7FB8758E" w14:textId="77777777" w:rsidR="006A05CD" w:rsidRDefault="006A05CD" w:rsidP="006A05CD">
            <w:r>
              <w:t>3</w:t>
            </w:r>
          </w:p>
        </w:tc>
        <w:tc>
          <w:tcPr>
            <w:tcW w:w="2880" w:type="dxa"/>
          </w:tcPr>
          <w:p w14:paraId="6282D4B3" w14:textId="77777777" w:rsidR="006A05CD" w:rsidRDefault="006A05CD" w:rsidP="006A05CD">
            <w:r>
              <w:t>ENL 110 FOUNDATIONS OF WRITING (3)</w:t>
            </w:r>
          </w:p>
        </w:tc>
        <w:tc>
          <w:tcPr>
            <w:tcW w:w="2880" w:type="dxa"/>
          </w:tcPr>
          <w:p w14:paraId="5026CAA4" w14:textId="1E838CAD" w:rsidR="006A05CD" w:rsidRDefault="006A05CD" w:rsidP="006A05CD">
            <w:r w:rsidRPr="00024653">
              <w:t>Free Elective due to MassTransfer STEM Gen Ed exemption</w:t>
            </w:r>
          </w:p>
        </w:tc>
      </w:tr>
      <w:tr w:rsidR="006A05CD" w14:paraId="3E626689" w14:textId="77777777" w:rsidTr="007A4480">
        <w:trPr>
          <w:jc w:val="center"/>
        </w:trPr>
        <w:tc>
          <w:tcPr>
            <w:tcW w:w="2880" w:type="dxa"/>
          </w:tcPr>
          <w:p w14:paraId="4F099B91" w14:textId="77777777" w:rsidR="006A05CD" w:rsidRDefault="006A05CD" w:rsidP="006A05CD">
            <w:r>
              <w:t>ERS140</w:t>
            </w:r>
          </w:p>
        </w:tc>
        <w:tc>
          <w:tcPr>
            <w:tcW w:w="2880" w:type="dxa"/>
          </w:tcPr>
          <w:p w14:paraId="3EA1E5C3" w14:textId="77777777" w:rsidR="006A05CD" w:rsidRDefault="006A05CD" w:rsidP="006A05CD">
            <w:r>
              <w:t>Physical Geology</w:t>
            </w:r>
          </w:p>
        </w:tc>
        <w:tc>
          <w:tcPr>
            <w:tcW w:w="2880" w:type="dxa"/>
          </w:tcPr>
          <w:p w14:paraId="63F84CBE" w14:textId="77777777" w:rsidR="006A05CD" w:rsidRDefault="006A05CD" w:rsidP="006A05CD">
            <w:r>
              <w:t>4</w:t>
            </w:r>
          </w:p>
        </w:tc>
        <w:tc>
          <w:tcPr>
            <w:tcW w:w="2880" w:type="dxa"/>
          </w:tcPr>
          <w:p w14:paraId="47A50C3C" w14:textId="77777777" w:rsidR="006A05CD" w:rsidRDefault="006A05CD" w:rsidP="006A05CD">
            <w:r>
              <w:t>GLS 100</w:t>
            </w:r>
          </w:p>
        </w:tc>
        <w:tc>
          <w:tcPr>
            <w:tcW w:w="2880" w:type="dxa"/>
          </w:tcPr>
          <w:p w14:paraId="21D33343" w14:textId="1237FC69" w:rsidR="006A05CD" w:rsidRDefault="006A05CD" w:rsidP="006A05CD">
            <w:r w:rsidRPr="00BE54C5">
              <w:t xml:space="preserve">Free Elective due to </w:t>
            </w:r>
            <w:r w:rsidRPr="00BE54C5">
              <w:lastRenderedPageBreak/>
              <w:t>MassTransfer STEM Gen Ed exemption</w:t>
            </w:r>
          </w:p>
        </w:tc>
      </w:tr>
      <w:tr w:rsidR="006A05CD" w14:paraId="42645629" w14:textId="77777777" w:rsidTr="007A4480">
        <w:trPr>
          <w:jc w:val="center"/>
        </w:trPr>
        <w:tc>
          <w:tcPr>
            <w:tcW w:w="2880" w:type="dxa"/>
          </w:tcPr>
          <w:p w14:paraId="4DD74FF9" w14:textId="77777777" w:rsidR="006A05CD" w:rsidRDefault="006A05CD" w:rsidP="006A05CD">
            <w:r>
              <w:lastRenderedPageBreak/>
              <w:t>Literature Elective</w:t>
            </w:r>
          </w:p>
          <w:p w14:paraId="1BCAE88F" w14:textId="77777777" w:rsidR="006A05CD" w:rsidRDefault="006A05CD" w:rsidP="006A05CD"/>
          <w:p w14:paraId="3E381553" w14:textId="43410E6A" w:rsidR="006A05CD" w:rsidRDefault="006A05CD" w:rsidP="006A05CD">
            <w:proofErr w:type="gramStart"/>
            <w:r>
              <w:t>Choose</w:t>
            </w:r>
            <w:proofErr w:type="gramEnd"/>
            <w:r>
              <w:t xml:space="preserve"> based on Mass Transfer Gen Ed Foundation </w:t>
            </w:r>
          </w:p>
          <w:p w14:paraId="60045D66" w14:textId="58AFB580" w:rsidR="006A05CD" w:rsidRDefault="006A05CD" w:rsidP="006A05CD"/>
        </w:tc>
        <w:tc>
          <w:tcPr>
            <w:tcW w:w="2880" w:type="dxa"/>
          </w:tcPr>
          <w:p w14:paraId="228004C6" w14:textId="77777777" w:rsidR="006A05CD" w:rsidRDefault="006A05CD" w:rsidP="006A05CD">
            <w:r>
              <w:t>See Elective Advice</w:t>
            </w:r>
          </w:p>
        </w:tc>
        <w:tc>
          <w:tcPr>
            <w:tcW w:w="2880" w:type="dxa"/>
          </w:tcPr>
          <w:p w14:paraId="2443D6EE" w14:textId="77777777" w:rsidR="006A05CD" w:rsidRDefault="006A05CD" w:rsidP="006A05CD">
            <w:r>
              <w:t>3</w:t>
            </w:r>
          </w:p>
        </w:tc>
        <w:tc>
          <w:tcPr>
            <w:tcW w:w="2880" w:type="dxa"/>
          </w:tcPr>
          <w:p w14:paraId="59992860" w14:textId="77777777" w:rsidR="006A05CD" w:rsidRDefault="006A05CD" w:rsidP="006A05CD">
            <w:r>
              <w:t>ENLT61</w:t>
            </w:r>
          </w:p>
        </w:tc>
        <w:tc>
          <w:tcPr>
            <w:tcW w:w="2880" w:type="dxa"/>
          </w:tcPr>
          <w:p w14:paraId="63AEC264" w14:textId="57778BF4" w:rsidR="006A05CD" w:rsidRDefault="006A05CD" w:rsidP="006A05CD">
            <w:r w:rsidRPr="00BE54C5">
              <w:t>Free Elective due to MassTransfer STEM Gen Ed exemption</w:t>
            </w:r>
          </w:p>
        </w:tc>
      </w:tr>
      <w:tr w:rsidR="00E259E0" w14:paraId="0994D8CE" w14:textId="77777777" w:rsidTr="007A4480">
        <w:trPr>
          <w:jc w:val="center"/>
        </w:trPr>
        <w:tc>
          <w:tcPr>
            <w:tcW w:w="2880" w:type="dxa"/>
          </w:tcPr>
          <w:p w14:paraId="1E4A48F3" w14:textId="77777777" w:rsidR="00E259E0" w:rsidRDefault="00AB2CE2">
            <w:r>
              <w:t>ENG103</w:t>
            </w:r>
          </w:p>
        </w:tc>
        <w:tc>
          <w:tcPr>
            <w:tcW w:w="2880" w:type="dxa"/>
          </w:tcPr>
          <w:p w14:paraId="22DD54E4" w14:textId="77777777" w:rsidR="00E259E0" w:rsidRDefault="00AB2CE2">
            <w:r>
              <w:t>Technical Writing</w:t>
            </w:r>
          </w:p>
        </w:tc>
        <w:tc>
          <w:tcPr>
            <w:tcW w:w="2880" w:type="dxa"/>
          </w:tcPr>
          <w:p w14:paraId="200E74AA" w14:textId="77777777" w:rsidR="00E259E0" w:rsidRDefault="00AB2CE2">
            <w:r>
              <w:t>3</w:t>
            </w:r>
          </w:p>
        </w:tc>
        <w:tc>
          <w:tcPr>
            <w:tcW w:w="2880" w:type="dxa"/>
          </w:tcPr>
          <w:p w14:paraId="659E5C52" w14:textId="77777777" w:rsidR="00E259E0" w:rsidRDefault="00AB2CE2">
            <w:r>
              <w:t>ENL 310 INTRODUCTION TO PROFESSIONAL WRITING (3)</w:t>
            </w:r>
          </w:p>
        </w:tc>
        <w:tc>
          <w:tcPr>
            <w:tcW w:w="2880" w:type="dxa"/>
          </w:tcPr>
          <w:p w14:paraId="0748A955" w14:textId="2084835D" w:rsidR="00E259E0" w:rsidRDefault="006A05CD">
            <w:r>
              <w:t>Free Elective due to MassTransfer STEM Gen Ed exemption</w:t>
            </w:r>
          </w:p>
        </w:tc>
      </w:tr>
      <w:tr w:rsidR="00E259E0" w14:paraId="02B76C3F" w14:textId="77777777" w:rsidTr="007A4480">
        <w:trPr>
          <w:jc w:val="center"/>
        </w:trPr>
        <w:tc>
          <w:tcPr>
            <w:tcW w:w="2880" w:type="dxa"/>
          </w:tcPr>
          <w:p w14:paraId="2E4E0FC8" w14:textId="77777777" w:rsidR="00E259E0" w:rsidRDefault="00AB2CE2">
            <w:r>
              <w:t>ERS125</w:t>
            </w:r>
          </w:p>
        </w:tc>
        <w:tc>
          <w:tcPr>
            <w:tcW w:w="2880" w:type="dxa"/>
          </w:tcPr>
          <w:p w14:paraId="03C0474C" w14:textId="77777777" w:rsidR="00E259E0" w:rsidRDefault="00AB2CE2">
            <w:r>
              <w:t>Environmental Issues</w:t>
            </w:r>
          </w:p>
        </w:tc>
        <w:tc>
          <w:tcPr>
            <w:tcW w:w="2880" w:type="dxa"/>
          </w:tcPr>
          <w:p w14:paraId="027BE7B5" w14:textId="77777777" w:rsidR="00E259E0" w:rsidRDefault="00AB2CE2">
            <w:r>
              <w:t>4</w:t>
            </w:r>
          </w:p>
        </w:tc>
        <w:tc>
          <w:tcPr>
            <w:tcW w:w="2880" w:type="dxa"/>
          </w:tcPr>
          <w:p w14:paraId="6674CDF6" w14:textId="77777777" w:rsidR="00E259E0" w:rsidRDefault="00AB2CE2">
            <w:r>
              <w:t>GPH 376P</w:t>
            </w:r>
          </w:p>
        </w:tc>
        <w:tc>
          <w:tcPr>
            <w:tcW w:w="2880" w:type="dxa"/>
          </w:tcPr>
          <w:p w14:paraId="2A0E53F3" w14:textId="24A4C98B" w:rsidR="00E259E0" w:rsidRDefault="613618A3">
            <w:r>
              <w:t>Environmental Geography Course</w:t>
            </w:r>
          </w:p>
        </w:tc>
      </w:tr>
      <w:tr w:rsidR="006A05CD" w14:paraId="30164EBE" w14:textId="77777777" w:rsidTr="007A4480">
        <w:trPr>
          <w:jc w:val="center"/>
        </w:trPr>
        <w:tc>
          <w:tcPr>
            <w:tcW w:w="2880" w:type="dxa"/>
          </w:tcPr>
          <w:p w14:paraId="51C04DA1" w14:textId="77777777" w:rsidR="006A05CD" w:rsidRDefault="006A05CD" w:rsidP="006A05CD">
            <w:r>
              <w:t>MAT251</w:t>
            </w:r>
          </w:p>
        </w:tc>
        <w:tc>
          <w:tcPr>
            <w:tcW w:w="2880" w:type="dxa"/>
          </w:tcPr>
          <w:p w14:paraId="596F01CA" w14:textId="77777777" w:rsidR="006A05CD" w:rsidRDefault="006A05CD" w:rsidP="006A05CD">
            <w:r>
              <w:t>Calculus I</w:t>
            </w:r>
          </w:p>
        </w:tc>
        <w:tc>
          <w:tcPr>
            <w:tcW w:w="2880" w:type="dxa"/>
          </w:tcPr>
          <w:p w14:paraId="12A48D3C" w14:textId="77777777" w:rsidR="006A05CD" w:rsidRDefault="006A05CD" w:rsidP="006A05CD">
            <w:r>
              <w:t>4</w:t>
            </w:r>
          </w:p>
        </w:tc>
        <w:tc>
          <w:tcPr>
            <w:tcW w:w="2880" w:type="dxa"/>
          </w:tcPr>
          <w:p w14:paraId="4DCAEB05" w14:textId="77777777" w:rsidR="006A05CD" w:rsidRDefault="006A05CD" w:rsidP="006A05CD">
            <w:r>
              <w:t>MAT 220 CALCULUS I (4)</w:t>
            </w:r>
          </w:p>
        </w:tc>
        <w:tc>
          <w:tcPr>
            <w:tcW w:w="2880" w:type="dxa"/>
          </w:tcPr>
          <w:p w14:paraId="7CA70FCE" w14:textId="3C9C1AE6" w:rsidR="006A05CD" w:rsidRDefault="006A05CD" w:rsidP="006A05CD">
            <w:r w:rsidRPr="00552AED">
              <w:t>Free Elective due to MassTransfer STEM Gen Ed exemption</w:t>
            </w:r>
          </w:p>
        </w:tc>
      </w:tr>
      <w:tr w:rsidR="006A05CD" w14:paraId="38B06768" w14:textId="77777777" w:rsidTr="007A4480">
        <w:trPr>
          <w:jc w:val="center"/>
        </w:trPr>
        <w:tc>
          <w:tcPr>
            <w:tcW w:w="2880" w:type="dxa"/>
          </w:tcPr>
          <w:p w14:paraId="62D7A111" w14:textId="77777777" w:rsidR="006A05CD" w:rsidRDefault="006A05CD" w:rsidP="006A05CD">
            <w:r>
              <w:t>PHS111 OR PHS131</w:t>
            </w:r>
          </w:p>
        </w:tc>
        <w:tc>
          <w:tcPr>
            <w:tcW w:w="2880" w:type="dxa"/>
          </w:tcPr>
          <w:p w14:paraId="054B0569" w14:textId="77777777" w:rsidR="006A05CD" w:rsidRDefault="006A05CD" w:rsidP="006A05CD">
            <w:r>
              <w:t>College Physics I OR Engineering Physics I</w:t>
            </w:r>
          </w:p>
        </w:tc>
        <w:tc>
          <w:tcPr>
            <w:tcW w:w="2880" w:type="dxa"/>
          </w:tcPr>
          <w:p w14:paraId="2A1B46C4" w14:textId="77777777" w:rsidR="006A05CD" w:rsidRDefault="006A05CD" w:rsidP="006A05CD">
            <w:r>
              <w:t>4</w:t>
            </w:r>
          </w:p>
        </w:tc>
        <w:tc>
          <w:tcPr>
            <w:tcW w:w="2880" w:type="dxa"/>
          </w:tcPr>
          <w:p w14:paraId="73769AD3" w14:textId="77777777" w:rsidR="006A05CD" w:rsidRDefault="006A05CD" w:rsidP="006A05CD">
            <w:r>
              <w:t>PHS 211A OR PHS 221</w:t>
            </w:r>
          </w:p>
        </w:tc>
        <w:tc>
          <w:tcPr>
            <w:tcW w:w="2880" w:type="dxa"/>
          </w:tcPr>
          <w:p w14:paraId="281E97C0" w14:textId="2D65442B" w:rsidR="006A05CD" w:rsidRDefault="006A05CD" w:rsidP="006A05CD">
            <w:r w:rsidRPr="00552AED">
              <w:t xml:space="preserve">Free Elective </w:t>
            </w:r>
          </w:p>
        </w:tc>
      </w:tr>
      <w:tr w:rsidR="00E259E0" w14:paraId="085C8974" w14:textId="77777777" w:rsidTr="19319099">
        <w:trPr>
          <w:jc w:val="center"/>
        </w:trPr>
        <w:tc>
          <w:tcPr>
            <w:tcW w:w="2880" w:type="dxa"/>
          </w:tcPr>
          <w:p w14:paraId="11884FF1" w14:textId="77777777" w:rsidR="00E259E0" w:rsidRDefault="00AB2CE2">
            <w:r>
              <w:t>MAT252</w:t>
            </w:r>
            <w:r w:rsidR="0030424E">
              <w:t xml:space="preserve"> </w:t>
            </w:r>
          </w:p>
          <w:p w14:paraId="627BE5A2" w14:textId="5A6B3567" w:rsidR="0040322F" w:rsidRDefault="0040322F"/>
        </w:tc>
        <w:tc>
          <w:tcPr>
            <w:tcW w:w="2880" w:type="dxa"/>
          </w:tcPr>
          <w:p w14:paraId="4625646C" w14:textId="77777777" w:rsidR="00E259E0" w:rsidRDefault="00AB2CE2">
            <w:r>
              <w:t>Calculus II</w:t>
            </w:r>
          </w:p>
        </w:tc>
        <w:tc>
          <w:tcPr>
            <w:tcW w:w="2880" w:type="dxa"/>
          </w:tcPr>
          <w:p w14:paraId="238A64A5" w14:textId="77777777" w:rsidR="00E259E0" w:rsidRDefault="00AB2CE2">
            <w:r>
              <w:t>4</w:t>
            </w:r>
          </w:p>
        </w:tc>
        <w:tc>
          <w:tcPr>
            <w:tcW w:w="2880" w:type="dxa"/>
          </w:tcPr>
          <w:p w14:paraId="0F43C684" w14:textId="77777777" w:rsidR="00E259E0" w:rsidRDefault="00AB2CE2">
            <w:r>
              <w:t>MAT 221 CALCULUS II (4)</w:t>
            </w:r>
          </w:p>
        </w:tc>
        <w:tc>
          <w:tcPr>
            <w:tcW w:w="2880" w:type="dxa"/>
          </w:tcPr>
          <w:p w14:paraId="36236EC0" w14:textId="2585CC67" w:rsidR="00E259E0" w:rsidRDefault="1B3F3FE9">
            <w:r>
              <w:t>Free Elective</w:t>
            </w:r>
          </w:p>
        </w:tc>
      </w:tr>
      <w:tr w:rsidR="00E259E0" w14:paraId="5EB9BAF8" w14:textId="77777777" w:rsidTr="19319099">
        <w:trPr>
          <w:jc w:val="center"/>
        </w:trPr>
        <w:tc>
          <w:tcPr>
            <w:tcW w:w="2880" w:type="dxa"/>
          </w:tcPr>
          <w:p w14:paraId="354E8358" w14:textId="77777777" w:rsidR="00E259E0" w:rsidRDefault="00AB2CE2">
            <w:r>
              <w:t>Behavioral Science Elective</w:t>
            </w:r>
          </w:p>
          <w:p w14:paraId="5E532261" w14:textId="77777777" w:rsidR="00E729B6" w:rsidRDefault="00E729B6"/>
          <w:p w14:paraId="365AD222" w14:textId="77777777" w:rsidR="00E729B6" w:rsidRDefault="00E729B6" w:rsidP="00E729B6">
            <w:proofErr w:type="gramStart"/>
            <w:r>
              <w:t>Choose</w:t>
            </w:r>
            <w:proofErr w:type="gramEnd"/>
            <w:r>
              <w:t xml:space="preserve"> based on Mass Transfer Gen Ed Foundation </w:t>
            </w:r>
          </w:p>
          <w:p w14:paraId="6111E87A" w14:textId="77777777" w:rsidR="00E729B6" w:rsidRDefault="00E729B6"/>
        </w:tc>
        <w:tc>
          <w:tcPr>
            <w:tcW w:w="2880" w:type="dxa"/>
          </w:tcPr>
          <w:p w14:paraId="07107926" w14:textId="77777777" w:rsidR="00E259E0" w:rsidRDefault="00AB2CE2">
            <w:r>
              <w:t>See Elective Advice</w:t>
            </w:r>
          </w:p>
        </w:tc>
        <w:tc>
          <w:tcPr>
            <w:tcW w:w="2880" w:type="dxa"/>
          </w:tcPr>
          <w:p w14:paraId="1E045EB4" w14:textId="77777777" w:rsidR="00E259E0" w:rsidRDefault="00AB2CE2">
            <w:r>
              <w:t>3</w:t>
            </w:r>
          </w:p>
        </w:tc>
        <w:tc>
          <w:tcPr>
            <w:tcW w:w="2880" w:type="dxa"/>
          </w:tcPr>
          <w:p w14:paraId="28B1E633" w14:textId="36C598E0" w:rsidR="00E259E0" w:rsidRDefault="00E259E0"/>
        </w:tc>
        <w:tc>
          <w:tcPr>
            <w:tcW w:w="2880" w:type="dxa"/>
          </w:tcPr>
          <w:p w14:paraId="172D0FD8" w14:textId="77777777" w:rsidR="00E259E0" w:rsidRDefault="47E4531E">
            <w:r>
              <w:t>Free Elective</w:t>
            </w:r>
          </w:p>
          <w:p w14:paraId="4BD8FEF4" w14:textId="3135C34E" w:rsidR="00670D74" w:rsidRDefault="00670D74"/>
        </w:tc>
      </w:tr>
      <w:tr w:rsidR="00E259E0" w14:paraId="4E9949E1" w14:textId="77777777" w:rsidTr="19319099">
        <w:trPr>
          <w:jc w:val="center"/>
        </w:trPr>
        <w:tc>
          <w:tcPr>
            <w:tcW w:w="2880" w:type="dxa"/>
          </w:tcPr>
          <w:p w14:paraId="2FEA95F8" w14:textId="77777777" w:rsidR="00E259E0" w:rsidRDefault="00AB2CE2">
            <w:r>
              <w:t>Humanities Elective</w:t>
            </w:r>
          </w:p>
          <w:p w14:paraId="3060A7E0" w14:textId="77777777" w:rsidR="00E729B6" w:rsidRDefault="00E729B6"/>
          <w:p w14:paraId="55881EB7" w14:textId="77777777" w:rsidR="00E729B6" w:rsidRDefault="00E729B6" w:rsidP="00E729B6">
            <w:proofErr w:type="gramStart"/>
            <w:r>
              <w:t>Choose</w:t>
            </w:r>
            <w:proofErr w:type="gramEnd"/>
            <w:r>
              <w:t xml:space="preserve"> based on Mass Transfer Gen Ed Foundation </w:t>
            </w:r>
          </w:p>
          <w:p w14:paraId="16469E41" w14:textId="77777777" w:rsidR="00E729B6" w:rsidRDefault="00E729B6"/>
        </w:tc>
        <w:tc>
          <w:tcPr>
            <w:tcW w:w="2880" w:type="dxa"/>
          </w:tcPr>
          <w:p w14:paraId="2E31D524" w14:textId="77777777" w:rsidR="00E259E0" w:rsidRDefault="00AB2CE2">
            <w:r>
              <w:t>See Elective Advice</w:t>
            </w:r>
          </w:p>
        </w:tc>
        <w:tc>
          <w:tcPr>
            <w:tcW w:w="2880" w:type="dxa"/>
          </w:tcPr>
          <w:p w14:paraId="48CAA264" w14:textId="77777777" w:rsidR="00E259E0" w:rsidRDefault="00AB2CE2">
            <w:r>
              <w:t>3</w:t>
            </w:r>
          </w:p>
        </w:tc>
        <w:tc>
          <w:tcPr>
            <w:tcW w:w="2880" w:type="dxa"/>
          </w:tcPr>
          <w:p w14:paraId="28974629" w14:textId="77777777" w:rsidR="00E259E0" w:rsidRDefault="00E259E0"/>
          <w:p w14:paraId="20C4A7C7" w14:textId="10A73A44" w:rsidR="00670D74" w:rsidRDefault="00670D74"/>
        </w:tc>
        <w:tc>
          <w:tcPr>
            <w:tcW w:w="2880" w:type="dxa"/>
          </w:tcPr>
          <w:p w14:paraId="29C89FCD" w14:textId="77777777" w:rsidR="00E259E0" w:rsidRDefault="77049DD5">
            <w:r>
              <w:t>Free Elective</w:t>
            </w:r>
          </w:p>
          <w:p w14:paraId="336541C7" w14:textId="2CB4061D" w:rsidR="00670D74" w:rsidRDefault="00670D74"/>
        </w:tc>
      </w:tr>
      <w:tr w:rsidR="00E259E0" w14:paraId="49B04E1C" w14:textId="77777777" w:rsidTr="19319099">
        <w:trPr>
          <w:jc w:val="center"/>
        </w:trPr>
        <w:tc>
          <w:tcPr>
            <w:tcW w:w="2880" w:type="dxa"/>
          </w:tcPr>
          <w:p w14:paraId="69B42DBA" w14:textId="77777777" w:rsidR="00E259E0" w:rsidRDefault="00AB2CE2">
            <w:r>
              <w:t>PHS112 OR PHS132</w:t>
            </w:r>
          </w:p>
        </w:tc>
        <w:tc>
          <w:tcPr>
            <w:tcW w:w="2880" w:type="dxa"/>
          </w:tcPr>
          <w:p w14:paraId="404B357A" w14:textId="77777777" w:rsidR="00E259E0" w:rsidRDefault="00AB2CE2">
            <w:r>
              <w:t>College Physics II OR Engineering Physics II</w:t>
            </w:r>
          </w:p>
        </w:tc>
        <w:tc>
          <w:tcPr>
            <w:tcW w:w="2880" w:type="dxa"/>
          </w:tcPr>
          <w:p w14:paraId="204F5B4B" w14:textId="77777777" w:rsidR="00E259E0" w:rsidRDefault="00AB2CE2">
            <w:r>
              <w:t>4</w:t>
            </w:r>
          </w:p>
        </w:tc>
        <w:tc>
          <w:tcPr>
            <w:tcW w:w="2880" w:type="dxa"/>
          </w:tcPr>
          <w:p w14:paraId="1F6E1B26" w14:textId="77777777" w:rsidR="00E259E0" w:rsidRDefault="00AB2CE2">
            <w:r>
              <w:t>PHS 212A OR PHS 222</w:t>
            </w:r>
          </w:p>
        </w:tc>
        <w:tc>
          <w:tcPr>
            <w:tcW w:w="2880" w:type="dxa"/>
          </w:tcPr>
          <w:p w14:paraId="5E143E8B" w14:textId="3679CF11" w:rsidR="00E259E0" w:rsidRDefault="1CB6A2C5">
            <w:r>
              <w:t>Free Elective</w:t>
            </w:r>
          </w:p>
        </w:tc>
      </w:tr>
      <w:tr w:rsidR="00E259E0" w14:paraId="251E39C7" w14:textId="77777777" w:rsidTr="19319099">
        <w:trPr>
          <w:jc w:val="center"/>
        </w:trPr>
        <w:tc>
          <w:tcPr>
            <w:tcW w:w="2880" w:type="dxa"/>
          </w:tcPr>
          <w:p w14:paraId="0BB16C6E" w14:textId="77777777" w:rsidR="00E259E0" w:rsidRDefault="00AB2CE2">
            <w:r>
              <w:t>History/Government Elective</w:t>
            </w:r>
          </w:p>
        </w:tc>
        <w:tc>
          <w:tcPr>
            <w:tcW w:w="2880" w:type="dxa"/>
          </w:tcPr>
          <w:p w14:paraId="30996CC9" w14:textId="77777777" w:rsidR="00E259E0" w:rsidRDefault="00AB2CE2">
            <w:r>
              <w:t>See Elective Advice</w:t>
            </w:r>
          </w:p>
        </w:tc>
        <w:tc>
          <w:tcPr>
            <w:tcW w:w="2880" w:type="dxa"/>
          </w:tcPr>
          <w:p w14:paraId="08EF3709" w14:textId="77777777" w:rsidR="00E259E0" w:rsidRDefault="00AB2CE2">
            <w:r>
              <w:t>3</w:t>
            </w:r>
          </w:p>
        </w:tc>
        <w:tc>
          <w:tcPr>
            <w:tcW w:w="2880" w:type="dxa"/>
          </w:tcPr>
          <w:p w14:paraId="5C1F09D8" w14:textId="77777777" w:rsidR="00E259E0" w:rsidRDefault="00AB2CE2">
            <w:r>
              <w:t>HSTT61</w:t>
            </w:r>
          </w:p>
        </w:tc>
        <w:tc>
          <w:tcPr>
            <w:tcW w:w="2880" w:type="dxa"/>
          </w:tcPr>
          <w:p w14:paraId="2DC97870" w14:textId="64B91489" w:rsidR="00E259E0" w:rsidRDefault="407CDA57">
            <w:r>
              <w:t>Free Elective</w:t>
            </w:r>
          </w:p>
        </w:tc>
      </w:tr>
      <w:tr w:rsidR="00E259E0" w14:paraId="08A7EDE3" w14:textId="77777777" w:rsidTr="19319099">
        <w:trPr>
          <w:jc w:val="center"/>
        </w:trPr>
        <w:tc>
          <w:tcPr>
            <w:tcW w:w="2880" w:type="dxa"/>
            <w:shd w:val="clear" w:color="auto" w:fill="DAE8F8"/>
          </w:tcPr>
          <w:p w14:paraId="139B6003" w14:textId="597F1E67" w:rsidR="00E259E0" w:rsidRDefault="620F3BDA">
            <w:r>
              <w:t>Total Program Credits: 6</w:t>
            </w:r>
            <w:r w:rsidR="0E1BE045">
              <w:t>5</w:t>
            </w:r>
          </w:p>
        </w:tc>
        <w:tc>
          <w:tcPr>
            <w:tcW w:w="2880" w:type="dxa"/>
            <w:shd w:val="clear" w:color="auto" w:fill="DAE8F8"/>
          </w:tcPr>
          <w:p w14:paraId="4ABF08F7" w14:textId="77777777" w:rsidR="00E259E0" w:rsidRDefault="00AB2CE2">
            <w:r>
              <w:t>Total Transfer Credits:</w:t>
            </w:r>
          </w:p>
        </w:tc>
        <w:tc>
          <w:tcPr>
            <w:tcW w:w="2880" w:type="dxa"/>
            <w:shd w:val="clear" w:color="auto" w:fill="DAE8F8"/>
          </w:tcPr>
          <w:p w14:paraId="1DC7B636" w14:textId="2FCB19B2" w:rsidR="00E259E0" w:rsidRDefault="620F3BDA">
            <w:r>
              <w:t>6</w:t>
            </w:r>
            <w:r w:rsidR="7F2C6374">
              <w:t>5</w:t>
            </w:r>
          </w:p>
        </w:tc>
        <w:tc>
          <w:tcPr>
            <w:tcW w:w="2880" w:type="dxa"/>
            <w:shd w:val="clear" w:color="auto" w:fill="DAE8F8"/>
          </w:tcPr>
          <w:p w14:paraId="11A5FE3A" w14:textId="77777777" w:rsidR="00E259E0" w:rsidRDefault="00AB2CE2">
            <w:r>
              <w:t>Total Transfer Credits fully applicable to SSU program as either major, gen ed, or major support requirement / toward minimum credits required to graduate (120):</w:t>
            </w:r>
          </w:p>
        </w:tc>
        <w:tc>
          <w:tcPr>
            <w:tcW w:w="2880" w:type="dxa"/>
            <w:shd w:val="clear" w:color="auto" w:fill="DAE8F8"/>
          </w:tcPr>
          <w:p w14:paraId="2816AAEC" w14:textId="7DE2C215" w:rsidR="00E259E0" w:rsidRDefault="620F3BDA">
            <w:r>
              <w:t>6</w:t>
            </w:r>
            <w:r w:rsidR="488987A3">
              <w:t>5</w:t>
            </w:r>
          </w:p>
        </w:tc>
      </w:tr>
    </w:tbl>
    <w:p w14:paraId="2D5DE240" w14:textId="77777777" w:rsidR="00AB2CE2" w:rsidRDefault="00AB2CE2"/>
    <w:sectPr w:rsidR="00AB2CE2" w:rsidSect="00034616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67874054">
    <w:abstractNumId w:val="1"/>
  </w:num>
  <w:num w:numId="2" w16cid:durableId="121004489">
    <w:abstractNumId w:val="5"/>
  </w:num>
  <w:num w:numId="3" w16cid:durableId="1833375804">
    <w:abstractNumId w:val="3"/>
  </w:num>
  <w:num w:numId="4" w16cid:durableId="2106220842">
    <w:abstractNumId w:val="0"/>
  </w:num>
  <w:num w:numId="5" w16cid:durableId="276107691">
    <w:abstractNumId w:val="4"/>
  </w:num>
  <w:num w:numId="6" w16cid:durableId="384643636">
    <w:abstractNumId w:val="6"/>
  </w:num>
  <w:num w:numId="7" w16cid:durableId="536357498">
    <w:abstractNumId w:val="8"/>
  </w:num>
  <w:num w:numId="8" w16cid:durableId="592084375">
    <w:abstractNumId w:val="7"/>
  </w:num>
  <w:num w:numId="9" w16cid:durableId="8608989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70F6C"/>
    <w:rsid w:val="0015074B"/>
    <w:rsid w:val="00154C2A"/>
    <w:rsid w:val="0029639D"/>
    <w:rsid w:val="00302466"/>
    <w:rsid w:val="0030424E"/>
    <w:rsid w:val="00325AF7"/>
    <w:rsid w:val="00326F90"/>
    <w:rsid w:val="00371164"/>
    <w:rsid w:val="003B5807"/>
    <w:rsid w:val="003C2B3C"/>
    <w:rsid w:val="0040322F"/>
    <w:rsid w:val="00447AEF"/>
    <w:rsid w:val="005162F6"/>
    <w:rsid w:val="00527A54"/>
    <w:rsid w:val="00551104"/>
    <w:rsid w:val="00587AD4"/>
    <w:rsid w:val="00670D74"/>
    <w:rsid w:val="0067220E"/>
    <w:rsid w:val="006A05CD"/>
    <w:rsid w:val="0070211B"/>
    <w:rsid w:val="007479E7"/>
    <w:rsid w:val="00754913"/>
    <w:rsid w:val="007576D5"/>
    <w:rsid w:val="0077771B"/>
    <w:rsid w:val="007A4480"/>
    <w:rsid w:val="0081021B"/>
    <w:rsid w:val="00876A7A"/>
    <w:rsid w:val="008C2D10"/>
    <w:rsid w:val="008C3E6B"/>
    <w:rsid w:val="00A327D0"/>
    <w:rsid w:val="00AA1D8D"/>
    <w:rsid w:val="00AB2CE2"/>
    <w:rsid w:val="00B47730"/>
    <w:rsid w:val="00BF52B0"/>
    <w:rsid w:val="00C8182B"/>
    <w:rsid w:val="00CB0664"/>
    <w:rsid w:val="00DB5C43"/>
    <w:rsid w:val="00E13B95"/>
    <w:rsid w:val="00E259E0"/>
    <w:rsid w:val="00E729B6"/>
    <w:rsid w:val="00F10B62"/>
    <w:rsid w:val="00F75833"/>
    <w:rsid w:val="00F82126"/>
    <w:rsid w:val="00FC693F"/>
    <w:rsid w:val="02C559F7"/>
    <w:rsid w:val="03165A9B"/>
    <w:rsid w:val="07211CE5"/>
    <w:rsid w:val="080DA867"/>
    <w:rsid w:val="0E1BE045"/>
    <w:rsid w:val="0E588DE2"/>
    <w:rsid w:val="0FA5FE7B"/>
    <w:rsid w:val="12D1F7AB"/>
    <w:rsid w:val="14E2ABD8"/>
    <w:rsid w:val="1668D0B3"/>
    <w:rsid w:val="19319099"/>
    <w:rsid w:val="1B3F3FE9"/>
    <w:rsid w:val="1CA5AEF4"/>
    <w:rsid w:val="1CB6A2C5"/>
    <w:rsid w:val="1DB7A516"/>
    <w:rsid w:val="231C288D"/>
    <w:rsid w:val="25C40E57"/>
    <w:rsid w:val="25F4996B"/>
    <w:rsid w:val="2981D411"/>
    <w:rsid w:val="2B146D0A"/>
    <w:rsid w:val="33B2EB62"/>
    <w:rsid w:val="3916CC91"/>
    <w:rsid w:val="3B22DDFE"/>
    <w:rsid w:val="407CDA57"/>
    <w:rsid w:val="4374CFDC"/>
    <w:rsid w:val="43A98AB4"/>
    <w:rsid w:val="44E2A2D2"/>
    <w:rsid w:val="47E4531E"/>
    <w:rsid w:val="488987A3"/>
    <w:rsid w:val="4D92B9DB"/>
    <w:rsid w:val="553687ED"/>
    <w:rsid w:val="5F5010BE"/>
    <w:rsid w:val="5FB72FD9"/>
    <w:rsid w:val="60A4E92A"/>
    <w:rsid w:val="613618A3"/>
    <w:rsid w:val="620F3BDA"/>
    <w:rsid w:val="63CD6841"/>
    <w:rsid w:val="6766E07C"/>
    <w:rsid w:val="6B6C9F83"/>
    <w:rsid w:val="73B61E96"/>
    <w:rsid w:val="741D7362"/>
    <w:rsid w:val="74D14AA8"/>
    <w:rsid w:val="77049DD5"/>
    <w:rsid w:val="784E10C5"/>
    <w:rsid w:val="7AAB4F00"/>
    <w:rsid w:val="7BD14665"/>
    <w:rsid w:val="7F2C6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BF30B1"/>
  <w14:defaultImageDpi w14:val="300"/>
  <w15:docId w15:val="{251E9CEB-B5B5-4617-93AB-13310D6FC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7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6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8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3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9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 Version="6"/>
</file>

<file path=customXml/itemProps1.xml><?xml version="1.0" encoding="utf-8"?>
<ds:datastoreItem xmlns:ds="http://schemas.openxmlformats.org/officeDocument/2006/customXml" ds:itemID="{E836265B-CB97-4DA0-896E-23D454A07D1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0d32b73-b457-49d1-950c-4f78aeffc21b}" enabled="0" method="" siteId="{70d32b73-b457-49d1-950c-4f78aeffc21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436</Words>
  <Characters>2490</Characters>
  <Application>Microsoft Office Word</Application>
  <DocSecurity>0</DocSecurity>
  <Lines>20</Lines>
  <Paragraphs>5</Paragraphs>
  <ScaleCrop>false</ScaleCrop>
  <Manager/>
  <Company/>
  <LinksUpToDate>false</LinksUpToDate>
  <CharactersWithSpaces>2921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Avril Hevey-Doucette</cp:lastModifiedBy>
  <cp:revision>37</cp:revision>
  <dcterms:created xsi:type="dcterms:W3CDTF">2026-05-01T13:20:00Z</dcterms:created>
  <dcterms:modified xsi:type="dcterms:W3CDTF">2026-07-09T15:42:00Z</dcterms:modified>
  <cp:category/>
</cp:coreProperties>
</file>