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CC0A" w14:textId="77777777" w:rsidR="00D24D3E" w:rsidRDefault="00710C6A">
      <w:pPr>
        <w:pStyle w:val="Title"/>
      </w:pPr>
      <w:r>
        <w:t>Salem State University Advising Map</w:t>
      </w:r>
    </w:p>
    <w:p w14:paraId="289D50FC" w14:textId="77777777" w:rsidR="00D24D3E" w:rsidRDefault="00710C6A" w:rsidP="43F3093D">
      <w:pPr>
        <w:pStyle w:val="Heading1"/>
      </w:pPr>
      <w:r>
        <w:t>Holyoke Community College – Business Administration MassTransfer Option, Business Administration A.S. transfers to Salem State University Entrepreneurship Concentration BSBA</w:t>
      </w:r>
    </w:p>
    <w:p w14:paraId="3638939D" w14:textId="77777777" w:rsidR="00D24D3E" w:rsidRDefault="00710C6A">
      <w:pPr>
        <w:pStyle w:val="Heading2"/>
      </w:pPr>
      <w:r>
        <w:t>Catalog Information</w:t>
      </w:r>
    </w:p>
    <w:p w14:paraId="0FE298A6" w14:textId="77777777" w:rsidR="009B6998" w:rsidRDefault="009B6998" w:rsidP="009B6998">
      <w:r>
        <w:t>HCC Catalog Year: 2026–2027</w:t>
      </w:r>
      <w:r>
        <w:br/>
        <w:t>Salem State University Catalog Year: 2026–2027</w:t>
      </w:r>
    </w:p>
    <w:p w14:paraId="5D957C37" w14:textId="77777777" w:rsidR="00D24D3E" w:rsidRDefault="00710C6A">
      <w:pPr>
        <w:pStyle w:val="Heading2"/>
      </w:pPr>
      <w:r>
        <w:t>Advising Notes</w:t>
      </w:r>
    </w:p>
    <w:p w14:paraId="4ACB30C8" w14:textId="77777777" w:rsidR="00D24D3E" w:rsidRDefault="00710C6A">
      <w:r>
        <w:t>This map is a Salem State University advising tool only. Holyoke Community College students should work with their HCC advisor. This program includes the required courses for the MassTransfer General Education Foundation.</w:t>
      </w:r>
    </w:p>
    <w:p w14:paraId="701B4A96" w14:textId="77777777" w:rsidR="00D24D3E" w:rsidRDefault="00710C6A">
      <w:pPr>
        <w:pStyle w:val="Heading2"/>
      </w:pPr>
      <w:r>
        <w:t>MassTransfer General Education Foundation</w:t>
      </w:r>
    </w:p>
    <w:p w14:paraId="620945D7" w14:textId="77777777" w:rsidR="00D24D3E" w:rsidRDefault="00710C6A">
      <w:r>
        <w:t>The following table lists MassTransfer General Education requirements and their corresponding 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3E1E6104" w14:textId="77777777" w:rsidTr="43F3093D">
        <w:trPr>
          <w:tblHeader/>
        </w:trPr>
        <w:tc>
          <w:tcPr>
            <w:tcW w:w="7200" w:type="dxa"/>
          </w:tcPr>
          <w:p w14:paraId="18C931EF" w14:textId="77777777" w:rsidR="0096242C" w:rsidRDefault="00E157BA">
            <w:r>
              <w:t>MassTransfer Requirement</w:t>
            </w:r>
          </w:p>
        </w:tc>
        <w:tc>
          <w:tcPr>
            <w:tcW w:w="7200" w:type="dxa"/>
          </w:tcPr>
          <w:p w14:paraId="798D55B8" w14:textId="77777777" w:rsidR="0096242C" w:rsidRDefault="00E157BA">
            <w:r>
              <w:t>HCC Course(s)</w:t>
            </w:r>
          </w:p>
        </w:tc>
      </w:tr>
      <w:tr w:rsidR="00D24D3E" w14:paraId="35E1B639" w14:textId="77777777" w:rsidTr="43F3093D">
        <w:tc>
          <w:tcPr>
            <w:tcW w:w="7200" w:type="dxa"/>
          </w:tcPr>
          <w:p w14:paraId="2E7CA2F5" w14:textId="77777777" w:rsidR="0096242C" w:rsidRDefault="00E157BA">
            <w:r>
              <w:t>Composition I</w:t>
            </w:r>
          </w:p>
        </w:tc>
        <w:tc>
          <w:tcPr>
            <w:tcW w:w="7200" w:type="dxa"/>
          </w:tcPr>
          <w:p w14:paraId="7E8455EF" w14:textId="77777777" w:rsidR="0096242C" w:rsidRDefault="00E157BA">
            <w:r>
              <w:t>ENG 101</w:t>
            </w:r>
          </w:p>
        </w:tc>
      </w:tr>
      <w:tr w:rsidR="00D24D3E" w14:paraId="6D6822FB" w14:textId="77777777" w:rsidTr="43F3093D">
        <w:tc>
          <w:tcPr>
            <w:tcW w:w="7200" w:type="dxa"/>
          </w:tcPr>
          <w:p w14:paraId="2F18810D" w14:textId="77777777" w:rsidR="0096242C" w:rsidRDefault="00E157BA">
            <w:r>
              <w:t>Composition II</w:t>
            </w:r>
          </w:p>
        </w:tc>
        <w:tc>
          <w:tcPr>
            <w:tcW w:w="7200" w:type="dxa"/>
          </w:tcPr>
          <w:p w14:paraId="5A1B891E" w14:textId="77777777" w:rsidR="0096242C" w:rsidRDefault="00E157BA">
            <w:r>
              <w:t>ENG 102</w:t>
            </w:r>
          </w:p>
        </w:tc>
      </w:tr>
      <w:tr w:rsidR="00D24D3E" w14:paraId="1616667D" w14:textId="77777777" w:rsidTr="43F3093D">
        <w:tc>
          <w:tcPr>
            <w:tcW w:w="7200" w:type="dxa"/>
          </w:tcPr>
          <w:p w14:paraId="4F12E447" w14:textId="77777777" w:rsidR="0096242C" w:rsidRDefault="00E157BA">
            <w:r>
              <w:t>Behavioral/Social Science</w:t>
            </w:r>
          </w:p>
        </w:tc>
        <w:tc>
          <w:tcPr>
            <w:tcW w:w="7200" w:type="dxa"/>
          </w:tcPr>
          <w:p w14:paraId="22CC639E" w14:textId="77777777" w:rsidR="0096242C" w:rsidRDefault="00E157BA">
            <w:r>
              <w:t>ECO 101</w:t>
            </w:r>
          </w:p>
        </w:tc>
      </w:tr>
      <w:tr w:rsidR="00D24D3E" w14:paraId="2A050A84" w14:textId="77777777" w:rsidTr="43F3093D">
        <w:tc>
          <w:tcPr>
            <w:tcW w:w="7200" w:type="dxa"/>
          </w:tcPr>
          <w:p w14:paraId="746684D3" w14:textId="77777777" w:rsidR="0096242C" w:rsidRDefault="00E157BA">
            <w:r>
              <w:t>Behavioral/Social Science</w:t>
            </w:r>
          </w:p>
        </w:tc>
        <w:tc>
          <w:tcPr>
            <w:tcW w:w="7200" w:type="dxa"/>
          </w:tcPr>
          <w:p w14:paraId="1C02946E" w14:textId="77777777" w:rsidR="0096242C" w:rsidRDefault="00E157BA">
            <w:r>
              <w:t>ECO 102</w:t>
            </w:r>
          </w:p>
        </w:tc>
      </w:tr>
      <w:tr w:rsidR="00D24D3E" w14:paraId="6395FB3D" w14:textId="77777777" w:rsidTr="43F3093D">
        <w:tc>
          <w:tcPr>
            <w:tcW w:w="7200" w:type="dxa"/>
          </w:tcPr>
          <w:p w14:paraId="1E713988" w14:textId="77777777" w:rsidR="0096242C" w:rsidRDefault="00E157BA">
            <w:r>
              <w:t>Behavioral/Social Science</w:t>
            </w:r>
          </w:p>
        </w:tc>
        <w:tc>
          <w:tcPr>
            <w:tcW w:w="7200" w:type="dxa"/>
          </w:tcPr>
          <w:p w14:paraId="78B8C622" w14:textId="77777777" w:rsidR="0096242C" w:rsidRDefault="00E157BA">
            <w:r>
              <w:t>Social Science Elective</w:t>
            </w:r>
          </w:p>
        </w:tc>
      </w:tr>
      <w:tr w:rsidR="00D24D3E" w14:paraId="1A40FDC2" w14:textId="77777777" w:rsidTr="43F3093D">
        <w:tc>
          <w:tcPr>
            <w:tcW w:w="7200" w:type="dxa"/>
          </w:tcPr>
          <w:p w14:paraId="0BD43ACA" w14:textId="77777777" w:rsidR="0096242C" w:rsidRDefault="00E157BA">
            <w:r>
              <w:t>Humanities/Fine Arts</w:t>
            </w:r>
          </w:p>
        </w:tc>
        <w:tc>
          <w:tcPr>
            <w:tcW w:w="7200" w:type="dxa"/>
          </w:tcPr>
          <w:p w14:paraId="67E012E0" w14:textId="77777777" w:rsidR="0096242C" w:rsidRDefault="00E157BA">
            <w:r>
              <w:t>Humanities Elective</w:t>
            </w:r>
          </w:p>
        </w:tc>
      </w:tr>
      <w:tr w:rsidR="00D24D3E" w14:paraId="4155B4CA" w14:textId="77777777" w:rsidTr="43F3093D">
        <w:tc>
          <w:tcPr>
            <w:tcW w:w="7200" w:type="dxa"/>
          </w:tcPr>
          <w:p w14:paraId="4A53C1E9" w14:textId="77777777" w:rsidR="0096242C" w:rsidRDefault="00E157BA">
            <w:r>
              <w:t>Humanities/Fine Arts</w:t>
            </w:r>
          </w:p>
        </w:tc>
        <w:tc>
          <w:tcPr>
            <w:tcW w:w="7200" w:type="dxa"/>
          </w:tcPr>
          <w:p w14:paraId="0A42D799" w14:textId="77777777" w:rsidR="0096242C" w:rsidRDefault="00E157BA">
            <w:r>
              <w:t>Humanities Elective</w:t>
            </w:r>
          </w:p>
        </w:tc>
      </w:tr>
      <w:tr w:rsidR="00D24D3E" w14:paraId="0C383C3A" w14:textId="77777777" w:rsidTr="43F3093D">
        <w:tc>
          <w:tcPr>
            <w:tcW w:w="7200" w:type="dxa"/>
          </w:tcPr>
          <w:p w14:paraId="100589AB" w14:textId="77777777" w:rsidR="0096242C" w:rsidRDefault="00E157BA">
            <w:r>
              <w:t>Humanities/Fine Arts</w:t>
            </w:r>
          </w:p>
        </w:tc>
        <w:tc>
          <w:tcPr>
            <w:tcW w:w="7200" w:type="dxa"/>
          </w:tcPr>
          <w:p w14:paraId="3F7F2842" w14:textId="77777777" w:rsidR="0096242C" w:rsidRDefault="00E157BA">
            <w:r>
              <w:t>Humanities Elective</w:t>
            </w:r>
          </w:p>
        </w:tc>
      </w:tr>
      <w:tr w:rsidR="00D24D3E" w14:paraId="3AECC6BB" w14:textId="77777777" w:rsidTr="43F3093D">
        <w:tc>
          <w:tcPr>
            <w:tcW w:w="7200" w:type="dxa"/>
          </w:tcPr>
          <w:p w14:paraId="646B4526" w14:textId="77777777" w:rsidR="0096242C" w:rsidRDefault="00E157BA">
            <w:r>
              <w:t>Laboratory Science</w:t>
            </w:r>
          </w:p>
        </w:tc>
        <w:tc>
          <w:tcPr>
            <w:tcW w:w="7200" w:type="dxa"/>
          </w:tcPr>
          <w:p w14:paraId="0248B8F8" w14:textId="77777777" w:rsidR="0096242C" w:rsidRDefault="00E157BA">
            <w:r>
              <w:t>Gen Ed MassTransfer Science Elective</w:t>
            </w:r>
          </w:p>
        </w:tc>
      </w:tr>
      <w:tr w:rsidR="00D24D3E" w14:paraId="60B30E2E" w14:textId="77777777" w:rsidTr="43F3093D">
        <w:tc>
          <w:tcPr>
            <w:tcW w:w="7200" w:type="dxa"/>
          </w:tcPr>
          <w:p w14:paraId="2890B619" w14:textId="77777777" w:rsidR="0096242C" w:rsidRDefault="00E157BA">
            <w:r>
              <w:t>Science</w:t>
            </w:r>
          </w:p>
        </w:tc>
        <w:tc>
          <w:tcPr>
            <w:tcW w:w="7200" w:type="dxa"/>
          </w:tcPr>
          <w:p w14:paraId="52A6B678" w14:textId="77777777" w:rsidR="0096242C" w:rsidRDefault="00E157BA">
            <w:r>
              <w:t>Gen Ed MassTransfer Lab Science Elective</w:t>
            </w:r>
          </w:p>
        </w:tc>
      </w:tr>
      <w:tr w:rsidR="00D24D3E" w14:paraId="79C38D27" w14:textId="77777777" w:rsidTr="43F3093D">
        <w:tc>
          <w:tcPr>
            <w:tcW w:w="7200" w:type="dxa"/>
          </w:tcPr>
          <w:p w14:paraId="5033ECD3" w14:textId="77777777" w:rsidR="0096242C" w:rsidRDefault="00E157BA">
            <w:r>
              <w:t>Mathematics</w:t>
            </w:r>
          </w:p>
        </w:tc>
        <w:tc>
          <w:tcPr>
            <w:tcW w:w="7200" w:type="dxa"/>
          </w:tcPr>
          <w:p w14:paraId="73114CFD" w14:textId="77777777" w:rsidR="0096242C" w:rsidRDefault="00E157BA">
            <w:r>
              <w:t>MTH 142</w:t>
            </w:r>
          </w:p>
        </w:tc>
      </w:tr>
    </w:tbl>
    <w:p w14:paraId="5E0B0C20" w14:textId="77777777" w:rsidR="00D24D3E" w:rsidRDefault="00710C6A">
      <w:pPr>
        <w:pStyle w:val="Heading2"/>
      </w:pPr>
      <w:r>
        <w:t>Holyoke Community College to Salem State University Course Articulation</w:t>
      </w:r>
    </w:p>
    <w:p w14:paraId="68DD044F" w14:textId="77777777" w:rsidR="00D24D3E" w:rsidRDefault="00710C6A">
      <w:r>
        <w:t>The following table shows HCC courses, their Salem State equivalents, credits, and how each course applies to the Salem State program.</w:t>
      </w:r>
    </w:p>
    <w:p w14:paraId="5DC706A5" w14:textId="77777777" w:rsidR="009B0E88" w:rsidRDefault="009B0E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9B0E88" w14:paraId="03FAEFBD" w14:textId="77777777" w:rsidTr="0091127B">
        <w:trPr>
          <w:tblHeader/>
        </w:trPr>
        <w:tc>
          <w:tcPr>
            <w:tcW w:w="2880" w:type="dxa"/>
          </w:tcPr>
          <w:p w14:paraId="63595F7A" w14:textId="77777777" w:rsidR="009B0E88" w:rsidRDefault="009B0E88" w:rsidP="0091127B">
            <w:r>
              <w:t>HCC Course</w:t>
            </w:r>
          </w:p>
        </w:tc>
        <w:tc>
          <w:tcPr>
            <w:tcW w:w="2880" w:type="dxa"/>
          </w:tcPr>
          <w:p w14:paraId="76B0C633" w14:textId="77777777" w:rsidR="009B0E88" w:rsidRDefault="009B0E88" w:rsidP="0091127B">
            <w:r>
              <w:t>Course Title</w:t>
            </w:r>
          </w:p>
        </w:tc>
        <w:tc>
          <w:tcPr>
            <w:tcW w:w="2880" w:type="dxa"/>
          </w:tcPr>
          <w:p w14:paraId="76B08E88" w14:textId="77777777" w:rsidR="009B0E88" w:rsidRDefault="009B0E88" w:rsidP="0091127B">
            <w:r>
              <w:t>Credits</w:t>
            </w:r>
          </w:p>
        </w:tc>
        <w:tc>
          <w:tcPr>
            <w:tcW w:w="2880" w:type="dxa"/>
          </w:tcPr>
          <w:p w14:paraId="6E58E8EC" w14:textId="77777777" w:rsidR="009B0E88" w:rsidRDefault="009B0E88" w:rsidP="0091127B">
            <w:r>
              <w:t>Salem State Equivalent</w:t>
            </w:r>
          </w:p>
        </w:tc>
        <w:tc>
          <w:tcPr>
            <w:tcW w:w="2880" w:type="dxa"/>
          </w:tcPr>
          <w:p w14:paraId="63EC86C4" w14:textId="77777777" w:rsidR="009B0E88" w:rsidRDefault="009B0E88" w:rsidP="0091127B">
            <w:r>
              <w:t>Application to Salem State Program</w:t>
            </w:r>
          </w:p>
        </w:tc>
      </w:tr>
      <w:tr w:rsidR="009B0E88" w14:paraId="7D2A9A3C" w14:textId="77777777" w:rsidTr="0091127B">
        <w:tc>
          <w:tcPr>
            <w:tcW w:w="2880" w:type="dxa"/>
          </w:tcPr>
          <w:p w14:paraId="4CCBD3AA" w14:textId="77777777" w:rsidR="009B0E88" w:rsidRDefault="009B0E88" w:rsidP="0091127B">
            <w:r>
              <w:lastRenderedPageBreak/>
              <w:t>ENG 101</w:t>
            </w:r>
          </w:p>
        </w:tc>
        <w:tc>
          <w:tcPr>
            <w:tcW w:w="2880" w:type="dxa"/>
          </w:tcPr>
          <w:p w14:paraId="42840ED4" w14:textId="77777777" w:rsidR="009B0E88" w:rsidRDefault="009B0E88" w:rsidP="0091127B">
            <w:r>
              <w:t>Composition I</w:t>
            </w:r>
          </w:p>
        </w:tc>
        <w:tc>
          <w:tcPr>
            <w:tcW w:w="2880" w:type="dxa"/>
          </w:tcPr>
          <w:p w14:paraId="5F39AE56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42E1F27B" w14:textId="77777777" w:rsidR="009B0E88" w:rsidRDefault="009B0E88" w:rsidP="0091127B">
            <w:r>
              <w:t>ENL105</w:t>
            </w:r>
          </w:p>
        </w:tc>
        <w:tc>
          <w:tcPr>
            <w:tcW w:w="2880" w:type="dxa"/>
          </w:tcPr>
          <w:p w14:paraId="71203F55" w14:textId="77777777" w:rsidR="009B0E88" w:rsidRDefault="009B0E88" w:rsidP="0091127B">
            <w:r>
              <w:t>Free Elective due to MassTransfer Gen Ed Exemption</w:t>
            </w:r>
          </w:p>
        </w:tc>
      </w:tr>
      <w:tr w:rsidR="009B0E88" w14:paraId="3CAE2865" w14:textId="77777777" w:rsidTr="0091127B">
        <w:tc>
          <w:tcPr>
            <w:tcW w:w="2880" w:type="dxa"/>
          </w:tcPr>
          <w:p w14:paraId="666BE176" w14:textId="77777777" w:rsidR="009B0E88" w:rsidRDefault="009B0E88" w:rsidP="0091127B">
            <w:r>
              <w:t>ENG 102</w:t>
            </w:r>
          </w:p>
        </w:tc>
        <w:tc>
          <w:tcPr>
            <w:tcW w:w="2880" w:type="dxa"/>
          </w:tcPr>
          <w:p w14:paraId="53B55AD6" w14:textId="77777777" w:rsidR="009B0E88" w:rsidRDefault="009B0E88" w:rsidP="0091127B">
            <w:r>
              <w:t>Composition II</w:t>
            </w:r>
          </w:p>
        </w:tc>
        <w:tc>
          <w:tcPr>
            <w:tcW w:w="2880" w:type="dxa"/>
          </w:tcPr>
          <w:p w14:paraId="6F6A9DF4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683A8E27" w14:textId="77777777" w:rsidR="009B0E88" w:rsidRDefault="009B0E88" w:rsidP="0091127B">
            <w:r>
              <w:t>ENL110</w:t>
            </w:r>
          </w:p>
        </w:tc>
        <w:tc>
          <w:tcPr>
            <w:tcW w:w="2880" w:type="dxa"/>
          </w:tcPr>
          <w:p w14:paraId="296C5964" w14:textId="77777777" w:rsidR="009B0E88" w:rsidRDefault="009B0E88" w:rsidP="0091127B">
            <w:r>
              <w:t>Free Elective due to MassTransfer Gen Ed Exemption</w:t>
            </w:r>
          </w:p>
        </w:tc>
      </w:tr>
      <w:tr w:rsidR="009B0E88" w14:paraId="380ED4BD" w14:textId="77777777" w:rsidTr="0091127B">
        <w:tc>
          <w:tcPr>
            <w:tcW w:w="2880" w:type="dxa"/>
          </w:tcPr>
          <w:p w14:paraId="00508715" w14:textId="77777777" w:rsidR="009B0E88" w:rsidRDefault="009B0E88" w:rsidP="0091127B">
            <w:r>
              <w:t>ECN 101 and ECN 102 OR ECN 104</w:t>
            </w:r>
          </w:p>
        </w:tc>
        <w:tc>
          <w:tcPr>
            <w:tcW w:w="2880" w:type="dxa"/>
          </w:tcPr>
          <w:p w14:paraId="2C5AE2AF" w14:textId="77777777" w:rsidR="009B0E88" w:rsidRDefault="009B0E88" w:rsidP="0091127B">
            <w:r>
              <w:t>Macroeconomics &amp; Microeconomics OR Combined Econ</w:t>
            </w:r>
          </w:p>
        </w:tc>
        <w:tc>
          <w:tcPr>
            <w:tcW w:w="2880" w:type="dxa"/>
          </w:tcPr>
          <w:p w14:paraId="35B713F1" w14:textId="77777777" w:rsidR="009B0E88" w:rsidRDefault="009B0E88" w:rsidP="0091127B">
            <w:r>
              <w:t>6</w:t>
            </w:r>
          </w:p>
        </w:tc>
        <w:tc>
          <w:tcPr>
            <w:tcW w:w="2880" w:type="dxa"/>
          </w:tcPr>
          <w:p w14:paraId="4B84C789" w14:textId="77777777" w:rsidR="009B0E88" w:rsidRDefault="009B0E88" w:rsidP="0091127B">
            <w:r>
              <w:t>ECO 201 and ECO 202</w:t>
            </w:r>
          </w:p>
        </w:tc>
        <w:tc>
          <w:tcPr>
            <w:tcW w:w="2880" w:type="dxa"/>
          </w:tcPr>
          <w:p w14:paraId="3FE7BB72" w14:textId="77777777" w:rsidR="009B0E88" w:rsidRDefault="009B0E88" w:rsidP="0091127B">
            <w:r>
              <w:t>Required Major Support Course(s)</w:t>
            </w:r>
          </w:p>
        </w:tc>
      </w:tr>
      <w:tr w:rsidR="009B0E88" w14:paraId="1E289A6E" w14:textId="77777777" w:rsidTr="0091127B">
        <w:tc>
          <w:tcPr>
            <w:tcW w:w="2880" w:type="dxa"/>
          </w:tcPr>
          <w:p w14:paraId="2C0425B6" w14:textId="77777777" w:rsidR="009B0E88" w:rsidRDefault="009B0E88" w:rsidP="0091127B">
            <w:r>
              <w:t>Social Science Elective</w:t>
            </w:r>
          </w:p>
          <w:p w14:paraId="362782CC" w14:textId="77777777" w:rsidR="009B0E88" w:rsidRDefault="009B0E88" w:rsidP="0091127B">
            <w:r>
              <w:t xml:space="preserve">SSU Recommends SOC110 </w:t>
            </w:r>
          </w:p>
        </w:tc>
        <w:tc>
          <w:tcPr>
            <w:tcW w:w="2880" w:type="dxa"/>
          </w:tcPr>
          <w:p w14:paraId="24D1911F" w14:textId="77777777" w:rsidR="009B0E88" w:rsidRDefault="009B0E88" w:rsidP="0091127B">
            <w:r>
              <w:t>Social Science Elective</w:t>
            </w:r>
          </w:p>
          <w:p w14:paraId="16B910E8" w14:textId="77777777" w:rsidR="009B0E88" w:rsidRDefault="009B0E88" w:rsidP="0091127B">
            <w:r>
              <w:t>Choose a course tagged as a Mass Transfer Social Science</w:t>
            </w:r>
          </w:p>
          <w:p w14:paraId="54CA4210" w14:textId="77777777" w:rsidR="009B0E88" w:rsidRDefault="009B0E88" w:rsidP="0091127B">
            <w:r>
              <w:t>SSU Recommends Introduction to Sociology</w:t>
            </w:r>
          </w:p>
          <w:p w14:paraId="6E5538FA" w14:textId="77777777" w:rsidR="009B0E88" w:rsidRDefault="009B0E88" w:rsidP="0091127B"/>
        </w:tc>
        <w:tc>
          <w:tcPr>
            <w:tcW w:w="2880" w:type="dxa"/>
          </w:tcPr>
          <w:p w14:paraId="5677AE81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486E630E" w14:textId="77777777" w:rsidR="009B0E88" w:rsidRDefault="009B0E88" w:rsidP="0091127B">
            <w:r>
              <w:t>Direct equivalency or elective /</w:t>
            </w:r>
          </w:p>
          <w:p w14:paraId="4DDAE1E8" w14:textId="77777777" w:rsidR="009B0E88" w:rsidRDefault="009B0E88" w:rsidP="0091127B"/>
          <w:p w14:paraId="6119689B" w14:textId="77777777" w:rsidR="009B0E88" w:rsidRDefault="009B0E88" w:rsidP="0091127B">
            <w:r>
              <w:t>SOC110 Introduction to Sociology</w:t>
            </w:r>
          </w:p>
        </w:tc>
        <w:tc>
          <w:tcPr>
            <w:tcW w:w="2880" w:type="dxa"/>
          </w:tcPr>
          <w:p w14:paraId="26CEEEA8" w14:textId="77777777" w:rsidR="009B0E88" w:rsidRDefault="009B0E88" w:rsidP="0091127B">
            <w:r>
              <w:t>Free Elective due to MassTransfer Gen Ed Exemption /</w:t>
            </w:r>
          </w:p>
          <w:p w14:paraId="6BA66F88" w14:textId="77777777" w:rsidR="009B0E88" w:rsidRDefault="009B0E88" w:rsidP="0091127B"/>
          <w:p w14:paraId="6B119FB4" w14:textId="77777777" w:rsidR="009B0E88" w:rsidRDefault="009B0E88" w:rsidP="0091127B">
            <w:r>
              <w:t>SOC110 is a required support course.</w:t>
            </w:r>
          </w:p>
        </w:tc>
      </w:tr>
      <w:tr w:rsidR="009B0E88" w14:paraId="117E6306" w14:textId="77777777" w:rsidTr="0091127B">
        <w:tc>
          <w:tcPr>
            <w:tcW w:w="2880" w:type="dxa"/>
          </w:tcPr>
          <w:p w14:paraId="16B91FF1" w14:textId="77777777" w:rsidR="009B0E88" w:rsidRDefault="009B0E88" w:rsidP="0091127B">
            <w:r>
              <w:t>Humanities Elective</w:t>
            </w:r>
          </w:p>
        </w:tc>
        <w:tc>
          <w:tcPr>
            <w:tcW w:w="2880" w:type="dxa"/>
          </w:tcPr>
          <w:p w14:paraId="570B19F2" w14:textId="77777777" w:rsidR="009B0E88" w:rsidRDefault="009B0E88" w:rsidP="0091127B">
            <w:r>
              <w:t>Humanities Elective</w:t>
            </w:r>
          </w:p>
          <w:p w14:paraId="5FEF37FF" w14:textId="77777777" w:rsidR="009B0E88" w:rsidRDefault="009B0E88" w:rsidP="0091127B">
            <w:r>
              <w:t>Choose a course tagged as a Mass Transfer Humanities</w:t>
            </w:r>
          </w:p>
          <w:p w14:paraId="77441EBB" w14:textId="77777777" w:rsidR="009B0E88" w:rsidRDefault="009B0E88" w:rsidP="0091127B"/>
        </w:tc>
        <w:tc>
          <w:tcPr>
            <w:tcW w:w="2880" w:type="dxa"/>
          </w:tcPr>
          <w:p w14:paraId="0B5BD7C2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5D70EFA3" w14:textId="77777777" w:rsidR="009B0E88" w:rsidRDefault="009B0E88" w:rsidP="0091127B">
            <w:r>
              <w:t>Direct equivalency or elective</w:t>
            </w:r>
          </w:p>
        </w:tc>
        <w:tc>
          <w:tcPr>
            <w:tcW w:w="2880" w:type="dxa"/>
          </w:tcPr>
          <w:p w14:paraId="50A628F7" w14:textId="77777777" w:rsidR="009B0E88" w:rsidRDefault="009B0E88" w:rsidP="0091127B">
            <w:r>
              <w:t>Free Elective due to MassTransfer Gen Ed Exemption</w:t>
            </w:r>
          </w:p>
        </w:tc>
      </w:tr>
      <w:tr w:rsidR="009B0E88" w14:paraId="55A7501E" w14:textId="77777777" w:rsidTr="0091127B">
        <w:tc>
          <w:tcPr>
            <w:tcW w:w="2880" w:type="dxa"/>
          </w:tcPr>
          <w:p w14:paraId="38A9A81C" w14:textId="77777777" w:rsidR="009B0E88" w:rsidRDefault="009B0E88" w:rsidP="0091127B">
            <w:r>
              <w:t>Humanities Elective</w:t>
            </w:r>
          </w:p>
        </w:tc>
        <w:tc>
          <w:tcPr>
            <w:tcW w:w="2880" w:type="dxa"/>
          </w:tcPr>
          <w:p w14:paraId="5FA30639" w14:textId="77777777" w:rsidR="009B0E88" w:rsidRDefault="009B0E88" w:rsidP="0091127B">
            <w:r>
              <w:t>Humanities Elective</w:t>
            </w:r>
          </w:p>
          <w:p w14:paraId="0C32A090" w14:textId="77777777" w:rsidR="009B0E88" w:rsidRDefault="009B0E88" w:rsidP="0091127B">
            <w:r>
              <w:t>Choose a course tagged as a Mass Transfer Humanities</w:t>
            </w:r>
          </w:p>
          <w:p w14:paraId="0D465E5A" w14:textId="77777777" w:rsidR="009B0E88" w:rsidRDefault="009B0E88" w:rsidP="0091127B"/>
        </w:tc>
        <w:tc>
          <w:tcPr>
            <w:tcW w:w="2880" w:type="dxa"/>
          </w:tcPr>
          <w:p w14:paraId="5F9E5259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57CA0E40" w14:textId="77777777" w:rsidR="009B0E88" w:rsidRDefault="009B0E88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7D9198FE" w14:textId="77777777" w:rsidR="009B0E88" w:rsidRDefault="009B0E88" w:rsidP="0091127B">
            <w:r>
              <w:t>Free Elective due to MassTransfer Gen Ed Exemption</w:t>
            </w:r>
          </w:p>
        </w:tc>
      </w:tr>
      <w:tr w:rsidR="009B0E88" w14:paraId="70845CD2" w14:textId="77777777" w:rsidTr="0091127B">
        <w:tc>
          <w:tcPr>
            <w:tcW w:w="2880" w:type="dxa"/>
          </w:tcPr>
          <w:p w14:paraId="0EB974E1" w14:textId="77777777" w:rsidR="009B0E88" w:rsidRDefault="009B0E88" w:rsidP="0091127B">
            <w:r>
              <w:t>Humanities Elective</w:t>
            </w:r>
          </w:p>
        </w:tc>
        <w:tc>
          <w:tcPr>
            <w:tcW w:w="2880" w:type="dxa"/>
          </w:tcPr>
          <w:p w14:paraId="7BC59761" w14:textId="77777777" w:rsidR="009B0E88" w:rsidRDefault="009B0E88" w:rsidP="0091127B">
            <w:r>
              <w:t>Humanities Elective</w:t>
            </w:r>
          </w:p>
          <w:p w14:paraId="664D548E" w14:textId="77777777" w:rsidR="009B0E88" w:rsidRDefault="009B0E88" w:rsidP="0091127B">
            <w:r>
              <w:t>Choose a course tagged as a Mass Transfer Humanities</w:t>
            </w:r>
          </w:p>
          <w:p w14:paraId="3FB1B037" w14:textId="77777777" w:rsidR="009B0E88" w:rsidRDefault="009B0E88" w:rsidP="0091127B"/>
        </w:tc>
        <w:tc>
          <w:tcPr>
            <w:tcW w:w="2880" w:type="dxa"/>
          </w:tcPr>
          <w:p w14:paraId="1EC205A6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145F78B7" w14:textId="77777777" w:rsidR="009B0E88" w:rsidRDefault="009B0E88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2DA6BBEE" w14:textId="77777777" w:rsidR="009B0E88" w:rsidRDefault="009B0E88" w:rsidP="0091127B">
            <w:r>
              <w:t>Free Elective due to MassTransfer Gen Ed Exemption</w:t>
            </w:r>
          </w:p>
        </w:tc>
      </w:tr>
      <w:tr w:rsidR="009B0E88" w14:paraId="44B174CF" w14:textId="77777777" w:rsidTr="0091127B">
        <w:tc>
          <w:tcPr>
            <w:tcW w:w="2880" w:type="dxa"/>
          </w:tcPr>
          <w:p w14:paraId="20E9C972" w14:textId="77777777" w:rsidR="009B0E88" w:rsidRDefault="009B0E88" w:rsidP="0091127B">
            <w:r>
              <w:t>Laboratory Science Elective</w:t>
            </w:r>
          </w:p>
        </w:tc>
        <w:tc>
          <w:tcPr>
            <w:tcW w:w="2880" w:type="dxa"/>
          </w:tcPr>
          <w:p w14:paraId="43E1D648" w14:textId="77777777" w:rsidR="009B0E88" w:rsidRDefault="009B0E88" w:rsidP="0091127B">
            <w:r>
              <w:t>Laboratory Science Elective</w:t>
            </w:r>
          </w:p>
          <w:p w14:paraId="49E66704" w14:textId="77777777" w:rsidR="009B0E88" w:rsidRDefault="009B0E88" w:rsidP="0091127B">
            <w:r>
              <w:t>Choose a course tagged as a Mass Transfer Science</w:t>
            </w:r>
          </w:p>
          <w:p w14:paraId="270ADCA5" w14:textId="77777777" w:rsidR="009B0E88" w:rsidRDefault="009B0E88" w:rsidP="0091127B"/>
        </w:tc>
        <w:tc>
          <w:tcPr>
            <w:tcW w:w="2880" w:type="dxa"/>
          </w:tcPr>
          <w:p w14:paraId="66BF77C3" w14:textId="77777777" w:rsidR="009B0E88" w:rsidRDefault="009B0E88" w:rsidP="0091127B">
            <w:r>
              <w:t>4</w:t>
            </w:r>
          </w:p>
        </w:tc>
        <w:tc>
          <w:tcPr>
            <w:tcW w:w="2880" w:type="dxa"/>
          </w:tcPr>
          <w:p w14:paraId="5A625B2A" w14:textId="77777777" w:rsidR="009B0E88" w:rsidRDefault="009B0E88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0A50469C" w14:textId="77777777" w:rsidR="009B0E88" w:rsidRDefault="009B0E88" w:rsidP="0091127B">
            <w:r>
              <w:t>Free Elective due to MassTransfer Gen Ed Exemption</w:t>
            </w:r>
          </w:p>
        </w:tc>
      </w:tr>
      <w:tr w:rsidR="009B0E88" w14:paraId="39EA68D4" w14:textId="77777777" w:rsidTr="0091127B">
        <w:tc>
          <w:tcPr>
            <w:tcW w:w="2880" w:type="dxa"/>
          </w:tcPr>
          <w:p w14:paraId="66DB147F" w14:textId="77777777" w:rsidR="009B0E88" w:rsidRDefault="009B0E88" w:rsidP="0091127B">
            <w:r>
              <w:t>Laboratory Science Elective</w:t>
            </w:r>
          </w:p>
        </w:tc>
        <w:tc>
          <w:tcPr>
            <w:tcW w:w="2880" w:type="dxa"/>
          </w:tcPr>
          <w:p w14:paraId="7DAE2A2B" w14:textId="77777777" w:rsidR="009B0E88" w:rsidRDefault="009B0E88" w:rsidP="0091127B">
            <w:r>
              <w:t>Laboratory Science Elective</w:t>
            </w:r>
          </w:p>
          <w:p w14:paraId="1D94B241" w14:textId="77777777" w:rsidR="009B0E88" w:rsidRDefault="009B0E88" w:rsidP="0091127B">
            <w:r>
              <w:t>Choose a course tagged as a Mass Transfer Science</w:t>
            </w:r>
          </w:p>
          <w:p w14:paraId="6C871A30" w14:textId="77777777" w:rsidR="009B0E88" w:rsidRDefault="009B0E88" w:rsidP="0091127B"/>
        </w:tc>
        <w:tc>
          <w:tcPr>
            <w:tcW w:w="2880" w:type="dxa"/>
          </w:tcPr>
          <w:p w14:paraId="16049495" w14:textId="77777777" w:rsidR="009B0E88" w:rsidRDefault="009B0E88" w:rsidP="0091127B">
            <w:r>
              <w:t>4</w:t>
            </w:r>
          </w:p>
        </w:tc>
        <w:tc>
          <w:tcPr>
            <w:tcW w:w="2880" w:type="dxa"/>
          </w:tcPr>
          <w:p w14:paraId="48C4D665" w14:textId="77777777" w:rsidR="009B0E88" w:rsidRDefault="009B0E88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4261B85C" w14:textId="77777777" w:rsidR="009B0E88" w:rsidRDefault="009B0E88" w:rsidP="0091127B">
            <w:r>
              <w:t>Free Elective due to MassTransfer Gen Ed Exemption</w:t>
            </w:r>
          </w:p>
        </w:tc>
      </w:tr>
      <w:tr w:rsidR="009B0E88" w14:paraId="030A2C00" w14:textId="77777777" w:rsidTr="0091127B">
        <w:tc>
          <w:tcPr>
            <w:tcW w:w="2880" w:type="dxa"/>
          </w:tcPr>
          <w:p w14:paraId="70C46AD3" w14:textId="77777777" w:rsidR="009B0E88" w:rsidRDefault="009B0E88" w:rsidP="0091127B">
            <w:r>
              <w:t>ACC 111</w:t>
            </w:r>
          </w:p>
        </w:tc>
        <w:tc>
          <w:tcPr>
            <w:tcW w:w="2880" w:type="dxa"/>
          </w:tcPr>
          <w:p w14:paraId="3A430A60" w14:textId="77777777" w:rsidR="009B0E88" w:rsidRDefault="009B0E88" w:rsidP="0091127B">
            <w:r>
              <w:t>Principles of Accounting I</w:t>
            </w:r>
          </w:p>
        </w:tc>
        <w:tc>
          <w:tcPr>
            <w:tcW w:w="2880" w:type="dxa"/>
          </w:tcPr>
          <w:p w14:paraId="38F1EA1B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33AED07F" w14:textId="77777777" w:rsidR="009B0E88" w:rsidRDefault="009B0E88" w:rsidP="0091127B">
            <w:r>
              <w:t>SSUT61</w:t>
            </w:r>
          </w:p>
        </w:tc>
        <w:tc>
          <w:tcPr>
            <w:tcW w:w="2880" w:type="dxa"/>
          </w:tcPr>
          <w:p w14:paraId="548164F0" w14:textId="77777777" w:rsidR="009B0E88" w:rsidRDefault="009B0E88" w:rsidP="0091127B">
            <w:r>
              <w:t>Free Elective due to MassTransfer Gen Ed Exemption</w:t>
            </w:r>
          </w:p>
        </w:tc>
      </w:tr>
      <w:tr w:rsidR="009B0E88" w14:paraId="1546781D" w14:textId="77777777" w:rsidTr="0091127B">
        <w:tc>
          <w:tcPr>
            <w:tcW w:w="2880" w:type="dxa"/>
          </w:tcPr>
          <w:p w14:paraId="3846A330" w14:textId="77777777" w:rsidR="009B0E88" w:rsidRDefault="009B0E88" w:rsidP="0091127B">
            <w:r>
              <w:lastRenderedPageBreak/>
              <w:t>ACC 112</w:t>
            </w:r>
          </w:p>
        </w:tc>
        <w:tc>
          <w:tcPr>
            <w:tcW w:w="2880" w:type="dxa"/>
          </w:tcPr>
          <w:p w14:paraId="08EF4235" w14:textId="77777777" w:rsidR="009B0E88" w:rsidRDefault="009B0E88" w:rsidP="0091127B">
            <w:r>
              <w:t>Principles of Accounting II</w:t>
            </w:r>
          </w:p>
        </w:tc>
        <w:tc>
          <w:tcPr>
            <w:tcW w:w="2880" w:type="dxa"/>
          </w:tcPr>
          <w:p w14:paraId="5DCBA698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68C31006" w14:textId="77777777" w:rsidR="009B0E88" w:rsidRDefault="009B0E88" w:rsidP="0091127B">
            <w:r>
              <w:t>ACC106</w:t>
            </w:r>
          </w:p>
        </w:tc>
        <w:tc>
          <w:tcPr>
            <w:tcW w:w="2880" w:type="dxa"/>
          </w:tcPr>
          <w:p w14:paraId="1E4AAB38" w14:textId="77777777" w:rsidR="009B0E88" w:rsidRDefault="009B0E88" w:rsidP="0091127B">
            <w:r>
              <w:t>Major Core Course</w:t>
            </w:r>
          </w:p>
          <w:p w14:paraId="3197528B" w14:textId="77777777" w:rsidR="009B0E88" w:rsidRDefault="009B0E88" w:rsidP="0091127B"/>
        </w:tc>
      </w:tr>
      <w:tr w:rsidR="009B0E88" w14:paraId="67AB8FB0" w14:textId="77777777" w:rsidTr="0091127B">
        <w:tc>
          <w:tcPr>
            <w:tcW w:w="2880" w:type="dxa"/>
          </w:tcPr>
          <w:p w14:paraId="4B7AAD4D" w14:textId="77777777" w:rsidR="009B0E88" w:rsidRDefault="009B0E88" w:rsidP="0091127B">
            <w:r>
              <w:t>ACC 205</w:t>
            </w:r>
          </w:p>
        </w:tc>
        <w:tc>
          <w:tcPr>
            <w:tcW w:w="2880" w:type="dxa"/>
          </w:tcPr>
          <w:p w14:paraId="3C5748BA" w14:textId="77777777" w:rsidR="009B0E88" w:rsidRDefault="009B0E88" w:rsidP="0091127B">
            <w:r>
              <w:t>Managerial Accounting</w:t>
            </w:r>
          </w:p>
        </w:tc>
        <w:tc>
          <w:tcPr>
            <w:tcW w:w="2880" w:type="dxa"/>
          </w:tcPr>
          <w:p w14:paraId="7B8DD4AB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0B24A0CE" w14:textId="77777777" w:rsidR="009B0E88" w:rsidRDefault="009B0E88" w:rsidP="0091127B">
            <w:r>
              <w:t>ACC202</w:t>
            </w:r>
          </w:p>
        </w:tc>
        <w:tc>
          <w:tcPr>
            <w:tcW w:w="2880" w:type="dxa"/>
          </w:tcPr>
          <w:p w14:paraId="1739BBE8" w14:textId="77777777" w:rsidR="009B0E88" w:rsidRDefault="009B0E88" w:rsidP="0091127B">
            <w:r>
              <w:t>Major Core Course</w:t>
            </w:r>
          </w:p>
          <w:p w14:paraId="1CEA682F" w14:textId="77777777" w:rsidR="009B0E88" w:rsidRDefault="009B0E88" w:rsidP="0091127B"/>
        </w:tc>
      </w:tr>
      <w:tr w:rsidR="009B0E88" w14:paraId="58C68C7B" w14:textId="77777777" w:rsidTr="0091127B">
        <w:tc>
          <w:tcPr>
            <w:tcW w:w="2880" w:type="dxa"/>
          </w:tcPr>
          <w:p w14:paraId="3BB4511E" w14:textId="77777777" w:rsidR="009B0E88" w:rsidRDefault="009B0E88" w:rsidP="0091127B">
            <w:r>
              <w:t>BUS 101</w:t>
            </w:r>
          </w:p>
        </w:tc>
        <w:tc>
          <w:tcPr>
            <w:tcW w:w="2880" w:type="dxa"/>
          </w:tcPr>
          <w:p w14:paraId="0F98C13F" w14:textId="77777777" w:rsidR="009B0E88" w:rsidRDefault="009B0E88" w:rsidP="0091127B">
            <w:r>
              <w:t>Introduction to Business</w:t>
            </w:r>
          </w:p>
        </w:tc>
        <w:tc>
          <w:tcPr>
            <w:tcW w:w="2880" w:type="dxa"/>
          </w:tcPr>
          <w:p w14:paraId="723A3D17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3F4685D4" w14:textId="77777777" w:rsidR="009B0E88" w:rsidRDefault="009B0E88" w:rsidP="0091127B">
            <w:r>
              <w:t>BUS170</w:t>
            </w:r>
          </w:p>
        </w:tc>
        <w:tc>
          <w:tcPr>
            <w:tcW w:w="2880" w:type="dxa"/>
          </w:tcPr>
          <w:p w14:paraId="0F88F434" w14:textId="77777777" w:rsidR="009B0E88" w:rsidRDefault="009B0E88" w:rsidP="0091127B">
            <w:r>
              <w:t>Major Core Course</w:t>
            </w:r>
          </w:p>
          <w:p w14:paraId="140D2EBC" w14:textId="77777777" w:rsidR="009B0E88" w:rsidRDefault="009B0E88" w:rsidP="0091127B"/>
        </w:tc>
      </w:tr>
      <w:tr w:rsidR="009B0E88" w14:paraId="27E08DED" w14:textId="77777777" w:rsidTr="0091127B">
        <w:tc>
          <w:tcPr>
            <w:tcW w:w="2880" w:type="dxa"/>
          </w:tcPr>
          <w:p w14:paraId="54082EA3" w14:textId="77777777" w:rsidR="009B0E88" w:rsidRDefault="009B0E88" w:rsidP="0091127B">
            <w:r>
              <w:t>BUS 115 or CSI 111</w:t>
            </w:r>
          </w:p>
        </w:tc>
        <w:tc>
          <w:tcPr>
            <w:tcW w:w="2880" w:type="dxa"/>
          </w:tcPr>
          <w:p w14:paraId="58F208E4" w14:textId="77777777" w:rsidR="009B0E88" w:rsidRDefault="009B0E88" w:rsidP="0091127B">
            <w:r>
              <w:t>Computer Applications OR Computer Concepts with Applications</w:t>
            </w:r>
          </w:p>
          <w:p w14:paraId="584BFF53" w14:textId="77777777" w:rsidR="009B0E88" w:rsidRDefault="009B0E88" w:rsidP="0091127B"/>
        </w:tc>
        <w:tc>
          <w:tcPr>
            <w:tcW w:w="2880" w:type="dxa"/>
          </w:tcPr>
          <w:p w14:paraId="768EED96" w14:textId="77777777" w:rsidR="009B0E88" w:rsidRDefault="009B0E88" w:rsidP="0091127B">
            <w:r>
              <w:t>3–4</w:t>
            </w:r>
          </w:p>
        </w:tc>
        <w:tc>
          <w:tcPr>
            <w:tcW w:w="2880" w:type="dxa"/>
          </w:tcPr>
          <w:p w14:paraId="643D9CE9" w14:textId="77777777" w:rsidR="009B0E88" w:rsidRDefault="009B0E88" w:rsidP="0091127B">
            <w:r>
              <w:t>ITC117 or ITCT61</w:t>
            </w:r>
          </w:p>
        </w:tc>
        <w:tc>
          <w:tcPr>
            <w:tcW w:w="2880" w:type="dxa"/>
          </w:tcPr>
          <w:p w14:paraId="2AB97595" w14:textId="77777777" w:rsidR="009B0E88" w:rsidRDefault="009B0E88" w:rsidP="0091127B">
            <w:r>
              <w:t>Free Elective due to MassTransfer Gen Ed Exemption</w:t>
            </w:r>
          </w:p>
        </w:tc>
      </w:tr>
      <w:tr w:rsidR="009B0E88" w14:paraId="5EA87CF0" w14:textId="77777777" w:rsidTr="0091127B">
        <w:tc>
          <w:tcPr>
            <w:tcW w:w="2880" w:type="dxa"/>
          </w:tcPr>
          <w:p w14:paraId="6CB18ACC" w14:textId="77777777" w:rsidR="009B0E88" w:rsidRDefault="009B0E88" w:rsidP="0091127B">
            <w:r>
              <w:t>LAW 211</w:t>
            </w:r>
          </w:p>
        </w:tc>
        <w:tc>
          <w:tcPr>
            <w:tcW w:w="2880" w:type="dxa"/>
          </w:tcPr>
          <w:p w14:paraId="72269BCF" w14:textId="77777777" w:rsidR="009B0E88" w:rsidRDefault="009B0E88" w:rsidP="0091127B">
            <w:r>
              <w:t>Business Law</w:t>
            </w:r>
          </w:p>
          <w:p w14:paraId="4E343D06" w14:textId="77777777" w:rsidR="009B0E88" w:rsidRDefault="009B0E88" w:rsidP="0091127B"/>
        </w:tc>
        <w:tc>
          <w:tcPr>
            <w:tcW w:w="2880" w:type="dxa"/>
          </w:tcPr>
          <w:p w14:paraId="4515ED84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7545AEBA" w14:textId="77777777" w:rsidR="009B0E88" w:rsidRDefault="009B0E88" w:rsidP="0091127B">
            <w:r>
              <w:t>BUS252</w:t>
            </w:r>
          </w:p>
        </w:tc>
        <w:tc>
          <w:tcPr>
            <w:tcW w:w="2880" w:type="dxa"/>
          </w:tcPr>
          <w:p w14:paraId="0D4D043E" w14:textId="77777777" w:rsidR="009B0E88" w:rsidRDefault="009B0E88" w:rsidP="0091127B">
            <w:r>
              <w:t>Major Core Course</w:t>
            </w:r>
          </w:p>
        </w:tc>
      </w:tr>
      <w:tr w:rsidR="009B0E88" w14:paraId="19E9F39B" w14:textId="77777777" w:rsidTr="0091127B">
        <w:tc>
          <w:tcPr>
            <w:tcW w:w="2880" w:type="dxa"/>
          </w:tcPr>
          <w:p w14:paraId="00CDE8CB" w14:textId="77777777" w:rsidR="009B0E88" w:rsidRDefault="009B0E88" w:rsidP="0091127B">
            <w:r>
              <w:t>MGT 230</w:t>
            </w:r>
          </w:p>
        </w:tc>
        <w:tc>
          <w:tcPr>
            <w:tcW w:w="2880" w:type="dxa"/>
          </w:tcPr>
          <w:p w14:paraId="766872E8" w14:textId="77777777" w:rsidR="009B0E88" w:rsidRDefault="009B0E88" w:rsidP="0091127B">
            <w:r>
              <w:t>Principles of Management</w:t>
            </w:r>
          </w:p>
          <w:p w14:paraId="200D3335" w14:textId="77777777" w:rsidR="009B0E88" w:rsidRDefault="009B0E88" w:rsidP="0091127B"/>
        </w:tc>
        <w:tc>
          <w:tcPr>
            <w:tcW w:w="2880" w:type="dxa"/>
          </w:tcPr>
          <w:p w14:paraId="3572401C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7B12536D" w14:textId="77777777" w:rsidR="009B0E88" w:rsidRDefault="009B0E88" w:rsidP="0091127B">
            <w:r>
              <w:t>MGT231</w:t>
            </w:r>
          </w:p>
        </w:tc>
        <w:tc>
          <w:tcPr>
            <w:tcW w:w="2880" w:type="dxa"/>
          </w:tcPr>
          <w:p w14:paraId="091773F6" w14:textId="77777777" w:rsidR="009B0E88" w:rsidRDefault="009B0E88" w:rsidP="0091127B">
            <w:r>
              <w:t>Major Core Course (Counts in place of MGT332 if MGT231 is not specifically required or a concentration elective)</w:t>
            </w:r>
          </w:p>
          <w:p w14:paraId="63C8657A" w14:textId="77777777" w:rsidR="009B0E88" w:rsidRDefault="009B0E88" w:rsidP="0091127B"/>
        </w:tc>
      </w:tr>
      <w:tr w:rsidR="009B0E88" w14:paraId="3D4BA2A0" w14:textId="77777777" w:rsidTr="0091127B">
        <w:tc>
          <w:tcPr>
            <w:tcW w:w="2880" w:type="dxa"/>
          </w:tcPr>
          <w:p w14:paraId="3F334592" w14:textId="77777777" w:rsidR="009B0E88" w:rsidRDefault="009B0E88" w:rsidP="0091127B">
            <w:r>
              <w:t>MKT 240</w:t>
            </w:r>
          </w:p>
        </w:tc>
        <w:tc>
          <w:tcPr>
            <w:tcW w:w="2880" w:type="dxa"/>
          </w:tcPr>
          <w:p w14:paraId="2D00B7B9" w14:textId="77777777" w:rsidR="009B0E88" w:rsidRDefault="009B0E88" w:rsidP="0091127B">
            <w:r>
              <w:t>Principles of Marketing</w:t>
            </w:r>
          </w:p>
          <w:p w14:paraId="0F950B34" w14:textId="77777777" w:rsidR="009B0E88" w:rsidRDefault="009B0E88" w:rsidP="0091127B"/>
        </w:tc>
        <w:tc>
          <w:tcPr>
            <w:tcW w:w="2880" w:type="dxa"/>
          </w:tcPr>
          <w:p w14:paraId="63DB78F2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75BBB873" w14:textId="77777777" w:rsidR="009B0E88" w:rsidRDefault="009B0E88" w:rsidP="0091127B">
            <w:r>
              <w:t>MKT241N</w:t>
            </w:r>
          </w:p>
        </w:tc>
        <w:tc>
          <w:tcPr>
            <w:tcW w:w="2880" w:type="dxa"/>
          </w:tcPr>
          <w:p w14:paraId="3D9FFA21" w14:textId="77777777" w:rsidR="009B0E88" w:rsidRDefault="009B0E88" w:rsidP="0091127B">
            <w:r>
              <w:t>Major Core Course</w:t>
            </w:r>
          </w:p>
        </w:tc>
      </w:tr>
      <w:tr w:rsidR="009B0E88" w14:paraId="470A30C4" w14:textId="77777777" w:rsidTr="0091127B">
        <w:tc>
          <w:tcPr>
            <w:tcW w:w="2880" w:type="dxa"/>
          </w:tcPr>
          <w:p w14:paraId="19AA976A" w14:textId="77777777" w:rsidR="009B0E88" w:rsidRDefault="009B0E88" w:rsidP="0091127B">
            <w:r>
              <w:t xml:space="preserve">MTH 142 </w:t>
            </w:r>
          </w:p>
        </w:tc>
        <w:tc>
          <w:tcPr>
            <w:tcW w:w="2880" w:type="dxa"/>
          </w:tcPr>
          <w:p w14:paraId="407F7554" w14:textId="77777777" w:rsidR="009B0E88" w:rsidRDefault="009B0E88" w:rsidP="0091127B">
            <w:r>
              <w:t xml:space="preserve">Statistics </w:t>
            </w:r>
          </w:p>
        </w:tc>
        <w:tc>
          <w:tcPr>
            <w:tcW w:w="2880" w:type="dxa"/>
          </w:tcPr>
          <w:p w14:paraId="74C4FDB7" w14:textId="77777777" w:rsidR="009B0E88" w:rsidRDefault="009B0E88" w:rsidP="0091127B">
            <w:r>
              <w:t>3</w:t>
            </w:r>
          </w:p>
        </w:tc>
        <w:tc>
          <w:tcPr>
            <w:tcW w:w="2880" w:type="dxa"/>
          </w:tcPr>
          <w:p w14:paraId="44464C64" w14:textId="77777777" w:rsidR="009B0E88" w:rsidRDefault="009B0E88" w:rsidP="0091127B">
            <w:r>
              <w:t>MAT147</w:t>
            </w:r>
          </w:p>
        </w:tc>
        <w:tc>
          <w:tcPr>
            <w:tcW w:w="2880" w:type="dxa"/>
          </w:tcPr>
          <w:p w14:paraId="57ED7C5B" w14:textId="77777777" w:rsidR="009B0E88" w:rsidRDefault="009B0E88" w:rsidP="0091127B">
            <w:r>
              <w:t>Major Required Support Course – in place of MAT128</w:t>
            </w:r>
          </w:p>
          <w:p w14:paraId="4CC89BB4" w14:textId="77777777" w:rsidR="009B0E88" w:rsidRDefault="009B0E88" w:rsidP="0091127B"/>
        </w:tc>
      </w:tr>
      <w:tr w:rsidR="008331C0" w14:paraId="6D4D3E2C" w14:textId="77777777" w:rsidTr="0091127B">
        <w:tc>
          <w:tcPr>
            <w:tcW w:w="2880" w:type="dxa"/>
          </w:tcPr>
          <w:p w14:paraId="6CFDAA04" w14:textId="633504A3" w:rsidR="008331C0" w:rsidRDefault="008331C0" w:rsidP="008331C0">
            <w:r>
              <w:t xml:space="preserve">MTH 104 </w:t>
            </w:r>
          </w:p>
        </w:tc>
        <w:tc>
          <w:tcPr>
            <w:tcW w:w="2880" w:type="dxa"/>
          </w:tcPr>
          <w:p w14:paraId="5A703AFC" w14:textId="091047B6" w:rsidR="008331C0" w:rsidRDefault="008331C0" w:rsidP="008331C0">
            <w:r>
              <w:t xml:space="preserve">College Algebra </w:t>
            </w:r>
          </w:p>
        </w:tc>
        <w:tc>
          <w:tcPr>
            <w:tcW w:w="2880" w:type="dxa"/>
          </w:tcPr>
          <w:p w14:paraId="1E93C62B" w14:textId="05361159" w:rsidR="008331C0" w:rsidRDefault="008331C0" w:rsidP="008331C0">
            <w:r>
              <w:t>4</w:t>
            </w:r>
          </w:p>
        </w:tc>
        <w:tc>
          <w:tcPr>
            <w:tcW w:w="2880" w:type="dxa"/>
          </w:tcPr>
          <w:p w14:paraId="26261353" w14:textId="02958DC3" w:rsidR="008331C0" w:rsidRDefault="008331C0" w:rsidP="008331C0">
            <w:r>
              <w:t xml:space="preserve">MAT130 + 1 credit of SSUT61 General Free Elective </w:t>
            </w:r>
          </w:p>
        </w:tc>
        <w:tc>
          <w:tcPr>
            <w:tcW w:w="2880" w:type="dxa"/>
          </w:tcPr>
          <w:p w14:paraId="1DC0175E" w14:textId="565640CC" w:rsidR="008331C0" w:rsidRDefault="008331C0" w:rsidP="008331C0">
            <w:r>
              <w:t>Free Elective due to MassTransfer Gen Ed Exemption</w:t>
            </w:r>
          </w:p>
        </w:tc>
      </w:tr>
    </w:tbl>
    <w:p w14:paraId="19F83D6E" w14:textId="77777777" w:rsidR="009B0E88" w:rsidRDefault="009B0E88"/>
    <w:p w14:paraId="5009D45A" w14:textId="77777777" w:rsidR="00D24D3E" w:rsidRDefault="00710C6A">
      <w:pPr>
        <w:pStyle w:val="Heading2"/>
      </w:pPr>
      <w:r>
        <w:t>Program Credit Summary</w:t>
      </w:r>
    </w:p>
    <w:p w14:paraId="24246507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5115"/>
    <w:rsid w:val="0029639D"/>
    <w:rsid w:val="00326F90"/>
    <w:rsid w:val="00347817"/>
    <w:rsid w:val="00671DD9"/>
    <w:rsid w:val="00710C6A"/>
    <w:rsid w:val="00711C74"/>
    <w:rsid w:val="008331C0"/>
    <w:rsid w:val="00896F9E"/>
    <w:rsid w:val="009348EF"/>
    <w:rsid w:val="0096242C"/>
    <w:rsid w:val="009B0E88"/>
    <w:rsid w:val="009B6998"/>
    <w:rsid w:val="00AA1D8D"/>
    <w:rsid w:val="00AC48A1"/>
    <w:rsid w:val="00B47730"/>
    <w:rsid w:val="00C85E32"/>
    <w:rsid w:val="00CA2DB6"/>
    <w:rsid w:val="00CB0664"/>
    <w:rsid w:val="00D101C7"/>
    <w:rsid w:val="00D24D3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051F34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3450</Characters>
  <Application>Microsoft Office Word</Application>
  <DocSecurity>0</DocSecurity>
  <Lines>28</Lines>
  <Paragraphs>8</Paragraphs>
  <ScaleCrop>false</ScaleCrop>
  <Manager/>
  <Company/>
  <LinksUpToDate>false</LinksUpToDate>
  <CharactersWithSpaces>4047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6</cp:revision>
  <dcterms:created xsi:type="dcterms:W3CDTF">2026-05-08T13:23:00Z</dcterms:created>
  <dcterms:modified xsi:type="dcterms:W3CDTF">2026-07-16T15:01:00Z</dcterms:modified>
  <cp:category/>
</cp:coreProperties>
</file>