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7741" w14:textId="77777777" w:rsidR="00D24D3E" w:rsidRDefault="00710C6A">
      <w:pPr>
        <w:pStyle w:val="Title"/>
      </w:pPr>
      <w:r>
        <w:t>Salem State University Advising Map</w:t>
      </w:r>
    </w:p>
    <w:p w14:paraId="7E76A1AC" w14:textId="3D9E58CB" w:rsidR="00D24D3E" w:rsidRDefault="1B5BDFF9" w:rsidP="5F0AD312">
      <w:pPr>
        <w:pStyle w:val="Heading1"/>
        <w:rPr>
          <w:rFonts w:ascii="Calibri" w:eastAsia="MS Gothic" w:hAnsi="Calibri" w:cs="Times New Roman"/>
        </w:rPr>
      </w:pPr>
      <w:r>
        <w:t xml:space="preserve">Northern Essex Community College </w:t>
      </w:r>
      <w:r w:rsidR="3E3E99C3">
        <w:t xml:space="preserve">Journalism/Communication Associates’ Degree </w:t>
      </w:r>
      <w:r>
        <w:t xml:space="preserve">mapped to Salem State University </w:t>
      </w:r>
      <w:r w:rsidR="63A3DFD6" w:rsidRPr="5F0AD312">
        <w:rPr>
          <w:rFonts w:ascii="Calibri" w:eastAsia="MS Gothic" w:hAnsi="Calibri" w:cs="Times New Roman"/>
        </w:rPr>
        <w:t>Media &amp; Communication, Journalism Concentration, BS</w:t>
      </w:r>
    </w:p>
    <w:p w14:paraId="28253201" w14:textId="77777777" w:rsidR="00D24D3E" w:rsidRDefault="00710C6A">
      <w:pPr>
        <w:pStyle w:val="Heading2"/>
      </w:pPr>
      <w:r>
        <w:t>Catalog Information</w:t>
      </w:r>
    </w:p>
    <w:p w14:paraId="35FC2735" w14:textId="77777777" w:rsidR="00D24D3E" w:rsidRDefault="00710C6A">
      <w:r>
        <w:t>NECC Catalog Year: 2025–2026</w:t>
      </w:r>
      <w:r>
        <w:br/>
        <w:t>Salem State University Catalog Year: 2025–2026</w:t>
      </w:r>
    </w:p>
    <w:p w14:paraId="2578E3BD" w14:textId="77777777" w:rsidR="00D24D3E" w:rsidRDefault="00710C6A">
      <w:pPr>
        <w:pStyle w:val="Heading2"/>
      </w:pPr>
      <w:r>
        <w:t>Advising Notes</w:t>
      </w:r>
    </w:p>
    <w:p w14:paraId="29C58814" w14:textId="25CDDE77" w:rsidR="00D24D3E" w:rsidRDefault="00710C6A">
      <w:r>
        <w:t>This map is a Salem State University advising tool only. Northern Essex Community College students should work with their NECC advisor. This program includes the required courses for the MassTransfer General Education Foundation.</w:t>
      </w:r>
    </w:p>
    <w:p w14:paraId="1A022682" w14:textId="77777777" w:rsidR="00D24D3E" w:rsidRDefault="00710C6A">
      <w:pPr>
        <w:pStyle w:val="Heading2"/>
      </w:pPr>
      <w:r>
        <w:t>MassTransfer General Education Foundation</w:t>
      </w:r>
    </w:p>
    <w:p w14:paraId="5F8C0864" w14:textId="306CD9D6" w:rsidR="00D24D3E" w:rsidRDefault="58B044D2" w:rsidP="2A143E36">
      <w:r>
        <w:t xml:space="preserve">The following table lists MassTransfer General Education requirements and their corresponding </w:t>
      </w:r>
      <w:r w:rsidR="3F27B637">
        <w:t>NE</w:t>
      </w:r>
      <w:r>
        <w:t>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C32AABF" w14:textId="77777777" w:rsidTr="2A143E36">
        <w:trPr>
          <w:tblHeader/>
        </w:trPr>
        <w:tc>
          <w:tcPr>
            <w:tcW w:w="7200" w:type="dxa"/>
          </w:tcPr>
          <w:p w14:paraId="1A2AC2E4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75836124" w14:textId="775EAECE" w:rsidR="00D24D3E" w:rsidRDefault="4986176A" w:rsidP="2A143E36">
            <w:r>
              <w:t>NE</w:t>
            </w:r>
            <w:r w:rsidR="58B044D2">
              <w:t>CC Course(s)</w:t>
            </w:r>
          </w:p>
        </w:tc>
      </w:tr>
      <w:tr w:rsidR="00D24D3E" w14:paraId="77FA0DEA" w14:textId="77777777" w:rsidTr="2A143E36">
        <w:tc>
          <w:tcPr>
            <w:tcW w:w="7200" w:type="dxa"/>
          </w:tcPr>
          <w:p w14:paraId="4ECD4737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431DD0D" w14:textId="77777777" w:rsidR="000E2ECD" w:rsidRDefault="0040434E">
            <w:r>
              <w:t>ENG101</w:t>
            </w:r>
          </w:p>
        </w:tc>
      </w:tr>
      <w:tr w:rsidR="00D24D3E" w14:paraId="443032BB" w14:textId="77777777" w:rsidTr="2A143E36">
        <w:tc>
          <w:tcPr>
            <w:tcW w:w="7200" w:type="dxa"/>
          </w:tcPr>
          <w:p w14:paraId="4EF4D42D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217C9A17" w14:textId="77777777" w:rsidR="000E2ECD" w:rsidRDefault="0040434E">
            <w:r>
              <w:t>ENG102</w:t>
            </w:r>
          </w:p>
        </w:tc>
      </w:tr>
      <w:tr w:rsidR="00D24D3E" w14:paraId="7E4F938D" w14:textId="77777777" w:rsidTr="2A143E36">
        <w:tc>
          <w:tcPr>
            <w:tcW w:w="7200" w:type="dxa"/>
          </w:tcPr>
          <w:p w14:paraId="081709A0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6D902DB" w14:textId="77777777" w:rsidR="000E2ECD" w:rsidRDefault="0040434E">
            <w:r>
              <w:t>Behavioral Science Elective</w:t>
            </w:r>
          </w:p>
        </w:tc>
      </w:tr>
      <w:tr w:rsidR="00D24D3E" w14:paraId="0DEE2D43" w14:textId="77777777" w:rsidTr="2A143E36">
        <w:tc>
          <w:tcPr>
            <w:tcW w:w="7200" w:type="dxa"/>
          </w:tcPr>
          <w:p w14:paraId="4DDC7C23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E93248E" w14:textId="77777777" w:rsidR="000E2ECD" w:rsidRDefault="0040434E">
            <w:r>
              <w:t>GOV101</w:t>
            </w:r>
          </w:p>
        </w:tc>
      </w:tr>
      <w:tr w:rsidR="00D24D3E" w14:paraId="72EA48A0" w14:textId="77777777" w:rsidTr="2A143E36">
        <w:tc>
          <w:tcPr>
            <w:tcW w:w="7200" w:type="dxa"/>
          </w:tcPr>
          <w:p w14:paraId="054B165F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2CA5E260" w14:textId="77777777" w:rsidR="000E2ECD" w:rsidRDefault="0040434E">
            <w:r>
              <w:t>HIS101</w:t>
            </w:r>
          </w:p>
        </w:tc>
      </w:tr>
      <w:tr w:rsidR="00D24D3E" w14:paraId="494FBECC" w14:textId="77777777" w:rsidTr="2A143E36">
        <w:tc>
          <w:tcPr>
            <w:tcW w:w="7200" w:type="dxa"/>
          </w:tcPr>
          <w:p w14:paraId="20F11478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5BAAFA43" w14:textId="77777777" w:rsidR="000E2ECD" w:rsidRDefault="0040434E">
            <w:r>
              <w:t>COM105</w:t>
            </w:r>
          </w:p>
        </w:tc>
      </w:tr>
      <w:tr w:rsidR="00D24D3E" w14:paraId="5641C1D1" w14:textId="77777777" w:rsidTr="2A143E36">
        <w:tc>
          <w:tcPr>
            <w:tcW w:w="7200" w:type="dxa"/>
          </w:tcPr>
          <w:p w14:paraId="13576583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1ADE1E6B" w14:textId="77777777" w:rsidR="000E2ECD" w:rsidRDefault="0040434E">
            <w:r>
              <w:t>COM102</w:t>
            </w:r>
          </w:p>
        </w:tc>
      </w:tr>
      <w:tr w:rsidR="00D24D3E" w14:paraId="30D98480" w14:textId="77777777" w:rsidTr="2A143E36">
        <w:tc>
          <w:tcPr>
            <w:tcW w:w="7200" w:type="dxa"/>
          </w:tcPr>
          <w:p w14:paraId="33B54BB0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D2573D5" w14:textId="77777777" w:rsidR="000E2ECD" w:rsidRDefault="0040434E">
            <w:r>
              <w:t>COM115</w:t>
            </w:r>
          </w:p>
        </w:tc>
      </w:tr>
      <w:tr w:rsidR="00D24D3E" w14:paraId="1E6C73D0" w14:textId="77777777" w:rsidTr="2A143E36">
        <w:tc>
          <w:tcPr>
            <w:tcW w:w="7200" w:type="dxa"/>
          </w:tcPr>
          <w:p w14:paraId="23BCFF57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249C621B" w14:textId="77777777" w:rsidR="000E2ECD" w:rsidRDefault="0040434E">
            <w:r>
              <w:t>Science Elective</w:t>
            </w:r>
          </w:p>
        </w:tc>
      </w:tr>
      <w:tr w:rsidR="00D24D3E" w14:paraId="26BDE9CF" w14:textId="77777777" w:rsidTr="2A143E36">
        <w:tc>
          <w:tcPr>
            <w:tcW w:w="7200" w:type="dxa"/>
          </w:tcPr>
          <w:p w14:paraId="41A3A969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3EA6F97C" w14:textId="77777777" w:rsidR="000E2ECD" w:rsidRDefault="0040434E">
            <w:r>
              <w:t>Science Elective</w:t>
            </w:r>
          </w:p>
        </w:tc>
      </w:tr>
      <w:tr w:rsidR="00D24D3E" w14:paraId="6E91C70D" w14:textId="77777777" w:rsidTr="2A143E36">
        <w:tc>
          <w:tcPr>
            <w:tcW w:w="7200" w:type="dxa"/>
          </w:tcPr>
          <w:p w14:paraId="5EBF62EB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6F42BE77" w14:textId="77777777" w:rsidR="000E2ECD" w:rsidRDefault="0040434E">
            <w:r>
              <w:t>Math Elective</w:t>
            </w:r>
          </w:p>
        </w:tc>
      </w:tr>
    </w:tbl>
    <w:p w14:paraId="698E263F" w14:textId="312CA7CE" w:rsidR="00D24D3E" w:rsidRDefault="04E2C77F" w:rsidP="2A143E36">
      <w:pPr>
        <w:pStyle w:val="Heading2"/>
      </w:pPr>
      <w:r>
        <w:t>NE</w:t>
      </w:r>
      <w:r w:rsidR="58B044D2">
        <w:t>CC to Salem State Course Articulation</w:t>
      </w:r>
    </w:p>
    <w:p w14:paraId="0D5E27B7" w14:textId="6E7BCAA2" w:rsidR="00D24D3E" w:rsidRDefault="58B044D2" w:rsidP="2A143E36">
      <w:r>
        <w:t xml:space="preserve">The following table shows </w:t>
      </w:r>
      <w:r w:rsidR="0F105D3E">
        <w:t>NE</w:t>
      </w:r>
      <w:r>
        <w:t>CC courses, their Salem State equivalents, credits, and how each course applies to the Salem State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2A3F0195" w14:textId="77777777" w:rsidTr="5F0AD312">
        <w:trPr>
          <w:tblHeader/>
        </w:trPr>
        <w:tc>
          <w:tcPr>
            <w:tcW w:w="2880" w:type="dxa"/>
          </w:tcPr>
          <w:p w14:paraId="70264F60" w14:textId="40288691" w:rsidR="00D24D3E" w:rsidRDefault="5A37235C" w:rsidP="2A143E36">
            <w:r>
              <w:t>NE</w:t>
            </w:r>
            <w:r w:rsidR="58B044D2">
              <w:t>CC Course Number</w:t>
            </w:r>
          </w:p>
        </w:tc>
        <w:tc>
          <w:tcPr>
            <w:tcW w:w="2880" w:type="dxa"/>
          </w:tcPr>
          <w:p w14:paraId="08C0030D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4941AFDC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8047637" w14:textId="77777777" w:rsidR="00D24D3E" w:rsidRDefault="00710C6A">
            <w:r>
              <w:t>Salem State Equivalent</w:t>
            </w:r>
          </w:p>
        </w:tc>
        <w:tc>
          <w:tcPr>
            <w:tcW w:w="2880" w:type="dxa"/>
          </w:tcPr>
          <w:p w14:paraId="5E382061" w14:textId="77777777" w:rsidR="00D24D3E" w:rsidRDefault="00710C6A">
            <w:r>
              <w:t>Application to Salem State Program</w:t>
            </w:r>
          </w:p>
        </w:tc>
      </w:tr>
      <w:tr w:rsidR="00D24D3E" w14:paraId="6A3F921B" w14:textId="77777777" w:rsidTr="00C85BC7">
        <w:tc>
          <w:tcPr>
            <w:tcW w:w="2880" w:type="dxa"/>
          </w:tcPr>
          <w:p w14:paraId="4E2C6A86" w14:textId="77777777" w:rsidR="000E2ECD" w:rsidRDefault="0040434E">
            <w:r>
              <w:t>COM115</w:t>
            </w:r>
          </w:p>
        </w:tc>
        <w:tc>
          <w:tcPr>
            <w:tcW w:w="2880" w:type="dxa"/>
          </w:tcPr>
          <w:p w14:paraId="18FF75C4" w14:textId="77777777" w:rsidR="000E2ECD" w:rsidRDefault="0040434E">
            <w:r>
              <w:t>Introduction to Mass Communication</w:t>
            </w:r>
          </w:p>
        </w:tc>
        <w:tc>
          <w:tcPr>
            <w:tcW w:w="2880" w:type="dxa"/>
          </w:tcPr>
          <w:p w14:paraId="1B55A6F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FF20AA5" w14:textId="77777777" w:rsidR="000E2ECD" w:rsidRDefault="0040434E">
            <w:r>
              <w:t>MCO 100 Media in Our Lives</w:t>
            </w:r>
          </w:p>
        </w:tc>
        <w:tc>
          <w:tcPr>
            <w:tcW w:w="2880" w:type="dxa"/>
          </w:tcPr>
          <w:p w14:paraId="438F4464" w14:textId="0687E713" w:rsidR="00D24D3E" w:rsidRDefault="418BC3C5">
            <w:r>
              <w:t>Major Elective</w:t>
            </w:r>
          </w:p>
        </w:tc>
      </w:tr>
      <w:tr w:rsidR="00D24D3E" w14:paraId="2F3906D2" w14:textId="77777777" w:rsidTr="00C85BC7">
        <w:tc>
          <w:tcPr>
            <w:tcW w:w="2880" w:type="dxa"/>
          </w:tcPr>
          <w:p w14:paraId="23D51796" w14:textId="77777777" w:rsidR="000E2ECD" w:rsidRDefault="0040434E">
            <w:r>
              <w:lastRenderedPageBreak/>
              <w:t>JRN101</w:t>
            </w:r>
          </w:p>
        </w:tc>
        <w:tc>
          <w:tcPr>
            <w:tcW w:w="2880" w:type="dxa"/>
          </w:tcPr>
          <w:p w14:paraId="40F6A00C" w14:textId="77777777" w:rsidR="000E2ECD" w:rsidRDefault="0040434E">
            <w:r>
              <w:t>Journalism I</w:t>
            </w:r>
          </w:p>
        </w:tc>
        <w:tc>
          <w:tcPr>
            <w:tcW w:w="2880" w:type="dxa"/>
          </w:tcPr>
          <w:p w14:paraId="5066BBE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04495EC" w14:textId="77777777" w:rsidR="000E2ECD" w:rsidRDefault="0040434E">
            <w:r>
              <w:t>MCO 273 Fundamentals of Journalism</w:t>
            </w:r>
          </w:p>
        </w:tc>
        <w:tc>
          <w:tcPr>
            <w:tcW w:w="2880" w:type="dxa"/>
          </w:tcPr>
          <w:p w14:paraId="323826E6" w14:textId="0112A0AC" w:rsidR="00D24D3E" w:rsidRDefault="14214AA9">
            <w:r>
              <w:t>Major Concentration Course</w:t>
            </w:r>
          </w:p>
        </w:tc>
      </w:tr>
      <w:tr w:rsidR="00D24D3E" w14:paraId="4ACBF672" w14:textId="77777777" w:rsidTr="00C85BC7">
        <w:tc>
          <w:tcPr>
            <w:tcW w:w="2880" w:type="dxa"/>
          </w:tcPr>
          <w:p w14:paraId="39C761C8" w14:textId="77777777" w:rsidR="000E2ECD" w:rsidRDefault="0040434E">
            <w:r>
              <w:t>ENG101</w:t>
            </w:r>
          </w:p>
        </w:tc>
        <w:tc>
          <w:tcPr>
            <w:tcW w:w="2880" w:type="dxa"/>
          </w:tcPr>
          <w:p w14:paraId="30FF180A" w14:textId="77777777" w:rsidR="000E2ECD" w:rsidRDefault="0040434E">
            <w:r>
              <w:t>English Composition I</w:t>
            </w:r>
          </w:p>
        </w:tc>
        <w:tc>
          <w:tcPr>
            <w:tcW w:w="2880" w:type="dxa"/>
          </w:tcPr>
          <w:p w14:paraId="4549FE1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2A4A220" w14:textId="77777777" w:rsidR="000E2ECD" w:rsidRDefault="0040434E">
            <w:r>
              <w:t>ENL 105 Introduction to College Writing (3)</w:t>
            </w:r>
          </w:p>
        </w:tc>
        <w:tc>
          <w:tcPr>
            <w:tcW w:w="2880" w:type="dxa"/>
          </w:tcPr>
          <w:p w14:paraId="40EC7832" w14:textId="6011C968" w:rsidR="00D24D3E" w:rsidRDefault="72849F2B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23BD5A1" w14:textId="77777777" w:rsidTr="00C85BC7">
        <w:tc>
          <w:tcPr>
            <w:tcW w:w="2880" w:type="dxa"/>
          </w:tcPr>
          <w:p w14:paraId="0DBA5CEB" w14:textId="77777777" w:rsidR="000E2ECD" w:rsidRDefault="0040434E">
            <w:r>
              <w:t>PSY101</w:t>
            </w:r>
          </w:p>
        </w:tc>
        <w:tc>
          <w:tcPr>
            <w:tcW w:w="2880" w:type="dxa"/>
          </w:tcPr>
          <w:p w14:paraId="418B4D42" w14:textId="77777777" w:rsidR="000E2ECD" w:rsidRDefault="0040434E">
            <w:r>
              <w:t>Introduction to Psychology</w:t>
            </w:r>
          </w:p>
        </w:tc>
        <w:tc>
          <w:tcPr>
            <w:tcW w:w="2880" w:type="dxa"/>
          </w:tcPr>
          <w:p w14:paraId="181FA50F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10C0040" w14:textId="77777777" w:rsidR="000E2ECD" w:rsidRDefault="0040434E">
            <w:r>
              <w:t>PSY 101</w:t>
            </w:r>
          </w:p>
        </w:tc>
        <w:tc>
          <w:tcPr>
            <w:tcW w:w="2880" w:type="dxa"/>
          </w:tcPr>
          <w:p w14:paraId="14725BE3" w14:textId="5D11D620" w:rsidR="00D24D3E" w:rsidRDefault="60615F7A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CE9924F" w14:textId="77777777" w:rsidTr="00C85BC7">
        <w:tc>
          <w:tcPr>
            <w:tcW w:w="2880" w:type="dxa"/>
          </w:tcPr>
          <w:p w14:paraId="0E33E8E1" w14:textId="77777777" w:rsidR="00BC7C6B" w:rsidRDefault="0040434E" w:rsidP="00BC7C6B">
            <w:r>
              <w:t>Math Elective (</w:t>
            </w:r>
            <w:r w:rsidR="00BC7C6B">
              <w:t>NECC Recommendation:</w:t>
            </w:r>
          </w:p>
          <w:p w14:paraId="4C7F43E0" w14:textId="2BC14ACC" w:rsidR="000E2ECD" w:rsidRDefault="0040434E">
            <w:r>
              <w:t>MAT122)</w:t>
            </w:r>
          </w:p>
        </w:tc>
        <w:tc>
          <w:tcPr>
            <w:tcW w:w="2880" w:type="dxa"/>
          </w:tcPr>
          <w:p w14:paraId="495BBFAB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FD4E50D" w14:textId="77777777" w:rsidR="000E2ECD" w:rsidRDefault="0040434E">
            <w:r>
              <w:t>3-4</w:t>
            </w:r>
          </w:p>
        </w:tc>
        <w:tc>
          <w:tcPr>
            <w:tcW w:w="2880" w:type="dxa"/>
          </w:tcPr>
          <w:p w14:paraId="05640D13" w14:textId="77777777" w:rsidR="000E2ECD" w:rsidRDefault="0040434E">
            <w:r>
              <w:t>MAT GQ QUANTATATIVE REASONING ELECTIVE</w:t>
            </w:r>
          </w:p>
        </w:tc>
        <w:tc>
          <w:tcPr>
            <w:tcW w:w="2880" w:type="dxa"/>
          </w:tcPr>
          <w:p w14:paraId="6A565436" w14:textId="0ED24BD9" w:rsidR="00D24D3E" w:rsidRDefault="7802AB82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00A52C9F" w14:textId="77777777" w:rsidTr="00C85BC7">
        <w:tc>
          <w:tcPr>
            <w:tcW w:w="2880" w:type="dxa"/>
          </w:tcPr>
          <w:p w14:paraId="779E8962" w14:textId="77777777" w:rsidR="000E2ECD" w:rsidRDefault="0040434E">
            <w:r>
              <w:t>COM105</w:t>
            </w:r>
          </w:p>
        </w:tc>
        <w:tc>
          <w:tcPr>
            <w:tcW w:w="2880" w:type="dxa"/>
          </w:tcPr>
          <w:p w14:paraId="180966A5" w14:textId="77777777" w:rsidR="000E2ECD" w:rsidRDefault="0040434E">
            <w:r>
              <w:t>Film Studies</w:t>
            </w:r>
          </w:p>
        </w:tc>
        <w:tc>
          <w:tcPr>
            <w:tcW w:w="2880" w:type="dxa"/>
          </w:tcPr>
          <w:p w14:paraId="3BB38D1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38EB05" w14:textId="77777777" w:rsidR="000E2ECD" w:rsidRDefault="0040434E">
            <w:r>
              <w:t>ENL 270 History of the Cinema</w:t>
            </w:r>
          </w:p>
        </w:tc>
        <w:tc>
          <w:tcPr>
            <w:tcW w:w="2880" w:type="dxa"/>
          </w:tcPr>
          <w:p w14:paraId="0C9D1116" w14:textId="234458EE" w:rsidR="00D24D3E" w:rsidRDefault="23B15E2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9334F4D" w14:textId="77777777" w:rsidTr="00C85BC7">
        <w:tc>
          <w:tcPr>
            <w:tcW w:w="2880" w:type="dxa"/>
          </w:tcPr>
          <w:p w14:paraId="5BAD8901" w14:textId="77777777" w:rsidR="000E2ECD" w:rsidRDefault="0040434E">
            <w:r>
              <w:t>ENG102</w:t>
            </w:r>
          </w:p>
        </w:tc>
        <w:tc>
          <w:tcPr>
            <w:tcW w:w="2880" w:type="dxa"/>
          </w:tcPr>
          <w:p w14:paraId="2B6DE2E0" w14:textId="77777777" w:rsidR="000E2ECD" w:rsidRDefault="0040434E">
            <w:r>
              <w:t>English Composition II</w:t>
            </w:r>
          </w:p>
        </w:tc>
        <w:tc>
          <w:tcPr>
            <w:tcW w:w="2880" w:type="dxa"/>
          </w:tcPr>
          <w:p w14:paraId="31A585D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360B5F9E" w14:textId="77777777" w:rsidR="000E2ECD" w:rsidRDefault="0040434E">
            <w:r>
              <w:t>ENL 110 Foundations of Writing (3)</w:t>
            </w:r>
          </w:p>
        </w:tc>
        <w:tc>
          <w:tcPr>
            <w:tcW w:w="2880" w:type="dxa"/>
          </w:tcPr>
          <w:p w14:paraId="6D600F2E" w14:textId="4B96E9E2" w:rsidR="00D24D3E" w:rsidRDefault="5EEA4C3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33846C56" w14:textId="77777777" w:rsidTr="00C85BC7">
        <w:tc>
          <w:tcPr>
            <w:tcW w:w="2880" w:type="dxa"/>
          </w:tcPr>
          <w:p w14:paraId="6075EC8D" w14:textId="77777777" w:rsidR="000E2ECD" w:rsidRDefault="0040434E">
            <w:r>
              <w:t>GOV101</w:t>
            </w:r>
          </w:p>
        </w:tc>
        <w:tc>
          <w:tcPr>
            <w:tcW w:w="2880" w:type="dxa"/>
          </w:tcPr>
          <w:p w14:paraId="2700C42D" w14:textId="77777777" w:rsidR="000E2ECD" w:rsidRDefault="0040434E">
            <w:r>
              <w:t>American Government &amp; Politics</w:t>
            </w:r>
          </w:p>
        </w:tc>
        <w:tc>
          <w:tcPr>
            <w:tcW w:w="2880" w:type="dxa"/>
          </w:tcPr>
          <w:p w14:paraId="6372BBDA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39D7B4D" w14:textId="77777777" w:rsidR="000E2ECD" w:rsidRDefault="0040434E">
            <w:r>
              <w:t>POL 201 Introduction to American Politics (3)</w:t>
            </w:r>
          </w:p>
        </w:tc>
        <w:tc>
          <w:tcPr>
            <w:tcW w:w="2880" w:type="dxa"/>
          </w:tcPr>
          <w:p w14:paraId="0B902266" w14:textId="632F1935" w:rsidR="00D24D3E" w:rsidRDefault="266BD218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74C6879" w14:textId="77777777" w:rsidTr="00C85BC7">
        <w:tc>
          <w:tcPr>
            <w:tcW w:w="2880" w:type="dxa"/>
          </w:tcPr>
          <w:p w14:paraId="7A3CEB71" w14:textId="1BC1E0EE" w:rsidR="000E2ECD" w:rsidRDefault="0040434E" w:rsidP="00BA7CEC">
            <w:pPr>
              <w:tabs>
                <w:tab w:val="center" w:pos="1332"/>
              </w:tabs>
            </w:pPr>
            <w:r>
              <w:t>JRN102</w:t>
            </w:r>
            <w:r w:rsidR="00BA7CEC">
              <w:tab/>
            </w:r>
          </w:p>
        </w:tc>
        <w:tc>
          <w:tcPr>
            <w:tcW w:w="2880" w:type="dxa"/>
          </w:tcPr>
          <w:p w14:paraId="0E2143D7" w14:textId="77777777" w:rsidR="000E2ECD" w:rsidRDefault="0040434E">
            <w:r>
              <w:t>Journalism II</w:t>
            </w:r>
          </w:p>
        </w:tc>
        <w:tc>
          <w:tcPr>
            <w:tcW w:w="2880" w:type="dxa"/>
          </w:tcPr>
          <w:p w14:paraId="2D345743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C047C1B" w14:textId="77777777" w:rsidR="000E2ECD" w:rsidRDefault="0040434E">
            <w:r>
              <w:t>ENL 410 Workshop in Literary Journalism (3)</w:t>
            </w:r>
          </w:p>
        </w:tc>
        <w:tc>
          <w:tcPr>
            <w:tcW w:w="2880" w:type="dxa"/>
          </w:tcPr>
          <w:p w14:paraId="6319FEAF" w14:textId="3854B2AB" w:rsidR="00D24D3E" w:rsidRDefault="0C009DAD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70EB9A02" w14:textId="77777777" w:rsidTr="00C85BC7">
        <w:tc>
          <w:tcPr>
            <w:tcW w:w="2880" w:type="dxa"/>
          </w:tcPr>
          <w:p w14:paraId="3AD8891F" w14:textId="77777777" w:rsidR="00BC7C6B" w:rsidRDefault="0040434E" w:rsidP="00BC7C6B">
            <w:r>
              <w:t xml:space="preserve">Science Elective: </w:t>
            </w:r>
          </w:p>
          <w:p w14:paraId="315F3260" w14:textId="6CCACAF2" w:rsidR="00BC7C6B" w:rsidRDefault="00BC7C6B" w:rsidP="00BC7C6B">
            <w:r>
              <w:t>NECC Recommendation:</w:t>
            </w:r>
          </w:p>
          <w:p w14:paraId="4950CF2F" w14:textId="2C1C648B" w:rsidR="000E2ECD" w:rsidRDefault="0040434E">
            <w:r>
              <w:t>ERS125 or BIO103 or BIO104</w:t>
            </w:r>
          </w:p>
        </w:tc>
        <w:tc>
          <w:tcPr>
            <w:tcW w:w="2880" w:type="dxa"/>
          </w:tcPr>
          <w:p w14:paraId="3C292733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1D1A34D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3272774C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6C576C88" w14:textId="4B1A42EE" w:rsidR="00D24D3E" w:rsidRDefault="2A883626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10133F58" w14:textId="77777777" w:rsidTr="00C85BC7">
        <w:tc>
          <w:tcPr>
            <w:tcW w:w="2880" w:type="dxa"/>
          </w:tcPr>
          <w:p w14:paraId="198041A1" w14:textId="77777777" w:rsidR="000E2ECD" w:rsidRDefault="0040434E">
            <w:r>
              <w:t>COM102</w:t>
            </w:r>
          </w:p>
        </w:tc>
        <w:tc>
          <w:tcPr>
            <w:tcW w:w="2880" w:type="dxa"/>
          </w:tcPr>
          <w:p w14:paraId="68627D8D" w14:textId="77777777" w:rsidR="000E2ECD" w:rsidRDefault="0040434E">
            <w:r>
              <w:t>Video Field Production</w:t>
            </w:r>
          </w:p>
        </w:tc>
        <w:tc>
          <w:tcPr>
            <w:tcW w:w="2880" w:type="dxa"/>
          </w:tcPr>
          <w:p w14:paraId="25776FA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2041770" w14:textId="77777777" w:rsidR="000E2ECD" w:rsidRDefault="0040434E">
            <w:r>
              <w:t>MCO 302 Video Field Production</w:t>
            </w:r>
          </w:p>
        </w:tc>
        <w:tc>
          <w:tcPr>
            <w:tcW w:w="2880" w:type="dxa"/>
          </w:tcPr>
          <w:p w14:paraId="22040A7E" w14:textId="6B4363D2" w:rsidR="00D24D3E" w:rsidRDefault="19D9490A">
            <w:r>
              <w:t>Major Elective</w:t>
            </w:r>
          </w:p>
        </w:tc>
      </w:tr>
      <w:tr w:rsidR="00D24D3E" w14:paraId="7B987E2C" w14:textId="77777777" w:rsidTr="00C85BC7">
        <w:tc>
          <w:tcPr>
            <w:tcW w:w="2880" w:type="dxa"/>
          </w:tcPr>
          <w:p w14:paraId="201147B3" w14:textId="77777777" w:rsidR="00BC7C6B" w:rsidRDefault="0040434E" w:rsidP="00BC7C6B">
            <w:r>
              <w:t>Behavioral Science Elective (</w:t>
            </w:r>
            <w:r w:rsidR="00BC7C6B">
              <w:t>NECC Recommendation:</w:t>
            </w:r>
          </w:p>
          <w:p w14:paraId="4D71D5F4" w14:textId="1D3F4186" w:rsidR="000E2ECD" w:rsidRDefault="0040434E">
            <w:r>
              <w:t>ANT101)</w:t>
            </w:r>
          </w:p>
        </w:tc>
        <w:tc>
          <w:tcPr>
            <w:tcW w:w="2880" w:type="dxa"/>
          </w:tcPr>
          <w:p w14:paraId="2329DA5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17A925C0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F1A05CC" w14:textId="77777777" w:rsidR="000E2ECD" w:rsidRDefault="0040434E">
            <w:r>
              <w:t xml:space="preserve">HSTGHWC HST GEN ED ELECTIVE </w:t>
            </w:r>
            <w:proofErr w:type="gramStart"/>
            <w:r>
              <w:t>NON MAJOR</w:t>
            </w:r>
            <w:proofErr w:type="gramEnd"/>
            <w:r>
              <w:t xml:space="preserve"> ELECTIVE (3)</w:t>
            </w:r>
          </w:p>
        </w:tc>
        <w:tc>
          <w:tcPr>
            <w:tcW w:w="2880" w:type="dxa"/>
          </w:tcPr>
          <w:p w14:paraId="345D5527" w14:textId="0C0C98A4" w:rsidR="00D24D3E" w:rsidRDefault="498A3638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</w:tc>
      </w:tr>
      <w:tr w:rsidR="00D24D3E" w14:paraId="61392C48" w14:textId="77777777" w:rsidTr="00C85BC7">
        <w:tc>
          <w:tcPr>
            <w:tcW w:w="2880" w:type="dxa"/>
          </w:tcPr>
          <w:p w14:paraId="220BCB52" w14:textId="1662D98C" w:rsidR="00BC7C6B" w:rsidRDefault="0040434E">
            <w:r>
              <w:t xml:space="preserve">Literature Elective: </w:t>
            </w:r>
          </w:p>
          <w:p w14:paraId="3983CBDA" w14:textId="77777777" w:rsidR="00BC7C6B" w:rsidRDefault="00BC7C6B" w:rsidP="00BC7C6B">
            <w:r>
              <w:t>NECC Recommendation:</w:t>
            </w:r>
          </w:p>
          <w:p w14:paraId="242D695A" w14:textId="7A72D2BE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7D2F75D6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0C89246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49A040E6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6CE6D5CC" w14:textId="77777777" w:rsidR="00D24D3E" w:rsidRDefault="1728B4A2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  <w:p w14:paraId="46E68EF4" w14:textId="77777777" w:rsidR="00BC7C6B" w:rsidRDefault="00BC7C6B"/>
          <w:p w14:paraId="254E447F" w14:textId="77777777" w:rsidR="00BC7C6B" w:rsidRDefault="00BC7C6B"/>
          <w:p w14:paraId="7C874F83" w14:textId="77777777" w:rsidR="00BC7C6B" w:rsidRDefault="00BC7C6B"/>
          <w:p w14:paraId="23E69D9C" w14:textId="03C36DE9" w:rsidR="00BC7C6B" w:rsidRDefault="00BC7C6B"/>
        </w:tc>
      </w:tr>
      <w:tr w:rsidR="00D24D3E" w14:paraId="1D336029" w14:textId="77777777" w:rsidTr="00C85BC7">
        <w:tc>
          <w:tcPr>
            <w:tcW w:w="2880" w:type="dxa"/>
          </w:tcPr>
          <w:p w14:paraId="48312DEE" w14:textId="77777777" w:rsidR="000E2ECD" w:rsidRDefault="0040434E">
            <w:r>
              <w:lastRenderedPageBreak/>
              <w:t>Program Elective: COM111 or COM112 or COM113</w:t>
            </w:r>
          </w:p>
          <w:p w14:paraId="510430E2" w14:textId="77777777" w:rsidR="00BA7CEC" w:rsidRDefault="00BA7CEC"/>
          <w:p w14:paraId="6964B25A" w14:textId="188C14BC" w:rsidR="00BA7CEC" w:rsidRDefault="00BA7CEC">
            <w:r>
              <w:t xml:space="preserve">SSU recommends choosing COM113 </w:t>
            </w:r>
          </w:p>
        </w:tc>
        <w:tc>
          <w:tcPr>
            <w:tcW w:w="2880" w:type="dxa"/>
          </w:tcPr>
          <w:p w14:paraId="571B0B9F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4399C64D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7D595541" w14:textId="77777777" w:rsidR="000E2ECD" w:rsidRDefault="0040434E">
            <w:r>
              <w:t>SPC 101A Oral Communication or SPC 202 Interpersonal Communication or MCO 249 How Public Relations Work</w:t>
            </w:r>
          </w:p>
        </w:tc>
        <w:tc>
          <w:tcPr>
            <w:tcW w:w="2880" w:type="dxa"/>
          </w:tcPr>
          <w:p w14:paraId="6728A449" w14:textId="62CD66FE" w:rsidR="00D24D3E" w:rsidRDefault="00BA7CEC">
            <w:r>
              <w:t>Major Elective (Based on COM113)</w:t>
            </w:r>
          </w:p>
        </w:tc>
      </w:tr>
      <w:tr w:rsidR="00D24D3E" w14:paraId="2242E2CF" w14:textId="77777777" w:rsidTr="00C85BC7">
        <w:tc>
          <w:tcPr>
            <w:tcW w:w="2880" w:type="dxa"/>
          </w:tcPr>
          <w:p w14:paraId="56FCBDFD" w14:textId="77777777" w:rsidR="000E2ECD" w:rsidRDefault="0040434E">
            <w:r>
              <w:t>Science Elective: ERS125 or BIO103 or BIO104</w:t>
            </w:r>
          </w:p>
        </w:tc>
        <w:tc>
          <w:tcPr>
            <w:tcW w:w="2880" w:type="dxa"/>
          </w:tcPr>
          <w:p w14:paraId="39117C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6EE17843" w14:textId="77777777" w:rsidR="000E2ECD" w:rsidRDefault="0040434E">
            <w:r>
              <w:t>4</w:t>
            </w:r>
          </w:p>
        </w:tc>
        <w:tc>
          <w:tcPr>
            <w:tcW w:w="2880" w:type="dxa"/>
          </w:tcPr>
          <w:p w14:paraId="5ACF8CA9" w14:textId="77777777" w:rsidR="000E2ECD" w:rsidRDefault="0040434E">
            <w:r>
              <w:t>GPH 376P or GSL SCIENTIFIC REASONING LAB ELECTIVE</w:t>
            </w:r>
          </w:p>
        </w:tc>
        <w:tc>
          <w:tcPr>
            <w:tcW w:w="2880" w:type="dxa"/>
          </w:tcPr>
          <w:p w14:paraId="1755D18F" w14:textId="77777777" w:rsidR="00BA7CEC" w:rsidRDefault="00BA7CEC" w:rsidP="00BA7CEC">
            <w:r>
              <w:t xml:space="preserve">Free Elective due to MassTransfer </w:t>
            </w:r>
            <w:proofErr w:type="spellStart"/>
            <w:r>
              <w:t>GenEd</w:t>
            </w:r>
            <w:proofErr w:type="spellEnd"/>
            <w:r>
              <w:t xml:space="preserve"> Exemption</w:t>
            </w:r>
          </w:p>
          <w:p w14:paraId="67542601" w14:textId="6050D059" w:rsidR="00D24D3E" w:rsidRDefault="00D24D3E"/>
        </w:tc>
      </w:tr>
      <w:tr w:rsidR="00D24D3E" w14:paraId="1431D5CD" w14:textId="77777777" w:rsidTr="00C85BC7">
        <w:tc>
          <w:tcPr>
            <w:tcW w:w="2880" w:type="dxa"/>
          </w:tcPr>
          <w:p w14:paraId="3BA45E42" w14:textId="77777777" w:rsidR="000E2ECD" w:rsidRDefault="0040434E">
            <w:r>
              <w:t>COM113 OR History/Government Elective (HIS101 recommended)</w:t>
            </w:r>
          </w:p>
          <w:p w14:paraId="7B03EEFF" w14:textId="79D89083" w:rsidR="00BA7CEC" w:rsidRDefault="00BA7CEC">
            <w:r>
              <w:t xml:space="preserve">Keep Mass Transfer Gen Ed Foundation requirements in mind here. </w:t>
            </w:r>
          </w:p>
        </w:tc>
        <w:tc>
          <w:tcPr>
            <w:tcW w:w="2880" w:type="dxa"/>
          </w:tcPr>
          <w:p w14:paraId="60F497A2" w14:textId="77777777" w:rsidR="000E2ECD" w:rsidRDefault="0040434E">
            <w:r>
              <w:t>Principles of Public Relations OR See Elective Advice</w:t>
            </w:r>
          </w:p>
        </w:tc>
        <w:tc>
          <w:tcPr>
            <w:tcW w:w="2880" w:type="dxa"/>
          </w:tcPr>
          <w:p w14:paraId="226A0A61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591CEDA0" w14:textId="77777777" w:rsidR="000E2ECD" w:rsidRDefault="0040434E">
            <w:r>
              <w:t>MCO 249 How Public Relations Work or HST 204 U.S. History and Constitutional Government</w:t>
            </w:r>
          </w:p>
        </w:tc>
        <w:tc>
          <w:tcPr>
            <w:tcW w:w="2880" w:type="dxa"/>
          </w:tcPr>
          <w:p w14:paraId="45D4EA6B" w14:textId="23ACE20E" w:rsidR="00D24D3E" w:rsidRDefault="00BA7CEC" w:rsidP="00BA7CEC">
            <w:r>
              <w:t>Free Elective</w:t>
            </w:r>
          </w:p>
        </w:tc>
      </w:tr>
      <w:tr w:rsidR="00D24D3E" w14:paraId="4A39492C" w14:textId="77777777" w:rsidTr="5F0AD312">
        <w:tc>
          <w:tcPr>
            <w:tcW w:w="2880" w:type="dxa"/>
          </w:tcPr>
          <w:p w14:paraId="0E0A49E3" w14:textId="77777777" w:rsidR="00DD67E3" w:rsidRDefault="0040434E" w:rsidP="00DD67E3">
            <w:r>
              <w:t>Humanities Elective:</w:t>
            </w:r>
          </w:p>
          <w:p w14:paraId="4FDE0C39" w14:textId="3BC14BED" w:rsidR="00DD67E3" w:rsidRDefault="00DD67E3" w:rsidP="00DD67E3">
            <w:r>
              <w:t>NECC Recommendation:</w:t>
            </w:r>
          </w:p>
          <w:p w14:paraId="56E3E586" w14:textId="1487D5AE" w:rsidR="000E2ECD" w:rsidRDefault="0040434E">
            <w:r>
              <w:t>PHI101 or THE101 or SPN111</w:t>
            </w:r>
          </w:p>
        </w:tc>
        <w:tc>
          <w:tcPr>
            <w:tcW w:w="2880" w:type="dxa"/>
          </w:tcPr>
          <w:p w14:paraId="7FE92D87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2F848ACE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0ACDD6EF" w14:textId="77777777" w:rsidR="000E2ECD" w:rsidRDefault="0040434E">
            <w:r>
              <w:t>PHL100 Introduction to Philosophy or THE 101 or SPN 101 Elementary Spanish I</w:t>
            </w:r>
          </w:p>
        </w:tc>
        <w:tc>
          <w:tcPr>
            <w:tcW w:w="2880" w:type="dxa"/>
          </w:tcPr>
          <w:p w14:paraId="15BB36FD" w14:textId="04EC24F6" w:rsidR="00D24D3E" w:rsidRDefault="36824716">
            <w:r>
              <w:t>Free Elective</w:t>
            </w:r>
          </w:p>
        </w:tc>
      </w:tr>
      <w:tr w:rsidR="00D24D3E" w14:paraId="21064135" w14:textId="77777777" w:rsidTr="5F0AD312">
        <w:tc>
          <w:tcPr>
            <w:tcW w:w="2880" w:type="dxa"/>
          </w:tcPr>
          <w:p w14:paraId="3E5D0D3B" w14:textId="77777777" w:rsidR="00DD67E3" w:rsidRDefault="0040434E">
            <w:r>
              <w:t xml:space="preserve">Literature Elective: </w:t>
            </w:r>
          </w:p>
          <w:p w14:paraId="12D15CDD" w14:textId="77777777" w:rsidR="00DD67E3" w:rsidRDefault="00DD67E3" w:rsidP="00DD67E3">
            <w:r>
              <w:t>NECC Recommendation:</w:t>
            </w:r>
          </w:p>
          <w:p w14:paraId="12B8FED8" w14:textId="018AA15D" w:rsidR="000E2ECD" w:rsidRDefault="0040434E">
            <w:r>
              <w:t>LIT201 or LIT202</w:t>
            </w:r>
          </w:p>
        </w:tc>
        <w:tc>
          <w:tcPr>
            <w:tcW w:w="2880" w:type="dxa"/>
          </w:tcPr>
          <w:p w14:paraId="5E15607C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752361D7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696D6B6A" w14:textId="77777777" w:rsidR="000E2ECD" w:rsidRDefault="0040434E">
            <w:r>
              <w:t>ENL 250 AMERICAN LITERARY STUDIES I (3.0) or ENL 251 AMERICAN LITERARY STUDIES II (3.0)</w:t>
            </w:r>
          </w:p>
        </w:tc>
        <w:tc>
          <w:tcPr>
            <w:tcW w:w="2880" w:type="dxa"/>
          </w:tcPr>
          <w:p w14:paraId="25BEBA85" w14:textId="66057BC2" w:rsidR="00D24D3E" w:rsidRDefault="0AEF5643">
            <w:r>
              <w:t>Free Elective</w:t>
            </w:r>
          </w:p>
        </w:tc>
      </w:tr>
      <w:tr w:rsidR="00D24D3E" w14:paraId="2B7C62B8" w14:textId="77777777" w:rsidTr="5F0AD312">
        <w:tc>
          <w:tcPr>
            <w:tcW w:w="2880" w:type="dxa"/>
          </w:tcPr>
          <w:p w14:paraId="67265A3E" w14:textId="77777777" w:rsidR="000E2ECD" w:rsidRDefault="0040434E">
            <w:r>
              <w:t xml:space="preserve">Program Elective: </w:t>
            </w:r>
          </w:p>
          <w:p w14:paraId="08004D46" w14:textId="6D3C8AD2" w:rsidR="005B635C" w:rsidRDefault="005B635C">
            <w:r>
              <w:t>Choose JRN201</w:t>
            </w:r>
          </w:p>
        </w:tc>
        <w:tc>
          <w:tcPr>
            <w:tcW w:w="2880" w:type="dxa"/>
          </w:tcPr>
          <w:p w14:paraId="0EA120B1" w14:textId="77777777" w:rsidR="000E2ECD" w:rsidRDefault="0040434E">
            <w:r>
              <w:t>See Elective Advice</w:t>
            </w:r>
          </w:p>
        </w:tc>
        <w:tc>
          <w:tcPr>
            <w:tcW w:w="2880" w:type="dxa"/>
          </w:tcPr>
          <w:p w14:paraId="566FEADC" w14:textId="77777777" w:rsidR="000E2ECD" w:rsidRDefault="0040434E">
            <w:r>
              <w:t>3</w:t>
            </w:r>
          </w:p>
        </w:tc>
        <w:tc>
          <w:tcPr>
            <w:tcW w:w="2880" w:type="dxa"/>
          </w:tcPr>
          <w:p w14:paraId="1E91DB7B" w14:textId="5F99BF5D" w:rsidR="000E2ECD" w:rsidRDefault="005B635C">
            <w:r>
              <w:t>MCOT51 Major Elective</w:t>
            </w:r>
          </w:p>
        </w:tc>
        <w:tc>
          <w:tcPr>
            <w:tcW w:w="2880" w:type="dxa"/>
          </w:tcPr>
          <w:p w14:paraId="5C9DC431" w14:textId="750404EB" w:rsidR="00D24D3E" w:rsidRDefault="005B635C">
            <w:r>
              <w:t>Major Elective</w:t>
            </w:r>
          </w:p>
        </w:tc>
      </w:tr>
    </w:tbl>
    <w:p w14:paraId="751EC7DB" w14:textId="77777777" w:rsidR="00D24D3E" w:rsidRDefault="00710C6A">
      <w:pPr>
        <w:pStyle w:val="Heading2"/>
      </w:pPr>
      <w:r>
        <w:t>Program Credit Summary</w:t>
      </w:r>
    </w:p>
    <w:p w14:paraId="3C1E556F" w14:textId="6000F306" w:rsidR="00D24D3E" w:rsidRDefault="192E83D2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E818BA3">
        <w:rPr>
          <w:rFonts w:ascii="Cambria" w:eastAsia="Cambria" w:hAnsi="Cambria" w:cs="Cambria"/>
          <w:color w:val="000000" w:themeColor="text1"/>
        </w:rPr>
        <w:t xml:space="preserve">Total Program Credits: </w:t>
      </w:r>
      <w:r w:rsidR="35BE22E3" w:rsidRPr="3E818BA3">
        <w:rPr>
          <w:rFonts w:ascii="Cambria" w:eastAsia="Cambria" w:hAnsi="Cambria" w:cs="Cambria"/>
          <w:color w:val="000000" w:themeColor="text1"/>
        </w:rPr>
        <w:t>59-60</w:t>
      </w:r>
    </w:p>
    <w:p w14:paraId="0BC70F0E" w14:textId="707F6D25" w:rsidR="00D24D3E" w:rsidRDefault="192E83D2" w:rsidP="2A143E36">
      <w:pPr>
        <w:spacing w:after="0"/>
        <w:rPr>
          <w:rFonts w:ascii="Cambria" w:eastAsia="Cambria" w:hAnsi="Cambria" w:cs="Cambria"/>
          <w:color w:val="000000" w:themeColor="text1"/>
        </w:rPr>
      </w:pPr>
      <w:r w:rsidRPr="3E818BA3">
        <w:rPr>
          <w:rFonts w:ascii="Cambria" w:eastAsia="Cambria" w:hAnsi="Cambria" w:cs="Cambria"/>
          <w:color w:val="000000" w:themeColor="text1"/>
        </w:rPr>
        <w:t xml:space="preserve">Total Transfer Credits Applicable to Salem State University Program: </w:t>
      </w:r>
      <w:r w:rsidR="67034156" w:rsidRPr="3E818BA3">
        <w:rPr>
          <w:rFonts w:ascii="Cambria" w:eastAsia="Cambria" w:hAnsi="Cambria" w:cs="Cambria"/>
          <w:color w:val="000000" w:themeColor="text1"/>
        </w:rPr>
        <w:t>59-60</w:t>
      </w:r>
    </w:p>
    <w:p w14:paraId="38E60E73" w14:textId="432B99F4" w:rsidR="00D24D3E" w:rsidRDefault="00D24D3E"/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ECD"/>
    <w:rsid w:val="0015074B"/>
    <w:rsid w:val="00151E43"/>
    <w:rsid w:val="00247CBE"/>
    <w:rsid w:val="00265115"/>
    <w:rsid w:val="0029639D"/>
    <w:rsid w:val="00326F90"/>
    <w:rsid w:val="00347817"/>
    <w:rsid w:val="00371164"/>
    <w:rsid w:val="0040434E"/>
    <w:rsid w:val="004336CC"/>
    <w:rsid w:val="005B635C"/>
    <w:rsid w:val="00671DD9"/>
    <w:rsid w:val="00710C6A"/>
    <w:rsid w:val="00760061"/>
    <w:rsid w:val="00896F9E"/>
    <w:rsid w:val="008C6A17"/>
    <w:rsid w:val="009348EF"/>
    <w:rsid w:val="00AA1D8D"/>
    <w:rsid w:val="00B47730"/>
    <w:rsid w:val="00BA7CEC"/>
    <w:rsid w:val="00BC7C6B"/>
    <w:rsid w:val="00C85BC7"/>
    <w:rsid w:val="00CB0664"/>
    <w:rsid w:val="00D101C7"/>
    <w:rsid w:val="00D24D3E"/>
    <w:rsid w:val="00DD67E3"/>
    <w:rsid w:val="00FC693F"/>
    <w:rsid w:val="030CFD24"/>
    <w:rsid w:val="04E2C77F"/>
    <w:rsid w:val="061B64C1"/>
    <w:rsid w:val="08713082"/>
    <w:rsid w:val="0AEF5643"/>
    <w:rsid w:val="0C009DAD"/>
    <w:rsid w:val="0E4028ED"/>
    <w:rsid w:val="0F105D3E"/>
    <w:rsid w:val="1242441B"/>
    <w:rsid w:val="14214AA9"/>
    <w:rsid w:val="160FE554"/>
    <w:rsid w:val="1728B4A2"/>
    <w:rsid w:val="192E83D2"/>
    <w:rsid w:val="19D9490A"/>
    <w:rsid w:val="1AA053F4"/>
    <w:rsid w:val="1B5BDFF9"/>
    <w:rsid w:val="1EAF5985"/>
    <w:rsid w:val="23B15E2C"/>
    <w:rsid w:val="266BD218"/>
    <w:rsid w:val="27DD843E"/>
    <w:rsid w:val="2A143E36"/>
    <w:rsid w:val="2A883626"/>
    <w:rsid w:val="2D9C9DB0"/>
    <w:rsid w:val="2F621DF4"/>
    <w:rsid w:val="2FABC3F0"/>
    <w:rsid w:val="31544CB5"/>
    <w:rsid w:val="31754457"/>
    <w:rsid w:val="3178416E"/>
    <w:rsid w:val="33143ED3"/>
    <w:rsid w:val="35BE22E3"/>
    <w:rsid w:val="36824716"/>
    <w:rsid w:val="38A5AF1B"/>
    <w:rsid w:val="3E3E99C3"/>
    <w:rsid w:val="3E818BA3"/>
    <w:rsid w:val="3F27B637"/>
    <w:rsid w:val="418BC3C5"/>
    <w:rsid w:val="43F3093D"/>
    <w:rsid w:val="45FA35E8"/>
    <w:rsid w:val="46BD841D"/>
    <w:rsid w:val="46FB37FB"/>
    <w:rsid w:val="4986176A"/>
    <w:rsid w:val="498A3638"/>
    <w:rsid w:val="4BB08607"/>
    <w:rsid w:val="52AD3075"/>
    <w:rsid w:val="58B044D2"/>
    <w:rsid w:val="5966E24A"/>
    <w:rsid w:val="5A246927"/>
    <w:rsid w:val="5A37235C"/>
    <w:rsid w:val="5C082995"/>
    <w:rsid w:val="5D051FB3"/>
    <w:rsid w:val="5DBA3BB5"/>
    <w:rsid w:val="5EEA4C3C"/>
    <w:rsid w:val="5F0AD312"/>
    <w:rsid w:val="60615F7A"/>
    <w:rsid w:val="62D7F3E6"/>
    <w:rsid w:val="63A3DFD6"/>
    <w:rsid w:val="648E269B"/>
    <w:rsid w:val="67034156"/>
    <w:rsid w:val="72849F2B"/>
    <w:rsid w:val="7584D684"/>
    <w:rsid w:val="7802AB82"/>
    <w:rsid w:val="7A58AE12"/>
    <w:rsid w:val="7AE2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94F28"/>
  <w14:defaultImageDpi w14:val="300"/>
  <w15:docId w15:val="{AA02A07D-CB62-4186-97BF-30D48EE2E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9</cp:revision>
  <dcterms:created xsi:type="dcterms:W3CDTF">2026-05-20T14:32:00Z</dcterms:created>
  <dcterms:modified xsi:type="dcterms:W3CDTF">2026-07-09T13:52:00Z</dcterms:modified>
  <cp:category/>
</cp:coreProperties>
</file>