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75661" w14:textId="77777777" w:rsidR="00D24D3E" w:rsidRDefault="00710C6A">
      <w:pPr>
        <w:pStyle w:val="Title"/>
      </w:pPr>
      <w:r>
        <w:t>Salem State University Advising Map</w:t>
      </w:r>
    </w:p>
    <w:p w14:paraId="6CA9AB44" w14:textId="04695B57" w:rsidR="00D24D3E" w:rsidRDefault="3764C623" w:rsidP="04F86F69">
      <w:pPr>
        <w:pStyle w:val="Heading1"/>
        <w:rPr>
          <w:rFonts w:ascii="Calibri" w:eastAsia="MS Gothic" w:hAnsi="Calibri" w:cs="Times New Roman"/>
        </w:rPr>
      </w:pPr>
      <w:r>
        <w:t>Mass</w:t>
      </w:r>
      <w:r w:rsidR="0067610C">
        <w:t xml:space="preserve"> </w:t>
      </w:r>
      <w:r>
        <w:t xml:space="preserve">Bay Community College Business Administration </w:t>
      </w:r>
      <w:r w:rsidR="5F90A590">
        <w:t>Associate in Science</w:t>
      </w:r>
      <w:r>
        <w:t xml:space="preserve"> mapped to Salem State University </w:t>
      </w:r>
      <w:r w:rsidR="723BAA93" w:rsidRPr="04F86F69">
        <w:rPr>
          <w:rFonts w:ascii="Calibri" w:eastAsia="MS Gothic" w:hAnsi="Calibri" w:cs="Times New Roman"/>
        </w:rPr>
        <w:t>Business Administration, Accounting Concentration, BSBA</w:t>
      </w:r>
      <w:r w:rsidR="3EABF509">
        <w:t xml:space="preserve"> mapped to Salem State University </w:t>
      </w:r>
    </w:p>
    <w:p w14:paraId="441C3C59" w14:textId="77777777" w:rsidR="00D24D3E" w:rsidRDefault="00710C6A">
      <w:pPr>
        <w:pStyle w:val="Heading2"/>
      </w:pPr>
      <w:r>
        <w:t>Catalog Information</w:t>
      </w:r>
    </w:p>
    <w:p w14:paraId="0A440ADC" w14:textId="19CDD530" w:rsidR="00D24D3E" w:rsidRDefault="52F6E285">
      <w:r>
        <w:t>MassBay Community College Catalog Year: 2026–2027</w:t>
      </w:r>
      <w:r>
        <w:br/>
        <w:t>Salem State University Catalog Year: 2026–2027</w:t>
      </w:r>
    </w:p>
    <w:p w14:paraId="6F615C4E" w14:textId="77777777" w:rsidR="00D24D3E" w:rsidRDefault="00710C6A">
      <w:pPr>
        <w:pStyle w:val="Heading2"/>
      </w:pPr>
      <w:r>
        <w:t>Advising Notes</w:t>
      </w:r>
    </w:p>
    <w:p w14:paraId="051F19FF" w14:textId="4ADA1DB9" w:rsidR="00D24D3E" w:rsidRDefault="58B044D2">
      <w:r>
        <w:t>This map is a Salem State University advising tool only. MassBay Community College students should work with their MassBay CC advisor. This program includes the required courses for the MassTransfer General Education Foundation.</w:t>
      </w:r>
    </w:p>
    <w:p w14:paraId="1534F048" w14:textId="77777777" w:rsidR="00D24D3E" w:rsidRDefault="00710C6A">
      <w:pPr>
        <w:pStyle w:val="Heading2"/>
      </w:pPr>
      <w:r>
        <w:t>MassTransfer General Education Foundation</w:t>
      </w:r>
    </w:p>
    <w:p w14:paraId="2AF2A6D1" w14:textId="6B55B55C" w:rsidR="00D24D3E" w:rsidRDefault="58B044D2">
      <w:r>
        <w:t>The following table lists MassTransfer General Education requirements and their corresponding MassBay CC courses.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  <w:gridCol w:w="7200"/>
      </w:tblGrid>
      <w:tr w:rsidR="00D24D3E" w14:paraId="4CF6AD50" w14:textId="77777777" w:rsidTr="176E2472">
        <w:trPr>
          <w:tblHeader/>
        </w:trPr>
        <w:tc>
          <w:tcPr>
            <w:tcW w:w="7200" w:type="dxa"/>
          </w:tcPr>
          <w:p w14:paraId="39F65D4B" w14:textId="77777777" w:rsidR="00D24D3E" w:rsidRDefault="00710C6A">
            <w:r>
              <w:t>MassTransfer Requirement</w:t>
            </w:r>
          </w:p>
        </w:tc>
        <w:tc>
          <w:tcPr>
            <w:tcW w:w="7200" w:type="dxa"/>
          </w:tcPr>
          <w:p w14:paraId="3B65D705" w14:textId="0A8C07AB" w:rsidR="00D24D3E" w:rsidRDefault="5DBA3BB5">
            <w:r>
              <w:t>MassBay CC Course(s)</w:t>
            </w:r>
          </w:p>
        </w:tc>
      </w:tr>
      <w:tr w:rsidR="00D24D3E" w14:paraId="17634F03" w14:textId="77777777" w:rsidTr="176E2472">
        <w:tc>
          <w:tcPr>
            <w:tcW w:w="7200" w:type="dxa"/>
          </w:tcPr>
          <w:p w14:paraId="2E63AF61" w14:textId="77777777" w:rsidR="00D24D3E" w:rsidRDefault="00710C6A">
            <w:r>
              <w:t>Composition I</w:t>
            </w:r>
          </w:p>
        </w:tc>
        <w:tc>
          <w:tcPr>
            <w:tcW w:w="7200" w:type="dxa"/>
          </w:tcPr>
          <w:p w14:paraId="414BE37F" w14:textId="1B0B20A0" w:rsidR="00D24D3E" w:rsidRDefault="00D24D3E">
            <w:r>
              <w:t>EN 101 English Composition I</w:t>
            </w:r>
          </w:p>
        </w:tc>
      </w:tr>
      <w:tr w:rsidR="00D24D3E" w14:paraId="40099D84" w14:textId="77777777" w:rsidTr="176E2472">
        <w:tc>
          <w:tcPr>
            <w:tcW w:w="7200" w:type="dxa"/>
          </w:tcPr>
          <w:p w14:paraId="57DAF1B1" w14:textId="77777777" w:rsidR="00D24D3E" w:rsidRDefault="00710C6A">
            <w:r>
              <w:t>Composition II</w:t>
            </w:r>
          </w:p>
        </w:tc>
        <w:tc>
          <w:tcPr>
            <w:tcW w:w="7200" w:type="dxa"/>
          </w:tcPr>
          <w:p w14:paraId="0576F7B5" w14:textId="571E4B69" w:rsidR="00D24D3E" w:rsidRDefault="00D24D3E">
            <w:r>
              <w:t>EN 102 English Composition II</w:t>
            </w:r>
          </w:p>
        </w:tc>
      </w:tr>
      <w:tr w:rsidR="00D24D3E" w14:paraId="2CEC041E" w14:textId="77777777" w:rsidTr="176E2472">
        <w:tc>
          <w:tcPr>
            <w:tcW w:w="7200" w:type="dxa"/>
          </w:tcPr>
          <w:p w14:paraId="4BECA4B9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</w:tcPr>
          <w:p w14:paraId="507829E5" w14:textId="4DF6B735" w:rsidR="00D24D3E" w:rsidRDefault="00D24D3E">
            <w:r>
              <w:t>EC 201 Principles of Macroeconomics</w:t>
            </w:r>
          </w:p>
        </w:tc>
      </w:tr>
      <w:tr w:rsidR="00D24D3E" w14:paraId="2D81FBAB" w14:textId="77777777" w:rsidTr="176E2472">
        <w:tc>
          <w:tcPr>
            <w:tcW w:w="7200" w:type="dxa"/>
          </w:tcPr>
          <w:p w14:paraId="7566C923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</w:tcPr>
          <w:p w14:paraId="033F468B" w14:textId="7B847EFA" w:rsidR="00D24D3E" w:rsidRDefault="00D24D3E">
            <w:r>
              <w:t>EC 202 Principles of Microeconomics</w:t>
            </w:r>
          </w:p>
        </w:tc>
      </w:tr>
      <w:tr w:rsidR="00D24D3E" w14:paraId="2836D92C" w14:textId="77777777" w:rsidTr="176E2472">
        <w:tc>
          <w:tcPr>
            <w:tcW w:w="7200" w:type="dxa"/>
          </w:tcPr>
          <w:p w14:paraId="6EA0994D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</w:tcPr>
          <w:p w14:paraId="22260913" w14:textId="417E35FD" w:rsidR="00D24D3E" w:rsidRDefault="464D0B07">
            <w:r>
              <w:t>Humanities or Social Science Elective</w:t>
            </w:r>
            <w:r w:rsidR="6DCD081A">
              <w:t xml:space="preserve"> </w:t>
            </w:r>
          </w:p>
        </w:tc>
      </w:tr>
      <w:tr w:rsidR="00D24D3E" w14:paraId="68C6AF95" w14:textId="77777777" w:rsidTr="176E2472">
        <w:tc>
          <w:tcPr>
            <w:tcW w:w="7200" w:type="dxa"/>
          </w:tcPr>
          <w:p w14:paraId="5B363A75" w14:textId="77777777" w:rsidR="00D24D3E" w:rsidRDefault="00710C6A">
            <w:r>
              <w:t>Humanities/Fine Arts</w:t>
            </w:r>
          </w:p>
        </w:tc>
        <w:tc>
          <w:tcPr>
            <w:tcW w:w="7200" w:type="dxa"/>
          </w:tcPr>
          <w:p w14:paraId="4A6D93AA" w14:textId="6034959E" w:rsidR="00D24D3E" w:rsidRDefault="00D24D3E">
            <w:r>
              <w:t>CT 100 Critical Thinking</w:t>
            </w:r>
          </w:p>
        </w:tc>
      </w:tr>
      <w:tr w:rsidR="00D24D3E" w14:paraId="371F5AC8" w14:textId="77777777" w:rsidTr="176E2472">
        <w:tc>
          <w:tcPr>
            <w:tcW w:w="7200" w:type="dxa"/>
          </w:tcPr>
          <w:p w14:paraId="294AC444" w14:textId="77777777" w:rsidR="00D24D3E" w:rsidRDefault="00710C6A">
            <w:r>
              <w:t>Humanities/Fine Arts</w:t>
            </w:r>
          </w:p>
        </w:tc>
        <w:tc>
          <w:tcPr>
            <w:tcW w:w="7200" w:type="dxa"/>
          </w:tcPr>
          <w:p w14:paraId="34583614" w14:textId="79D84EB5" w:rsidR="00D24D3E" w:rsidRDefault="00D24D3E">
            <w:r>
              <w:t>Humanities Sequence</w:t>
            </w:r>
          </w:p>
        </w:tc>
      </w:tr>
      <w:tr w:rsidR="00D24D3E" w14:paraId="0F6A3A7C" w14:textId="77777777" w:rsidTr="176E2472">
        <w:tc>
          <w:tcPr>
            <w:tcW w:w="7200" w:type="dxa"/>
          </w:tcPr>
          <w:p w14:paraId="48EA895E" w14:textId="77777777" w:rsidR="00D24D3E" w:rsidRDefault="00710C6A">
            <w:r>
              <w:t>Humanities/Fine Arts</w:t>
            </w:r>
          </w:p>
        </w:tc>
        <w:tc>
          <w:tcPr>
            <w:tcW w:w="7200" w:type="dxa"/>
          </w:tcPr>
          <w:p w14:paraId="68A4A566" w14:textId="3C8CCDAB" w:rsidR="00D24D3E" w:rsidRDefault="00D24D3E">
            <w:r>
              <w:t>Humanities Elective</w:t>
            </w:r>
          </w:p>
        </w:tc>
      </w:tr>
      <w:tr w:rsidR="00D24D3E" w14:paraId="470EDF7F" w14:textId="77777777" w:rsidTr="176E2472">
        <w:tc>
          <w:tcPr>
            <w:tcW w:w="7200" w:type="dxa"/>
          </w:tcPr>
          <w:p w14:paraId="79526742" w14:textId="77777777" w:rsidR="00D24D3E" w:rsidRDefault="00710C6A">
            <w:r>
              <w:t>Laboratory Science</w:t>
            </w:r>
          </w:p>
        </w:tc>
        <w:tc>
          <w:tcPr>
            <w:tcW w:w="7200" w:type="dxa"/>
          </w:tcPr>
          <w:p w14:paraId="6950425D" w14:textId="421B3F6B" w:rsidR="00D24D3E" w:rsidRDefault="00D24D3E">
            <w:r>
              <w:t>Lab Science Elective</w:t>
            </w:r>
          </w:p>
        </w:tc>
      </w:tr>
      <w:tr w:rsidR="00D24D3E" w14:paraId="4A109927" w14:textId="77777777" w:rsidTr="176E2472">
        <w:tc>
          <w:tcPr>
            <w:tcW w:w="7200" w:type="dxa"/>
          </w:tcPr>
          <w:p w14:paraId="20A0F2B1" w14:textId="77777777" w:rsidR="00D24D3E" w:rsidRDefault="00710C6A">
            <w:r>
              <w:t>Science</w:t>
            </w:r>
          </w:p>
        </w:tc>
        <w:tc>
          <w:tcPr>
            <w:tcW w:w="7200" w:type="dxa"/>
          </w:tcPr>
          <w:p w14:paraId="598B24D3" w14:textId="5894EE85" w:rsidR="00D24D3E" w:rsidRDefault="00D24D3E">
            <w:r>
              <w:t>Science Elective</w:t>
            </w:r>
          </w:p>
        </w:tc>
      </w:tr>
      <w:tr w:rsidR="00D24D3E" w14:paraId="177D5C7B" w14:textId="77777777" w:rsidTr="176E2472">
        <w:tc>
          <w:tcPr>
            <w:tcW w:w="7200" w:type="dxa"/>
          </w:tcPr>
          <w:p w14:paraId="79D05996" w14:textId="77777777" w:rsidR="00D24D3E" w:rsidRDefault="00710C6A">
            <w:r>
              <w:t>Mathematics</w:t>
            </w:r>
          </w:p>
        </w:tc>
        <w:tc>
          <w:tcPr>
            <w:tcW w:w="7200" w:type="dxa"/>
          </w:tcPr>
          <w:p w14:paraId="4909C953" w14:textId="122FC6C2" w:rsidR="00D24D3E" w:rsidRDefault="00D24D3E">
            <w:r>
              <w:t>Math Elective</w:t>
            </w:r>
          </w:p>
        </w:tc>
      </w:tr>
    </w:tbl>
    <w:p w14:paraId="3F51A0AB" w14:textId="1A46917B" w:rsidR="00D24D3E" w:rsidRDefault="52AD3075">
      <w:pPr>
        <w:pStyle w:val="Heading2"/>
      </w:pPr>
      <w:r>
        <w:t>MassBay CC to Salem State Course Articulation</w:t>
      </w:r>
    </w:p>
    <w:p w14:paraId="398D8CA0" w14:textId="040D97D0" w:rsidR="00D24D3E" w:rsidRDefault="58B044D2">
      <w:r>
        <w:t>The following table shows MassBay CC courses, their Salem State equivalents, credits, and how each course applies to the Salem State program.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  <w:gridCol w:w="2880"/>
        <w:gridCol w:w="2880"/>
      </w:tblGrid>
      <w:tr w:rsidR="00D24D3E" w14:paraId="481F55C7" w14:textId="77777777" w:rsidTr="04F86F69">
        <w:trPr>
          <w:tblHeader/>
        </w:trPr>
        <w:tc>
          <w:tcPr>
            <w:tcW w:w="2880" w:type="dxa"/>
          </w:tcPr>
          <w:p w14:paraId="06589B10" w14:textId="2E6CA0A3" w:rsidR="00D24D3E" w:rsidRDefault="46FB37FB">
            <w:r>
              <w:t>MassBay CC Course Number</w:t>
            </w:r>
          </w:p>
        </w:tc>
        <w:tc>
          <w:tcPr>
            <w:tcW w:w="2880" w:type="dxa"/>
          </w:tcPr>
          <w:p w14:paraId="10416C7D" w14:textId="77777777" w:rsidR="00D24D3E" w:rsidRDefault="00710C6A">
            <w:r>
              <w:t>Course Title</w:t>
            </w:r>
          </w:p>
        </w:tc>
        <w:tc>
          <w:tcPr>
            <w:tcW w:w="2880" w:type="dxa"/>
          </w:tcPr>
          <w:p w14:paraId="38EBA950" w14:textId="77777777" w:rsidR="00D24D3E" w:rsidRDefault="00710C6A">
            <w:r>
              <w:t>Credits</w:t>
            </w:r>
          </w:p>
        </w:tc>
        <w:tc>
          <w:tcPr>
            <w:tcW w:w="2880" w:type="dxa"/>
          </w:tcPr>
          <w:p w14:paraId="43CB3ADA" w14:textId="77777777" w:rsidR="00D24D3E" w:rsidRDefault="00710C6A">
            <w:r>
              <w:t>Salem State Equivalent</w:t>
            </w:r>
          </w:p>
        </w:tc>
        <w:tc>
          <w:tcPr>
            <w:tcW w:w="2880" w:type="dxa"/>
          </w:tcPr>
          <w:p w14:paraId="56AF131E" w14:textId="77777777" w:rsidR="00D24D3E" w:rsidRDefault="00710C6A">
            <w:r>
              <w:t>Application to Salem State Program</w:t>
            </w:r>
          </w:p>
          <w:p w14:paraId="0278B686" w14:textId="77777777" w:rsidR="004A562A" w:rsidRDefault="004A562A"/>
          <w:p w14:paraId="669DA066" w14:textId="77777777" w:rsidR="004A562A" w:rsidRDefault="004A562A"/>
        </w:tc>
      </w:tr>
      <w:tr w:rsidR="00D24D3E" w14:paraId="7433819F" w14:textId="77777777" w:rsidTr="04F86F69">
        <w:tc>
          <w:tcPr>
            <w:tcW w:w="2880" w:type="dxa"/>
          </w:tcPr>
          <w:p w14:paraId="752A7C45" w14:textId="0FA47C00" w:rsidR="00D24D3E" w:rsidRDefault="00D24D3E">
            <w:r>
              <w:lastRenderedPageBreak/>
              <w:t>AC 101</w:t>
            </w:r>
          </w:p>
        </w:tc>
        <w:tc>
          <w:tcPr>
            <w:tcW w:w="2880" w:type="dxa"/>
          </w:tcPr>
          <w:p w14:paraId="79EE601E" w14:textId="1B8CA646" w:rsidR="00D24D3E" w:rsidRDefault="00D24D3E">
            <w:r>
              <w:t>Financial Accounting I</w:t>
            </w:r>
          </w:p>
        </w:tc>
        <w:tc>
          <w:tcPr>
            <w:tcW w:w="2880" w:type="dxa"/>
          </w:tcPr>
          <w:p w14:paraId="48EA653F" w14:textId="664CFBE1" w:rsidR="00D24D3E" w:rsidRDefault="00D24D3E">
            <w:r>
              <w:t>4</w:t>
            </w:r>
          </w:p>
        </w:tc>
        <w:tc>
          <w:tcPr>
            <w:tcW w:w="2880" w:type="dxa"/>
          </w:tcPr>
          <w:p w14:paraId="633AEF96" w14:textId="04147793" w:rsidR="00D24D3E" w:rsidRDefault="00D24D3E">
            <w:r>
              <w:t>SSU T61</w:t>
            </w:r>
          </w:p>
        </w:tc>
        <w:tc>
          <w:tcPr>
            <w:tcW w:w="2880" w:type="dxa"/>
          </w:tcPr>
          <w:p w14:paraId="67063531" w14:textId="6825A9F5" w:rsidR="00D24D3E" w:rsidRDefault="50F4C4D9">
            <w:r>
              <w:t>Free Elective due to MassTransfer GenEd Exemption</w:t>
            </w:r>
          </w:p>
        </w:tc>
      </w:tr>
      <w:tr w:rsidR="00D24D3E" w14:paraId="383D01FC" w14:textId="77777777" w:rsidTr="04F86F69">
        <w:tc>
          <w:tcPr>
            <w:tcW w:w="2880" w:type="dxa"/>
          </w:tcPr>
          <w:p w14:paraId="7700B562" w14:textId="20AB29EF" w:rsidR="00D24D3E" w:rsidRDefault="00D24D3E">
            <w:r>
              <w:t>BU 104</w:t>
            </w:r>
          </w:p>
        </w:tc>
        <w:tc>
          <w:tcPr>
            <w:tcW w:w="2880" w:type="dxa"/>
          </w:tcPr>
          <w:p w14:paraId="713B5DEB" w14:textId="50F0DCA0" w:rsidR="00D24D3E" w:rsidRDefault="00D24D3E">
            <w:r>
              <w:t>Introduction to Business Data Analytics &amp; AI</w:t>
            </w:r>
          </w:p>
        </w:tc>
        <w:tc>
          <w:tcPr>
            <w:tcW w:w="2880" w:type="dxa"/>
          </w:tcPr>
          <w:p w14:paraId="0D8F012D" w14:textId="7E13D4AF" w:rsidR="00D24D3E" w:rsidRDefault="00D24D3E">
            <w:r>
              <w:t>3</w:t>
            </w:r>
          </w:p>
        </w:tc>
        <w:tc>
          <w:tcPr>
            <w:tcW w:w="2880" w:type="dxa"/>
          </w:tcPr>
          <w:p w14:paraId="422CD81D" w14:textId="5E219D0C" w:rsidR="00D24D3E" w:rsidRDefault="6FC22F7A">
            <w:r>
              <w:t>SSU</w:t>
            </w:r>
            <w:r w:rsidR="35433DFD">
              <w:t xml:space="preserve"> </w:t>
            </w:r>
            <w:r>
              <w:t>T61</w:t>
            </w:r>
          </w:p>
        </w:tc>
        <w:tc>
          <w:tcPr>
            <w:tcW w:w="2880" w:type="dxa"/>
          </w:tcPr>
          <w:p w14:paraId="4D6BB64A" w14:textId="765ED54E" w:rsidR="00D24D3E" w:rsidRDefault="1AC7CAA7">
            <w:r>
              <w:t>Free Elective due to MassTransfer GenEd Exemption</w:t>
            </w:r>
          </w:p>
        </w:tc>
      </w:tr>
      <w:tr w:rsidR="00D24D3E" w14:paraId="78A201D5" w14:textId="77777777" w:rsidTr="04F86F69">
        <w:tc>
          <w:tcPr>
            <w:tcW w:w="2880" w:type="dxa"/>
          </w:tcPr>
          <w:p w14:paraId="1781F6DE" w14:textId="5903B74D" w:rsidR="00D24D3E" w:rsidRDefault="00D24D3E">
            <w:r>
              <w:t>CT 100</w:t>
            </w:r>
          </w:p>
        </w:tc>
        <w:tc>
          <w:tcPr>
            <w:tcW w:w="2880" w:type="dxa"/>
          </w:tcPr>
          <w:p w14:paraId="6FE85FB6" w14:textId="77FEF648" w:rsidR="00D24D3E" w:rsidRDefault="00D24D3E">
            <w:r>
              <w:t>Critical Thinking</w:t>
            </w:r>
          </w:p>
        </w:tc>
        <w:tc>
          <w:tcPr>
            <w:tcW w:w="2880" w:type="dxa"/>
          </w:tcPr>
          <w:p w14:paraId="40ACCABE" w14:textId="4CF0C1EC" w:rsidR="00D24D3E" w:rsidRDefault="00D24D3E">
            <w:r>
              <w:t>3</w:t>
            </w:r>
          </w:p>
        </w:tc>
        <w:tc>
          <w:tcPr>
            <w:tcW w:w="2880" w:type="dxa"/>
          </w:tcPr>
          <w:p w14:paraId="3FEABE27" w14:textId="241762F7" w:rsidR="00D24D3E" w:rsidRDefault="00D24D3E">
            <w:r>
              <w:t>PHL 125</w:t>
            </w:r>
          </w:p>
        </w:tc>
        <w:tc>
          <w:tcPr>
            <w:tcW w:w="2880" w:type="dxa"/>
          </w:tcPr>
          <w:p w14:paraId="2B8DC3EC" w14:textId="4C91D5C1" w:rsidR="00D24D3E" w:rsidRDefault="0135F4FC">
            <w:r>
              <w:t>Free Elective due to MassTransfer GenEd Exemption</w:t>
            </w:r>
          </w:p>
        </w:tc>
      </w:tr>
      <w:tr w:rsidR="00D24D3E" w14:paraId="1D61B18D" w14:textId="77777777" w:rsidTr="04F86F69">
        <w:tc>
          <w:tcPr>
            <w:tcW w:w="2880" w:type="dxa"/>
          </w:tcPr>
          <w:p w14:paraId="7A2D450E" w14:textId="665135F5" w:rsidR="00D24D3E" w:rsidRDefault="00D24D3E">
            <w:r>
              <w:t>EN 101</w:t>
            </w:r>
          </w:p>
        </w:tc>
        <w:tc>
          <w:tcPr>
            <w:tcW w:w="2880" w:type="dxa"/>
          </w:tcPr>
          <w:p w14:paraId="35BF33E1" w14:textId="77BFCDDB" w:rsidR="00D24D3E" w:rsidRDefault="00D24D3E">
            <w:r>
              <w:t>English Composition I</w:t>
            </w:r>
          </w:p>
        </w:tc>
        <w:tc>
          <w:tcPr>
            <w:tcW w:w="2880" w:type="dxa"/>
          </w:tcPr>
          <w:p w14:paraId="03361A14" w14:textId="62DED21D" w:rsidR="00D24D3E" w:rsidRDefault="00D24D3E">
            <w:r>
              <w:t>3</w:t>
            </w:r>
          </w:p>
        </w:tc>
        <w:tc>
          <w:tcPr>
            <w:tcW w:w="2880" w:type="dxa"/>
          </w:tcPr>
          <w:p w14:paraId="4D9334DA" w14:textId="6354575B" w:rsidR="00D24D3E" w:rsidRDefault="00D24D3E">
            <w:r>
              <w:t>ENL 105</w:t>
            </w:r>
          </w:p>
        </w:tc>
        <w:tc>
          <w:tcPr>
            <w:tcW w:w="2880" w:type="dxa"/>
          </w:tcPr>
          <w:p w14:paraId="235F62E5" w14:textId="0C697C96" w:rsidR="00D24D3E" w:rsidRDefault="618C2A81">
            <w:r>
              <w:t>Free Elective due to MassTransfer GenEd Exemption</w:t>
            </w:r>
          </w:p>
        </w:tc>
      </w:tr>
      <w:tr w:rsidR="00D24D3E" w14:paraId="368A9DDE" w14:textId="77777777" w:rsidTr="04F86F69">
        <w:tc>
          <w:tcPr>
            <w:tcW w:w="2880" w:type="dxa"/>
          </w:tcPr>
          <w:p w14:paraId="47E53734" w14:textId="1A6CE8E0" w:rsidR="00D24D3E" w:rsidRDefault="00D24D3E">
            <w:r>
              <w:t>MG 101</w:t>
            </w:r>
          </w:p>
        </w:tc>
        <w:tc>
          <w:tcPr>
            <w:tcW w:w="2880" w:type="dxa"/>
          </w:tcPr>
          <w:p w14:paraId="3F839C95" w14:textId="501A58C2" w:rsidR="00D24D3E" w:rsidRDefault="00D24D3E">
            <w:r>
              <w:t>Principles of Management</w:t>
            </w:r>
          </w:p>
        </w:tc>
        <w:tc>
          <w:tcPr>
            <w:tcW w:w="2880" w:type="dxa"/>
          </w:tcPr>
          <w:p w14:paraId="371AE00A" w14:textId="74077443" w:rsidR="00D24D3E" w:rsidRDefault="00D24D3E">
            <w:r>
              <w:t>3</w:t>
            </w:r>
          </w:p>
        </w:tc>
        <w:tc>
          <w:tcPr>
            <w:tcW w:w="2880" w:type="dxa"/>
          </w:tcPr>
          <w:p w14:paraId="1D11A64B" w14:textId="7443A85E" w:rsidR="00D24D3E" w:rsidRDefault="00D24D3E">
            <w:r>
              <w:t>MGT 231</w:t>
            </w:r>
          </w:p>
        </w:tc>
        <w:tc>
          <w:tcPr>
            <w:tcW w:w="2880" w:type="dxa"/>
          </w:tcPr>
          <w:p w14:paraId="492549BC" w14:textId="0EF715FD" w:rsidR="00D24D3E" w:rsidRDefault="52257BF5">
            <w:r>
              <w:t>Major Core Course (Counts in place of MGT 332)</w:t>
            </w:r>
          </w:p>
        </w:tc>
      </w:tr>
      <w:tr w:rsidR="00D24D3E" w14:paraId="7326057A" w14:textId="77777777" w:rsidTr="04F86F69">
        <w:tc>
          <w:tcPr>
            <w:tcW w:w="2880" w:type="dxa"/>
          </w:tcPr>
          <w:p w14:paraId="7ED72F0D" w14:textId="2847E395" w:rsidR="00D24D3E" w:rsidRDefault="00D24D3E">
            <w:r>
              <w:t>AC 102</w:t>
            </w:r>
          </w:p>
        </w:tc>
        <w:tc>
          <w:tcPr>
            <w:tcW w:w="2880" w:type="dxa"/>
          </w:tcPr>
          <w:p w14:paraId="20350B06" w14:textId="68E48AB2" w:rsidR="00D24D3E" w:rsidRDefault="00D24D3E">
            <w:r>
              <w:t>Financial Accounting II</w:t>
            </w:r>
          </w:p>
        </w:tc>
        <w:tc>
          <w:tcPr>
            <w:tcW w:w="2880" w:type="dxa"/>
          </w:tcPr>
          <w:p w14:paraId="2DF49E0D" w14:textId="16A5285F" w:rsidR="00D24D3E" w:rsidRDefault="00D24D3E">
            <w:r>
              <w:t>4</w:t>
            </w:r>
          </w:p>
        </w:tc>
        <w:tc>
          <w:tcPr>
            <w:tcW w:w="2880" w:type="dxa"/>
          </w:tcPr>
          <w:p w14:paraId="1C602D65" w14:textId="4DC7475C" w:rsidR="00D24D3E" w:rsidRDefault="464D0B07">
            <w:r>
              <w:t>ACC 106</w:t>
            </w:r>
            <w:r w:rsidR="0AAEE6E2">
              <w:t xml:space="preserve"> (3)</w:t>
            </w:r>
            <w:r>
              <w:t xml:space="preserve"> and SSU T61</w:t>
            </w:r>
            <w:r w:rsidR="57922A9B">
              <w:t xml:space="preserve"> (1)</w:t>
            </w:r>
          </w:p>
        </w:tc>
        <w:tc>
          <w:tcPr>
            <w:tcW w:w="2880" w:type="dxa"/>
          </w:tcPr>
          <w:p w14:paraId="30BA38E9" w14:textId="7A448711" w:rsidR="00D24D3E" w:rsidRDefault="2614EAEF">
            <w:r>
              <w:t>Major Core Course</w:t>
            </w:r>
          </w:p>
        </w:tc>
      </w:tr>
      <w:tr w:rsidR="00D24D3E" w14:paraId="6ADAF84E" w14:textId="77777777" w:rsidTr="04F86F69">
        <w:tc>
          <w:tcPr>
            <w:tcW w:w="2880" w:type="dxa"/>
          </w:tcPr>
          <w:p w14:paraId="14AD1A6D" w14:textId="29F8F816" w:rsidR="00D24D3E" w:rsidRDefault="00D24D3E">
            <w:r>
              <w:t>EN 102</w:t>
            </w:r>
          </w:p>
        </w:tc>
        <w:tc>
          <w:tcPr>
            <w:tcW w:w="2880" w:type="dxa"/>
          </w:tcPr>
          <w:p w14:paraId="4FDB79E0" w14:textId="63759E71" w:rsidR="00D24D3E" w:rsidRDefault="00D24D3E">
            <w:r>
              <w:t>English Composition II</w:t>
            </w:r>
          </w:p>
        </w:tc>
        <w:tc>
          <w:tcPr>
            <w:tcW w:w="2880" w:type="dxa"/>
          </w:tcPr>
          <w:p w14:paraId="31DF5BA5" w14:textId="17E474B8" w:rsidR="00D24D3E" w:rsidRDefault="00D24D3E">
            <w:r>
              <w:t>3</w:t>
            </w:r>
          </w:p>
        </w:tc>
        <w:tc>
          <w:tcPr>
            <w:tcW w:w="2880" w:type="dxa"/>
          </w:tcPr>
          <w:p w14:paraId="60CB978A" w14:textId="3149227E" w:rsidR="00D24D3E" w:rsidRDefault="00D24D3E">
            <w:r>
              <w:t>ENL 110</w:t>
            </w:r>
          </w:p>
        </w:tc>
        <w:tc>
          <w:tcPr>
            <w:tcW w:w="2880" w:type="dxa"/>
          </w:tcPr>
          <w:p w14:paraId="7D8177B9" w14:textId="49F85CE6" w:rsidR="00D24D3E" w:rsidRDefault="03F5442F">
            <w:r>
              <w:t>Free Elective due to MassTransfer GenEd Exemption</w:t>
            </w:r>
          </w:p>
        </w:tc>
      </w:tr>
      <w:tr w:rsidR="00D24D3E" w14:paraId="7AE768BF" w14:textId="77777777" w:rsidTr="04F86F69">
        <w:tc>
          <w:tcPr>
            <w:tcW w:w="2880" w:type="dxa"/>
          </w:tcPr>
          <w:p w14:paraId="6D74AB2A" w14:textId="76C88CF9" w:rsidR="00D24D3E" w:rsidRDefault="00D24D3E">
            <w:r>
              <w:t>MK 103</w:t>
            </w:r>
          </w:p>
        </w:tc>
        <w:tc>
          <w:tcPr>
            <w:tcW w:w="2880" w:type="dxa"/>
          </w:tcPr>
          <w:p w14:paraId="2FD75A94" w14:textId="652034B7" w:rsidR="00D24D3E" w:rsidRDefault="00D24D3E">
            <w:r>
              <w:t>Principles of Marketing</w:t>
            </w:r>
          </w:p>
        </w:tc>
        <w:tc>
          <w:tcPr>
            <w:tcW w:w="2880" w:type="dxa"/>
          </w:tcPr>
          <w:p w14:paraId="73BA9E07" w14:textId="1675D6E2" w:rsidR="00D24D3E" w:rsidRDefault="00D24D3E">
            <w:r>
              <w:t>3</w:t>
            </w:r>
          </w:p>
        </w:tc>
        <w:tc>
          <w:tcPr>
            <w:tcW w:w="2880" w:type="dxa"/>
          </w:tcPr>
          <w:p w14:paraId="594D7092" w14:textId="4FB88678" w:rsidR="00D24D3E" w:rsidRDefault="00D24D3E">
            <w:r>
              <w:t>MKT 241N</w:t>
            </w:r>
          </w:p>
        </w:tc>
        <w:tc>
          <w:tcPr>
            <w:tcW w:w="2880" w:type="dxa"/>
          </w:tcPr>
          <w:p w14:paraId="2CF2DCA8" w14:textId="77777777" w:rsidR="00D24D3E" w:rsidRDefault="1E084798">
            <w:r>
              <w:t>Major Core Course</w:t>
            </w:r>
          </w:p>
          <w:p w14:paraId="0AE47EF6" w14:textId="4E3F932E" w:rsidR="004A562A" w:rsidRDefault="004A562A"/>
        </w:tc>
      </w:tr>
      <w:tr w:rsidR="00D24D3E" w14:paraId="50323F9F" w14:textId="77777777" w:rsidTr="04F86F69">
        <w:tc>
          <w:tcPr>
            <w:tcW w:w="2880" w:type="dxa"/>
          </w:tcPr>
          <w:p w14:paraId="1AAA6F3C" w14:textId="03A8F4B8" w:rsidR="00D24D3E" w:rsidRDefault="464D0B07">
            <w:r>
              <w:t>Humanities or Social Science Elective</w:t>
            </w:r>
            <w:r w:rsidR="12D33D55">
              <w:t xml:space="preserve"> - MUST be Social Science for MassTransfer GenEd requirements to be fulfilled</w:t>
            </w:r>
          </w:p>
        </w:tc>
        <w:tc>
          <w:tcPr>
            <w:tcW w:w="2880" w:type="dxa"/>
          </w:tcPr>
          <w:p w14:paraId="177A106A" w14:textId="2BEDAC5C" w:rsidR="00D24D3E" w:rsidRDefault="00D24D3E">
            <w:r>
              <w:t>Humanities or Social Science Elective</w:t>
            </w:r>
          </w:p>
        </w:tc>
        <w:tc>
          <w:tcPr>
            <w:tcW w:w="2880" w:type="dxa"/>
          </w:tcPr>
          <w:p w14:paraId="40D46E27" w14:textId="4E676086" w:rsidR="00D24D3E" w:rsidRDefault="00D24D3E">
            <w:r>
              <w:t>3</w:t>
            </w:r>
          </w:p>
        </w:tc>
        <w:tc>
          <w:tcPr>
            <w:tcW w:w="2880" w:type="dxa"/>
          </w:tcPr>
          <w:p w14:paraId="30929820" w14:textId="6D03C471" w:rsidR="00D24D3E" w:rsidRDefault="56107DD1">
            <w:r>
              <w:t>SSU Humanities or Social Science Elective</w:t>
            </w:r>
            <w:r w:rsidR="78212719">
              <w:t xml:space="preserve"> - SSU recommends SO 101 (SOC 110)</w:t>
            </w:r>
          </w:p>
        </w:tc>
        <w:tc>
          <w:tcPr>
            <w:tcW w:w="2880" w:type="dxa"/>
          </w:tcPr>
          <w:p w14:paraId="02E2C1D2" w14:textId="7219B230" w:rsidR="00D24D3E" w:rsidRDefault="78212719">
            <w:r>
              <w:t>Required Major Support Course</w:t>
            </w:r>
          </w:p>
        </w:tc>
      </w:tr>
      <w:tr w:rsidR="00D24D3E" w14:paraId="12F480B8" w14:textId="77777777" w:rsidTr="04F86F69">
        <w:tc>
          <w:tcPr>
            <w:tcW w:w="2880" w:type="dxa"/>
          </w:tcPr>
          <w:p w14:paraId="32BFA8A8" w14:textId="2E09B713" w:rsidR="00D24D3E" w:rsidRDefault="00D24D3E">
            <w:r>
              <w:t>AC 206</w:t>
            </w:r>
          </w:p>
        </w:tc>
        <w:tc>
          <w:tcPr>
            <w:tcW w:w="2880" w:type="dxa"/>
          </w:tcPr>
          <w:p w14:paraId="7DB6031A" w14:textId="6DB363BC" w:rsidR="00D24D3E" w:rsidRDefault="00D24D3E">
            <w:r>
              <w:t>Managerial Accounting</w:t>
            </w:r>
          </w:p>
        </w:tc>
        <w:tc>
          <w:tcPr>
            <w:tcW w:w="2880" w:type="dxa"/>
          </w:tcPr>
          <w:p w14:paraId="4AA206FD" w14:textId="15A1D26B" w:rsidR="00D24D3E" w:rsidRDefault="00D24D3E">
            <w:r>
              <w:t>4</w:t>
            </w:r>
          </w:p>
        </w:tc>
        <w:tc>
          <w:tcPr>
            <w:tcW w:w="2880" w:type="dxa"/>
          </w:tcPr>
          <w:p w14:paraId="44F2EC34" w14:textId="05D69BBF" w:rsidR="00D24D3E" w:rsidRDefault="00D24D3E">
            <w:r>
              <w:t>ACC 202</w:t>
            </w:r>
          </w:p>
        </w:tc>
        <w:tc>
          <w:tcPr>
            <w:tcW w:w="2880" w:type="dxa"/>
          </w:tcPr>
          <w:p w14:paraId="2BE5E731" w14:textId="77777777" w:rsidR="00D24D3E" w:rsidRDefault="568B33B3">
            <w:r>
              <w:t>Major Core Course</w:t>
            </w:r>
          </w:p>
          <w:p w14:paraId="365C6DFE" w14:textId="44DCFD9F" w:rsidR="006C6A12" w:rsidRDefault="006C6A12"/>
        </w:tc>
      </w:tr>
      <w:tr w:rsidR="00D24D3E" w14:paraId="07B46124" w14:textId="77777777" w:rsidTr="04F86F69">
        <w:tc>
          <w:tcPr>
            <w:tcW w:w="2880" w:type="dxa"/>
          </w:tcPr>
          <w:p w14:paraId="48FAC558" w14:textId="608C837E" w:rsidR="00D24D3E" w:rsidRDefault="00D24D3E">
            <w:r>
              <w:t>EC 201</w:t>
            </w:r>
          </w:p>
        </w:tc>
        <w:tc>
          <w:tcPr>
            <w:tcW w:w="2880" w:type="dxa"/>
          </w:tcPr>
          <w:p w14:paraId="5771AB24" w14:textId="19152A9D" w:rsidR="00D24D3E" w:rsidRDefault="00D24D3E">
            <w:r>
              <w:t>Principles of Macroeconomics</w:t>
            </w:r>
          </w:p>
        </w:tc>
        <w:tc>
          <w:tcPr>
            <w:tcW w:w="2880" w:type="dxa"/>
          </w:tcPr>
          <w:p w14:paraId="3EBF6CAE" w14:textId="09D86ABB" w:rsidR="00D24D3E" w:rsidRDefault="00D24D3E">
            <w:r>
              <w:t>3</w:t>
            </w:r>
          </w:p>
        </w:tc>
        <w:tc>
          <w:tcPr>
            <w:tcW w:w="2880" w:type="dxa"/>
          </w:tcPr>
          <w:p w14:paraId="50B91891" w14:textId="6C3EF047" w:rsidR="00D24D3E" w:rsidRDefault="00D24D3E">
            <w:r>
              <w:t>ECO 201</w:t>
            </w:r>
          </w:p>
        </w:tc>
        <w:tc>
          <w:tcPr>
            <w:tcW w:w="2880" w:type="dxa"/>
          </w:tcPr>
          <w:p w14:paraId="67F045D8" w14:textId="2A0C19B0" w:rsidR="00D24D3E" w:rsidRDefault="3544FAB6">
            <w:r>
              <w:t>Required Major Support Course</w:t>
            </w:r>
          </w:p>
        </w:tc>
      </w:tr>
      <w:tr w:rsidR="00D24D3E" w14:paraId="55D01214" w14:textId="77777777" w:rsidTr="04F86F69">
        <w:tc>
          <w:tcPr>
            <w:tcW w:w="2880" w:type="dxa"/>
          </w:tcPr>
          <w:p w14:paraId="2DFF443F" w14:textId="0C6CCF03" w:rsidR="00D24D3E" w:rsidRDefault="00D24D3E">
            <w:r>
              <w:t>Humanities Sequence</w:t>
            </w:r>
          </w:p>
        </w:tc>
        <w:tc>
          <w:tcPr>
            <w:tcW w:w="2880" w:type="dxa"/>
          </w:tcPr>
          <w:p w14:paraId="34E9F822" w14:textId="35B3C3E3" w:rsidR="00D24D3E" w:rsidRDefault="00D24D3E">
            <w:r>
              <w:t>Humanities Sequence</w:t>
            </w:r>
          </w:p>
        </w:tc>
        <w:tc>
          <w:tcPr>
            <w:tcW w:w="2880" w:type="dxa"/>
          </w:tcPr>
          <w:p w14:paraId="0EE102A0" w14:textId="326C3B40" w:rsidR="00D24D3E" w:rsidRDefault="00D24D3E">
            <w:r>
              <w:t>3</w:t>
            </w:r>
          </w:p>
        </w:tc>
        <w:tc>
          <w:tcPr>
            <w:tcW w:w="2880" w:type="dxa"/>
          </w:tcPr>
          <w:p w14:paraId="692E7888" w14:textId="219EC4DD" w:rsidR="00D24D3E" w:rsidRDefault="74446166">
            <w:r>
              <w:t>SSU Humanities Elective</w:t>
            </w:r>
          </w:p>
        </w:tc>
        <w:tc>
          <w:tcPr>
            <w:tcW w:w="2880" w:type="dxa"/>
          </w:tcPr>
          <w:p w14:paraId="36D2F364" w14:textId="2FC9C7A7" w:rsidR="00D24D3E" w:rsidRDefault="73DE1BC2">
            <w:r>
              <w:t>Free Elective due to MassTransfer GenEd Exemption</w:t>
            </w:r>
          </w:p>
        </w:tc>
      </w:tr>
      <w:tr w:rsidR="00D24D3E" w14:paraId="6830BA95" w14:textId="77777777" w:rsidTr="04F86F69">
        <w:tc>
          <w:tcPr>
            <w:tcW w:w="2880" w:type="dxa"/>
          </w:tcPr>
          <w:p w14:paraId="2A525F6F" w14:textId="7459A027" w:rsidR="00D24D3E" w:rsidRDefault="00D24D3E">
            <w:r>
              <w:t>Lab Science Elective</w:t>
            </w:r>
          </w:p>
        </w:tc>
        <w:tc>
          <w:tcPr>
            <w:tcW w:w="2880" w:type="dxa"/>
          </w:tcPr>
          <w:p w14:paraId="3523FAD2" w14:textId="36A34735" w:rsidR="00D24D3E" w:rsidRDefault="00D24D3E">
            <w:r>
              <w:t>Lab Science Elective</w:t>
            </w:r>
          </w:p>
        </w:tc>
        <w:tc>
          <w:tcPr>
            <w:tcW w:w="2880" w:type="dxa"/>
          </w:tcPr>
          <w:p w14:paraId="405A076E" w14:textId="31D05EA4" w:rsidR="00D24D3E" w:rsidRDefault="00D24D3E">
            <w:r>
              <w:t>4</w:t>
            </w:r>
          </w:p>
        </w:tc>
        <w:tc>
          <w:tcPr>
            <w:tcW w:w="2880" w:type="dxa"/>
          </w:tcPr>
          <w:p w14:paraId="58DBE931" w14:textId="5A4F88A4" w:rsidR="00D24D3E" w:rsidRDefault="3DAB70AD">
            <w:r>
              <w:t>SSU Lab Science Elective</w:t>
            </w:r>
          </w:p>
        </w:tc>
        <w:tc>
          <w:tcPr>
            <w:tcW w:w="2880" w:type="dxa"/>
          </w:tcPr>
          <w:p w14:paraId="7C7E14DE" w14:textId="77777777" w:rsidR="00D24D3E" w:rsidRDefault="42D3624D">
            <w:r>
              <w:t>Free Elective due to MassTransfer GenEd Exemption</w:t>
            </w:r>
          </w:p>
          <w:p w14:paraId="078DDBAA" w14:textId="643C05AC" w:rsidR="006C6A12" w:rsidRDefault="006C6A12"/>
        </w:tc>
      </w:tr>
      <w:tr w:rsidR="00D24D3E" w14:paraId="78E9A6B4" w14:textId="77777777" w:rsidTr="04F86F69">
        <w:tc>
          <w:tcPr>
            <w:tcW w:w="2880" w:type="dxa"/>
          </w:tcPr>
          <w:p w14:paraId="3072DE51" w14:textId="54570059" w:rsidR="00D24D3E" w:rsidRDefault="00D24D3E">
            <w:r>
              <w:lastRenderedPageBreak/>
              <w:t>Math Elective</w:t>
            </w:r>
          </w:p>
        </w:tc>
        <w:tc>
          <w:tcPr>
            <w:tcW w:w="2880" w:type="dxa"/>
          </w:tcPr>
          <w:p w14:paraId="41C78A64" w14:textId="074CAD8C" w:rsidR="00D24D3E" w:rsidRDefault="00D24D3E">
            <w:r>
              <w:t>Math Elective</w:t>
            </w:r>
          </w:p>
        </w:tc>
        <w:tc>
          <w:tcPr>
            <w:tcW w:w="2880" w:type="dxa"/>
          </w:tcPr>
          <w:p w14:paraId="1F14E450" w14:textId="1A7E90ED" w:rsidR="00D24D3E" w:rsidRDefault="00D24D3E">
            <w:r>
              <w:t>4</w:t>
            </w:r>
          </w:p>
        </w:tc>
        <w:tc>
          <w:tcPr>
            <w:tcW w:w="2880" w:type="dxa"/>
          </w:tcPr>
          <w:p w14:paraId="7F879D90" w14:textId="6BEA3FFB" w:rsidR="00D24D3E" w:rsidRDefault="64796CAD">
            <w:r>
              <w:t>SSU Mathematics Elective</w:t>
            </w:r>
            <w:r w:rsidR="2EB27C4D">
              <w:t xml:space="preserve"> – SSU recommends MA 105 (MAT 147)</w:t>
            </w:r>
          </w:p>
        </w:tc>
        <w:tc>
          <w:tcPr>
            <w:tcW w:w="2880" w:type="dxa"/>
          </w:tcPr>
          <w:p w14:paraId="10B4889D" w14:textId="16EAF8B4" w:rsidR="00D24D3E" w:rsidRDefault="2EB27C4D">
            <w:r>
              <w:t>Required Major Support Course (Counts in place of MAT 128)</w:t>
            </w:r>
          </w:p>
        </w:tc>
      </w:tr>
      <w:tr w:rsidR="00D24D3E" w14:paraId="1A890E6E" w14:textId="77777777" w:rsidTr="04F86F69">
        <w:tc>
          <w:tcPr>
            <w:tcW w:w="2880" w:type="dxa"/>
          </w:tcPr>
          <w:p w14:paraId="36AD4605" w14:textId="552A2BAD" w:rsidR="00D24D3E" w:rsidRDefault="00D24D3E">
            <w:r>
              <w:t>EC 202</w:t>
            </w:r>
          </w:p>
        </w:tc>
        <w:tc>
          <w:tcPr>
            <w:tcW w:w="2880" w:type="dxa"/>
          </w:tcPr>
          <w:p w14:paraId="306406C2" w14:textId="739A8AEA" w:rsidR="00D24D3E" w:rsidRDefault="00D24D3E">
            <w:r>
              <w:t>Principles of Microeconomics</w:t>
            </w:r>
          </w:p>
        </w:tc>
        <w:tc>
          <w:tcPr>
            <w:tcW w:w="2880" w:type="dxa"/>
          </w:tcPr>
          <w:p w14:paraId="08640B42" w14:textId="5F6CBD31" w:rsidR="00D24D3E" w:rsidRDefault="00D24D3E">
            <w:r>
              <w:t>3</w:t>
            </w:r>
          </w:p>
        </w:tc>
        <w:tc>
          <w:tcPr>
            <w:tcW w:w="2880" w:type="dxa"/>
          </w:tcPr>
          <w:p w14:paraId="0110A119" w14:textId="134B60E4" w:rsidR="00D24D3E" w:rsidRDefault="00D24D3E">
            <w:r>
              <w:t>ECO 202</w:t>
            </w:r>
          </w:p>
        </w:tc>
        <w:tc>
          <w:tcPr>
            <w:tcW w:w="2880" w:type="dxa"/>
          </w:tcPr>
          <w:p w14:paraId="7600DF72" w14:textId="76A0572D" w:rsidR="00D24D3E" w:rsidRDefault="00387686">
            <w:r>
              <w:t>Required Major Support Course</w:t>
            </w:r>
          </w:p>
        </w:tc>
      </w:tr>
      <w:tr w:rsidR="00D24D3E" w14:paraId="4C313D2B" w14:textId="77777777" w:rsidTr="04F86F69">
        <w:tc>
          <w:tcPr>
            <w:tcW w:w="2880" w:type="dxa"/>
          </w:tcPr>
          <w:p w14:paraId="16FB5446" w14:textId="6090B3E5" w:rsidR="00D24D3E" w:rsidRDefault="00D24D3E">
            <w:r>
              <w:t>LA 221</w:t>
            </w:r>
          </w:p>
        </w:tc>
        <w:tc>
          <w:tcPr>
            <w:tcW w:w="2880" w:type="dxa"/>
          </w:tcPr>
          <w:p w14:paraId="42DCD1C1" w14:textId="3A6F7CEE" w:rsidR="00D24D3E" w:rsidRDefault="00D24D3E">
            <w:r>
              <w:t>Principles of Business Law</w:t>
            </w:r>
          </w:p>
        </w:tc>
        <w:tc>
          <w:tcPr>
            <w:tcW w:w="2880" w:type="dxa"/>
          </w:tcPr>
          <w:p w14:paraId="2C67A82A" w14:textId="1C47DF95" w:rsidR="00D24D3E" w:rsidRDefault="00D24D3E">
            <w:r>
              <w:t>3</w:t>
            </w:r>
          </w:p>
        </w:tc>
        <w:tc>
          <w:tcPr>
            <w:tcW w:w="2880" w:type="dxa"/>
          </w:tcPr>
          <w:p w14:paraId="1FAB1EF0" w14:textId="2963E9F2" w:rsidR="00D24D3E" w:rsidRDefault="5BC0AA12">
            <w:r>
              <w:t>BUS</w:t>
            </w:r>
            <w:r w:rsidR="52A107D4">
              <w:t xml:space="preserve"> </w:t>
            </w:r>
            <w:r>
              <w:t>252</w:t>
            </w:r>
          </w:p>
        </w:tc>
        <w:tc>
          <w:tcPr>
            <w:tcW w:w="2880" w:type="dxa"/>
          </w:tcPr>
          <w:p w14:paraId="59956C48" w14:textId="77777777" w:rsidR="00D24D3E" w:rsidRDefault="0365106F">
            <w:r>
              <w:t>Major Core Course</w:t>
            </w:r>
          </w:p>
          <w:p w14:paraId="02CEA233" w14:textId="04F6D5D2" w:rsidR="00F717C9" w:rsidRDefault="00F717C9"/>
        </w:tc>
      </w:tr>
      <w:tr w:rsidR="00D24D3E" w14:paraId="71BFB782" w14:textId="77777777" w:rsidTr="04F86F69">
        <w:tc>
          <w:tcPr>
            <w:tcW w:w="2880" w:type="dxa"/>
          </w:tcPr>
          <w:p w14:paraId="18046EC5" w14:textId="37B00DBB" w:rsidR="00D24D3E" w:rsidRDefault="00D24D3E">
            <w:r>
              <w:t>Humanities Elective</w:t>
            </w:r>
          </w:p>
        </w:tc>
        <w:tc>
          <w:tcPr>
            <w:tcW w:w="2880" w:type="dxa"/>
          </w:tcPr>
          <w:p w14:paraId="7D1A455E" w14:textId="01B0E315" w:rsidR="00D24D3E" w:rsidRDefault="00D24D3E">
            <w:r>
              <w:t>Humanities Elective</w:t>
            </w:r>
          </w:p>
        </w:tc>
        <w:tc>
          <w:tcPr>
            <w:tcW w:w="2880" w:type="dxa"/>
          </w:tcPr>
          <w:p w14:paraId="73E42420" w14:textId="6CCE51C8" w:rsidR="00D24D3E" w:rsidRDefault="00D24D3E">
            <w:r>
              <w:t>3</w:t>
            </w:r>
          </w:p>
        </w:tc>
        <w:tc>
          <w:tcPr>
            <w:tcW w:w="2880" w:type="dxa"/>
          </w:tcPr>
          <w:p w14:paraId="124ADEEE" w14:textId="3E3CD4BE" w:rsidR="00D24D3E" w:rsidRDefault="02773166">
            <w:r>
              <w:t>SSU Humanities Elective</w:t>
            </w:r>
          </w:p>
        </w:tc>
        <w:tc>
          <w:tcPr>
            <w:tcW w:w="2880" w:type="dxa"/>
          </w:tcPr>
          <w:p w14:paraId="5D571B50" w14:textId="046AD47B" w:rsidR="00D24D3E" w:rsidRDefault="020DAD54">
            <w:r>
              <w:t>Free Elective due to MassTransfer GenEd Exemption</w:t>
            </w:r>
          </w:p>
        </w:tc>
      </w:tr>
      <w:tr w:rsidR="00D24D3E" w14:paraId="4606279F" w14:textId="77777777" w:rsidTr="04F86F69">
        <w:tc>
          <w:tcPr>
            <w:tcW w:w="2880" w:type="dxa"/>
          </w:tcPr>
          <w:p w14:paraId="62EFE232" w14:textId="0B816CBA" w:rsidR="00D24D3E" w:rsidRDefault="00D24D3E">
            <w:r>
              <w:t>Business Elective</w:t>
            </w:r>
          </w:p>
        </w:tc>
        <w:tc>
          <w:tcPr>
            <w:tcW w:w="2880" w:type="dxa"/>
          </w:tcPr>
          <w:p w14:paraId="27C58EA1" w14:textId="1745FF99" w:rsidR="00D24D3E" w:rsidRDefault="00D24D3E">
            <w:r>
              <w:t>Business Elective</w:t>
            </w:r>
          </w:p>
        </w:tc>
        <w:tc>
          <w:tcPr>
            <w:tcW w:w="2880" w:type="dxa"/>
          </w:tcPr>
          <w:p w14:paraId="60FD70A2" w14:textId="4975B4BF" w:rsidR="00D24D3E" w:rsidRDefault="00D24D3E">
            <w:r>
              <w:t>3/4</w:t>
            </w:r>
          </w:p>
        </w:tc>
        <w:tc>
          <w:tcPr>
            <w:tcW w:w="2880" w:type="dxa"/>
          </w:tcPr>
          <w:p w14:paraId="75D6CEE4" w14:textId="734F310E" w:rsidR="00D24D3E" w:rsidRDefault="705D9032">
            <w:r>
              <w:t>SSU Business Elective</w:t>
            </w:r>
            <w:r w:rsidR="78F31C23">
              <w:t xml:space="preserve"> - SSU recommends BU 100 (BUS 170)</w:t>
            </w:r>
          </w:p>
        </w:tc>
        <w:tc>
          <w:tcPr>
            <w:tcW w:w="2880" w:type="dxa"/>
          </w:tcPr>
          <w:p w14:paraId="4CCBEB13" w14:textId="0141EAE1" w:rsidR="00D24D3E" w:rsidRDefault="78F31C23">
            <w:r>
              <w:t>Major Core Course</w:t>
            </w:r>
          </w:p>
        </w:tc>
      </w:tr>
      <w:tr w:rsidR="00D24D3E" w14:paraId="7782A11A" w14:textId="77777777" w:rsidTr="04F86F69">
        <w:tc>
          <w:tcPr>
            <w:tcW w:w="2880" w:type="dxa"/>
          </w:tcPr>
          <w:p w14:paraId="752AD1EE" w14:textId="3C127BFF" w:rsidR="00D24D3E" w:rsidRDefault="00D24D3E">
            <w:r>
              <w:t>Science Elective</w:t>
            </w:r>
          </w:p>
        </w:tc>
        <w:tc>
          <w:tcPr>
            <w:tcW w:w="2880" w:type="dxa"/>
          </w:tcPr>
          <w:p w14:paraId="06C48922" w14:textId="73739241" w:rsidR="00D24D3E" w:rsidRDefault="00D24D3E">
            <w:r>
              <w:t>Science Elective</w:t>
            </w:r>
          </w:p>
        </w:tc>
        <w:tc>
          <w:tcPr>
            <w:tcW w:w="2880" w:type="dxa"/>
          </w:tcPr>
          <w:p w14:paraId="3CCD7F98" w14:textId="70198139" w:rsidR="00D24D3E" w:rsidRDefault="00D24D3E">
            <w:r>
              <w:t>3/4</w:t>
            </w:r>
          </w:p>
        </w:tc>
        <w:tc>
          <w:tcPr>
            <w:tcW w:w="2880" w:type="dxa"/>
          </w:tcPr>
          <w:p w14:paraId="32A4C46F" w14:textId="0338254B" w:rsidR="00D24D3E" w:rsidRDefault="733E76E4">
            <w:r>
              <w:t>SSU Science Elective</w:t>
            </w:r>
          </w:p>
        </w:tc>
        <w:tc>
          <w:tcPr>
            <w:tcW w:w="2880" w:type="dxa"/>
          </w:tcPr>
          <w:p w14:paraId="7610A479" w14:textId="1E34B0B3" w:rsidR="00D24D3E" w:rsidRDefault="309AFB72">
            <w:r>
              <w:t>Free Elective due to MassTransfer GenEd Exemption</w:t>
            </w:r>
          </w:p>
        </w:tc>
      </w:tr>
    </w:tbl>
    <w:p w14:paraId="7DBAB997" w14:textId="77777777" w:rsidR="00D24D3E" w:rsidRDefault="00710C6A">
      <w:pPr>
        <w:pStyle w:val="Heading2"/>
      </w:pPr>
      <w:r>
        <w:t>Program Credit Summary</w:t>
      </w:r>
    </w:p>
    <w:p w14:paraId="7F6EC904" w14:textId="5C5CAA24" w:rsidR="00D24D3E" w:rsidRDefault="27DD843E">
      <w:r>
        <w:t>Total Program Credits: 62/64</w:t>
      </w:r>
      <w:r>
        <w:br/>
        <w:t>Total Transfer Credits Applicable to Salem State University Program: 62/64</w:t>
      </w:r>
    </w:p>
    <w:p w14:paraId="15C0375D" w14:textId="77777777" w:rsidR="002549CE" w:rsidRDefault="002549CE"/>
    <w:tbl>
      <w:tblPr>
        <w:tblW w:w="10800" w:type="dxa"/>
        <w:tblBorders>
          <w:top w:val="single" w:sz="6" w:space="0" w:color="444444"/>
          <w:left w:val="single" w:sz="6" w:space="0" w:color="444444"/>
          <w:bottom w:val="single" w:sz="6" w:space="0" w:color="444444"/>
          <w:right w:val="single" w:sz="6" w:space="0" w:color="444444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41"/>
        <w:gridCol w:w="510"/>
        <w:gridCol w:w="1063"/>
        <w:gridCol w:w="3186"/>
      </w:tblGrid>
      <w:tr w:rsidR="002549CE" w:rsidRPr="00D146FD" w14:paraId="757F68BF" w14:textId="77777777" w:rsidTr="00BB3962">
        <w:tc>
          <w:tcPr>
            <w:tcW w:w="6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064324BF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44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58E57326" w14:textId="3F65EDF8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Catalog: 202</w:t>
            </w:r>
            <w:r w:rsidR="00AC2776">
              <w:rPr>
                <w:rFonts w:ascii="Aptos" w:hAnsi="Aptos"/>
                <w:sz w:val="20"/>
                <w:szCs w:val="20"/>
              </w:rPr>
              <w:t>6</w:t>
            </w:r>
            <w:r w:rsidRPr="00D146FD">
              <w:rPr>
                <w:rFonts w:ascii="Aptos" w:hAnsi="Aptos"/>
                <w:sz w:val="20"/>
                <w:szCs w:val="20"/>
              </w:rPr>
              <w:t>-202</w:t>
            </w:r>
            <w:r w:rsidR="00AC2776">
              <w:rPr>
                <w:rFonts w:ascii="Aptos" w:hAnsi="Aptos"/>
                <w:sz w:val="20"/>
                <w:szCs w:val="20"/>
              </w:rPr>
              <w:t>7</w:t>
            </w:r>
            <w:r w:rsidRPr="00D146FD">
              <w:rPr>
                <w:rFonts w:ascii="Aptos" w:hAnsi="Aptos"/>
                <w:sz w:val="20"/>
                <w:szCs w:val="20"/>
              </w:rPr>
              <w:t xml:space="preserve"> Undergraduate </w:t>
            </w:r>
          </w:p>
        </w:tc>
      </w:tr>
      <w:tr w:rsidR="002549CE" w:rsidRPr="00D146FD" w14:paraId="0C0F4740" w14:textId="77777777" w:rsidTr="00BB3962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3E24F77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Business Administration, Accounting Concentration, BSBA</w:t>
            </w:r>
          </w:p>
        </w:tc>
      </w:tr>
      <w:tr w:rsidR="002549CE" w:rsidRPr="00D146FD" w14:paraId="052F2A65" w14:textId="77777777" w:rsidTr="00BB3962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12D0C83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 xml:space="preserve">General Education Requirements </w:t>
            </w:r>
            <w:r w:rsidRPr="00D146FD">
              <w:rPr>
                <w:rFonts w:ascii="Aptos" w:hAnsi="Aptos"/>
                <w:i/>
                <w:iCs/>
                <w:color w:val="0070C0"/>
                <w:sz w:val="20"/>
                <w:szCs w:val="20"/>
                <w:u w:val="single"/>
              </w:rPr>
              <w:t>Waived / Will be Waived - Mass Transfer Gen Ed Foundation Complete or In Progress</w:t>
            </w:r>
          </w:p>
          <w:tbl>
            <w:tblPr>
              <w:tblW w:w="102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"/>
              <w:gridCol w:w="4410"/>
              <w:gridCol w:w="1260"/>
              <w:gridCol w:w="4140"/>
            </w:tblGrid>
            <w:tr w:rsidR="002549CE" w:rsidRPr="00D146FD" w14:paraId="61E4587D" w14:textId="77777777" w:rsidTr="00BB3962">
              <w:tc>
                <w:tcPr>
                  <w:tcW w:w="45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7845C225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27360D5D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D146FD">
                    <w:rPr>
                      <w:rFonts w:ascii="Aptos" w:eastAsia="Times New Roman" w:hAnsi="Aptos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6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5FAB6F71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29C17674">
                    <w:rPr>
                      <w:rFonts w:ascii="Aptos" w:hAnsi="Aptos"/>
                      <w:sz w:val="20"/>
                      <w:szCs w:val="20"/>
                    </w:rPr>
                    <w:t>4 credits</w:t>
                  </w:r>
                </w:p>
              </w:tc>
              <w:tc>
                <w:tcPr>
                  <w:tcW w:w="41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4EDF26E7" w14:textId="77777777" w:rsidR="002549CE" w:rsidRDefault="002549CE" w:rsidP="00BB3962">
                  <w:pPr>
                    <w:rPr>
                      <w:rFonts w:ascii="Aptos" w:eastAsia="Aptos" w:hAnsi="Aptos" w:cs="Arial"/>
                      <w:color w:val="000000" w:themeColor="text1"/>
                      <w:sz w:val="20"/>
                      <w:szCs w:val="20"/>
                    </w:rPr>
                  </w:pPr>
                  <w:r w:rsidRPr="29C17674">
                    <w:rPr>
                      <w:rFonts w:ascii="Aptos" w:eastAsia="Aptos" w:hAnsi="Aptos" w:cs="Arial"/>
                      <w:color w:val="000000" w:themeColor="text1"/>
                      <w:sz w:val="20"/>
                      <w:szCs w:val="20"/>
                    </w:rPr>
                    <w:t>AC 101</w:t>
                  </w:r>
                </w:p>
              </w:tc>
            </w:tr>
            <w:tr w:rsidR="002549CE" w:rsidRPr="00D146FD" w14:paraId="00A45838" w14:textId="77777777" w:rsidTr="00BB3962">
              <w:tc>
                <w:tcPr>
                  <w:tcW w:w="45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102394D2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4010F4DC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D146FD">
                    <w:rPr>
                      <w:rFonts w:ascii="Aptos" w:eastAsia="Times New Roman" w:hAnsi="Aptos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6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658E7B14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D146FD">
                    <w:rPr>
                      <w:rFonts w:ascii="Aptos" w:hAnsi="Aptos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1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2614A255" w14:textId="77777777" w:rsidR="002549CE" w:rsidRDefault="002549CE" w:rsidP="00BB3962">
                  <w:pPr>
                    <w:rPr>
                      <w:rFonts w:ascii="Aptos" w:eastAsia="Aptos" w:hAnsi="Aptos" w:cs="Arial"/>
                      <w:color w:val="000000" w:themeColor="text1"/>
                      <w:sz w:val="20"/>
                      <w:szCs w:val="20"/>
                    </w:rPr>
                  </w:pPr>
                  <w:r w:rsidRPr="29C17674">
                    <w:rPr>
                      <w:rFonts w:ascii="Aptos" w:eastAsia="Aptos" w:hAnsi="Aptos" w:cs="Arial"/>
                      <w:color w:val="000000" w:themeColor="text1"/>
                      <w:sz w:val="20"/>
                      <w:szCs w:val="20"/>
                    </w:rPr>
                    <w:t>BU 104</w:t>
                  </w:r>
                </w:p>
              </w:tc>
            </w:tr>
            <w:tr w:rsidR="002549CE" w:rsidRPr="00D146FD" w14:paraId="7AE54236" w14:textId="77777777" w:rsidTr="00BB3962">
              <w:tc>
                <w:tcPr>
                  <w:tcW w:w="45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3BD91ECE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137FA31A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D146FD">
                    <w:rPr>
                      <w:rFonts w:ascii="Aptos" w:eastAsia="Times New Roman" w:hAnsi="Aptos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6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22A0C85B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D146FD">
                    <w:rPr>
                      <w:rFonts w:ascii="Aptos" w:hAnsi="Aptos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1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0D330F79" w14:textId="77777777" w:rsidR="002549CE" w:rsidRDefault="002549CE" w:rsidP="00BB3962">
                  <w:pPr>
                    <w:rPr>
                      <w:rFonts w:ascii="Aptos" w:eastAsia="Aptos" w:hAnsi="Aptos" w:cs="Arial"/>
                      <w:color w:val="000000" w:themeColor="text1"/>
                      <w:sz w:val="20"/>
                      <w:szCs w:val="20"/>
                    </w:rPr>
                  </w:pPr>
                  <w:r w:rsidRPr="29C17674">
                    <w:rPr>
                      <w:rFonts w:ascii="Aptos" w:eastAsia="Aptos" w:hAnsi="Aptos" w:cs="Arial"/>
                      <w:color w:val="000000" w:themeColor="text1"/>
                      <w:sz w:val="20"/>
                      <w:szCs w:val="20"/>
                    </w:rPr>
                    <w:t>CT 100</w:t>
                  </w:r>
                </w:p>
              </w:tc>
            </w:tr>
            <w:tr w:rsidR="002549CE" w:rsidRPr="00D146FD" w14:paraId="796826BB" w14:textId="77777777" w:rsidTr="00BB3962">
              <w:tc>
                <w:tcPr>
                  <w:tcW w:w="45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482A06BB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0F510A2E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D146FD">
                    <w:rPr>
                      <w:rFonts w:ascii="Aptos" w:eastAsia="Times New Roman" w:hAnsi="Aptos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6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33003CCF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D146FD">
                    <w:rPr>
                      <w:rFonts w:ascii="Aptos" w:hAnsi="Aptos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1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2B29B096" w14:textId="77777777" w:rsidR="002549CE" w:rsidRDefault="002549CE" w:rsidP="00BB3962">
                  <w:pPr>
                    <w:rPr>
                      <w:rFonts w:ascii="Aptos" w:eastAsia="Aptos" w:hAnsi="Aptos" w:cs="Arial"/>
                      <w:color w:val="000000" w:themeColor="text1"/>
                      <w:sz w:val="20"/>
                      <w:szCs w:val="20"/>
                    </w:rPr>
                  </w:pPr>
                  <w:r w:rsidRPr="29C17674">
                    <w:rPr>
                      <w:rFonts w:ascii="Aptos" w:eastAsia="Aptos" w:hAnsi="Aptos" w:cs="Arial"/>
                      <w:color w:val="000000" w:themeColor="text1"/>
                      <w:sz w:val="20"/>
                      <w:szCs w:val="20"/>
                    </w:rPr>
                    <w:t>EN 101</w:t>
                  </w:r>
                </w:p>
              </w:tc>
            </w:tr>
            <w:tr w:rsidR="002549CE" w:rsidRPr="00D146FD" w14:paraId="295AB7DB" w14:textId="77777777" w:rsidTr="00BB3962">
              <w:tc>
                <w:tcPr>
                  <w:tcW w:w="45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2BA2D5A3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20EA91E1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D146FD">
                    <w:rPr>
                      <w:rFonts w:ascii="Aptos" w:eastAsia="Times New Roman" w:hAnsi="Aptos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6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61EB1909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D146FD">
                    <w:rPr>
                      <w:rFonts w:ascii="Aptos" w:hAnsi="Aptos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1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132C663C" w14:textId="77777777" w:rsidR="002549CE" w:rsidRPr="00D146FD" w:rsidRDefault="002549CE" w:rsidP="00BB3962">
                  <w:r w:rsidRPr="29C17674">
                    <w:rPr>
                      <w:rFonts w:ascii="Aptos" w:hAnsi="Aptos"/>
                      <w:sz w:val="20"/>
                      <w:szCs w:val="20"/>
                    </w:rPr>
                    <w:t>EN 102</w:t>
                  </w:r>
                </w:p>
              </w:tc>
            </w:tr>
            <w:tr w:rsidR="002549CE" w:rsidRPr="00D146FD" w14:paraId="12DE9113" w14:textId="77777777" w:rsidTr="00BB3962">
              <w:tc>
                <w:tcPr>
                  <w:tcW w:w="45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184C1EE8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3B4A75A9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D146FD">
                    <w:rPr>
                      <w:rFonts w:ascii="Aptos" w:eastAsia="Times New Roman" w:hAnsi="Aptos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6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3290A3E5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D146FD">
                    <w:rPr>
                      <w:rFonts w:ascii="Aptos" w:hAnsi="Aptos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1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71EC5750" w14:textId="77777777" w:rsidR="002549CE" w:rsidRPr="00D146FD" w:rsidRDefault="002549CE" w:rsidP="00BB3962">
                  <w:r w:rsidRPr="29C17674">
                    <w:rPr>
                      <w:rFonts w:ascii="Aptos" w:hAnsi="Aptos"/>
                      <w:sz w:val="20"/>
                      <w:szCs w:val="20"/>
                    </w:rPr>
                    <w:t>Humanities Sequence</w:t>
                  </w:r>
                </w:p>
              </w:tc>
            </w:tr>
            <w:tr w:rsidR="002549CE" w:rsidRPr="00D146FD" w14:paraId="4C4D703D" w14:textId="77777777" w:rsidTr="00BB3962">
              <w:tc>
                <w:tcPr>
                  <w:tcW w:w="45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7F7046DD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115B78A2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D146FD">
                    <w:rPr>
                      <w:rFonts w:ascii="Aptos" w:eastAsia="Times New Roman" w:hAnsi="Aptos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6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7D2FAB80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29C17674">
                    <w:rPr>
                      <w:rFonts w:ascii="Aptos" w:hAnsi="Aptos"/>
                      <w:sz w:val="20"/>
                      <w:szCs w:val="20"/>
                    </w:rPr>
                    <w:t>4 credits</w:t>
                  </w:r>
                </w:p>
              </w:tc>
              <w:tc>
                <w:tcPr>
                  <w:tcW w:w="41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28D346BC" w14:textId="77777777" w:rsidR="002549CE" w:rsidRPr="00D146FD" w:rsidRDefault="002549CE" w:rsidP="00BB3962">
                  <w:r w:rsidRPr="29C17674">
                    <w:rPr>
                      <w:rFonts w:ascii="Aptos" w:hAnsi="Aptos"/>
                      <w:sz w:val="20"/>
                      <w:szCs w:val="20"/>
                    </w:rPr>
                    <w:t>Lab Science Elective</w:t>
                  </w:r>
                </w:p>
              </w:tc>
            </w:tr>
            <w:tr w:rsidR="002549CE" w:rsidRPr="00D146FD" w14:paraId="005E9647" w14:textId="77777777" w:rsidTr="00BB3962">
              <w:tc>
                <w:tcPr>
                  <w:tcW w:w="45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51D7BB1C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5C32110A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D146FD">
                    <w:rPr>
                      <w:rFonts w:ascii="Aptos" w:eastAsia="Times New Roman" w:hAnsi="Aptos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6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07C48DBE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D146FD">
                    <w:rPr>
                      <w:rFonts w:ascii="Aptos" w:hAnsi="Aptos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1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1A7E7516" w14:textId="77777777" w:rsidR="002549CE" w:rsidRPr="00D146FD" w:rsidRDefault="002549CE" w:rsidP="00BB3962">
                  <w:r w:rsidRPr="29C17674">
                    <w:rPr>
                      <w:rFonts w:ascii="Aptos" w:hAnsi="Aptos"/>
                      <w:sz w:val="20"/>
                      <w:szCs w:val="20"/>
                    </w:rPr>
                    <w:t>Humanities Elective</w:t>
                  </w:r>
                </w:p>
              </w:tc>
            </w:tr>
            <w:tr w:rsidR="002549CE" w:rsidRPr="00D146FD" w14:paraId="65D15CD3" w14:textId="77777777" w:rsidTr="00BB3962">
              <w:tc>
                <w:tcPr>
                  <w:tcW w:w="45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47B7C7A2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70726146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D146FD">
                    <w:rPr>
                      <w:rFonts w:ascii="Aptos" w:eastAsia="Times New Roman" w:hAnsi="Aptos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6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6F0AB755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29C17674">
                    <w:rPr>
                      <w:rFonts w:ascii="Aptos" w:hAnsi="Aptos"/>
                      <w:sz w:val="20"/>
                      <w:szCs w:val="20"/>
                    </w:rPr>
                    <w:t>3-4 credits</w:t>
                  </w:r>
                </w:p>
              </w:tc>
              <w:tc>
                <w:tcPr>
                  <w:tcW w:w="41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0928304B" w14:textId="77777777" w:rsidR="002549CE" w:rsidRPr="00D146FD" w:rsidRDefault="002549CE" w:rsidP="00BB3962">
                  <w:r w:rsidRPr="29C17674">
                    <w:rPr>
                      <w:rFonts w:ascii="Aptos" w:hAnsi="Aptos"/>
                      <w:sz w:val="20"/>
                      <w:szCs w:val="20"/>
                    </w:rPr>
                    <w:t>Science Elective</w:t>
                  </w:r>
                </w:p>
              </w:tc>
            </w:tr>
            <w:tr w:rsidR="002549CE" w:rsidRPr="00D146FD" w14:paraId="6532C523" w14:textId="77777777" w:rsidTr="00BB3962">
              <w:tc>
                <w:tcPr>
                  <w:tcW w:w="45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2BE2F19B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3C5B90D0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D146FD">
                    <w:rPr>
                      <w:rFonts w:ascii="Aptos" w:eastAsia="Times New Roman" w:hAnsi="Aptos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6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1FCF5CAC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D146FD">
                    <w:rPr>
                      <w:rFonts w:ascii="Aptos" w:hAnsi="Aptos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1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7122F58B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2549CE" w:rsidRPr="00D146FD" w14:paraId="21FF2C23" w14:textId="77777777" w:rsidTr="00BB3962">
              <w:tc>
                <w:tcPr>
                  <w:tcW w:w="45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67C1C26E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0F4CD353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D146FD">
                    <w:rPr>
                      <w:rFonts w:ascii="Aptos" w:eastAsia="Times New Roman" w:hAnsi="Aptos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6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1153D712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D146FD">
                    <w:rPr>
                      <w:rFonts w:ascii="Aptos" w:hAnsi="Aptos"/>
                      <w:sz w:val="20"/>
                      <w:szCs w:val="20"/>
                    </w:rPr>
                    <w:t>4 credits</w:t>
                  </w:r>
                </w:p>
              </w:tc>
              <w:tc>
                <w:tcPr>
                  <w:tcW w:w="41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586E7EB1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</w:tbl>
          <w:p w14:paraId="554CFA67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  </w:t>
            </w:r>
          </w:p>
        </w:tc>
      </w:tr>
      <w:tr w:rsidR="002549CE" w:rsidRPr="00D146FD" w14:paraId="52BE3B9B" w14:textId="77777777" w:rsidTr="00BB3962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D7A2A85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lastRenderedPageBreak/>
              <w:t>Courses in Major (58 credits total)</w:t>
            </w:r>
          </w:p>
        </w:tc>
      </w:tr>
      <w:tr w:rsidR="002549CE" w:rsidRPr="00D146FD" w14:paraId="43EDEDFD" w14:textId="77777777" w:rsidTr="00BB3962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7019CEC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Major Core Courses (34 credits)</w:t>
            </w:r>
          </w:p>
        </w:tc>
      </w:tr>
      <w:tr w:rsidR="002549CE" w:rsidRPr="00D146FD" w14:paraId="69502EFF" w14:textId="77777777" w:rsidTr="00BB3962">
        <w:tc>
          <w:tcPr>
            <w:tcW w:w="585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9CFDE1A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Course Name</w:t>
            </w:r>
          </w:p>
        </w:tc>
        <w:tc>
          <w:tcPr>
            <w:tcW w:w="152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56884118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443611A8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549CE" w:rsidRPr="00D146FD" w14:paraId="0436B1C7" w14:textId="77777777" w:rsidTr="00BB3962">
        <w:tc>
          <w:tcPr>
            <w:tcW w:w="585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427EC17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BUS 170 Introduction to Business</w:t>
            </w:r>
          </w:p>
        </w:tc>
        <w:tc>
          <w:tcPr>
            <w:tcW w:w="152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A990712" w14:textId="77777777" w:rsidR="002549CE" w:rsidRPr="00D146FD" w:rsidRDefault="002549CE" w:rsidP="00BB3962">
            <w:r w:rsidRPr="29C17674">
              <w:rPr>
                <w:rFonts w:ascii="Aptos" w:hAnsi="Aptos"/>
                <w:sz w:val="20"/>
                <w:szCs w:val="20"/>
              </w:rPr>
              <w:t>3</w:t>
            </w:r>
          </w:p>
        </w:tc>
        <w:tc>
          <w:tcPr>
            <w:tcW w:w="34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BB119C6" w14:textId="4C05B20D" w:rsidR="002549CE" w:rsidRPr="00D146FD" w:rsidRDefault="002549CE" w:rsidP="00BB3962">
            <w:r w:rsidRPr="29C17674">
              <w:rPr>
                <w:rFonts w:ascii="Aptos" w:hAnsi="Aptos"/>
                <w:sz w:val="20"/>
                <w:szCs w:val="20"/>
              </w:rPr>
              <w:t>BU 100</w:t>
            </w:r>
            <w:r w:rsidR="00AA74CA">
              <w:rPr>
                <w:rFonts w:ascii="Aptos" w:hAnsi="Aptos"/>
                <w:sz w:val="20"/>
                <w:szCs w:val="20"/>
              </w:rPr>
              <w:t xml:space="preserve"> (if chosen as elective)</w:t>
            </w:r>
          </w:p>
        </w:tc>
      </w:tr>
      <w:tr w:rsidR="002549CE" w:rsidRPr="00D146FD" w14:paraId="35C8D338" w14:textId="77777777" w:rsidTr="00BB3962">
        <w:tc>
          <w:tcPr>
            <w:tcW w:w="585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14EC1AF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ACC 106 Financial Accounting</w:t>
            </w:r>
          </w:p>
        </w:tc>
        <w:tc>
          <w:tcPr>
            <w:tcW w:w="152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5693EBA" w14:textId="6377DA92" w:rsidR="002549CE" w:rsidRPr="00D146FD" w:rsidRDefault="000A2A9A" w:rsidP="00BB3962">
            <w:r>
              <w:t>3</w:t>
            </w:r>
          </w:p>
        </w:tc>
        <w:tc>
          <w:tcPr>
            <w:tcW w:w="34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1982B7B" w14:textId="4B1970CF" w:rsidR="002549CE" w:rsidRPr="00D146FD" w:rsidRDefault="002549CE" w:rsidP="00BB3962">
            <w:r w:rsidRPr="29C17674">
              <w:rPr>
                <w:rFonts w:ascii="Aptos" w:hAnsi="Aptos"/>
                <w:sz w:val="20"/>
                <w:szCs w:val="20"/>
              </w:rPr>
              <w:t>AC 102</w:t>
            </w:r>
            <w:r w:rsidR="000A2A9A">
              <w:rPr>
                <w:rFonts w:ascii="Aptos" w:hAnsi="Aptos"/>
                <w:sz w:val="20"/>
                <w:szCs w:val="20"/>
              </w:rPr>
              <w:t xml:space="preserve"> </w:t>
            </w:r>
          </w:p>
        </w:tc>
      </w:tr>
      <w:tr w:rsidR="002549CE" w:rsidRPr="00D146FD" w14:paraId="1E01FFD8" w14:textId="77777777" w:rsidTr="00BB3962">
        <w:tc>
          <w:tcPr>
            <w:tcW w:w="585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45BD465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ACC 202 Managerial Accounting</w:t>
            </w:r>
          </w:p>
        </w:tc>
        <w:tc>
          <w:tcPr>
            <w:tcW w:w="152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1F02AB8" w14:textId="77777777" w:rsidR="002549CE" w:rsidRPr="00D146FD" w:rsidRDefault="002549CE" w:rsidP="00BB3962">
            <w:r w:rsidRPr="29C17674">
              <w:rPr>
                <w:rFonts w:ascii="Aptos" w:hAnsi="Aptos"/>
                <w:sz w:val="20"/>
                <w:szCs w:val="20"/>
              </w:rPr>
              <w:t>4</w:t>
            </w:r>
          </w:p>
        </w:tc>
        <w:tc>
          <w:tcPr>
            <w:tcW w:w="34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5A38A6A" w14:textId="77777777" w:rsidR="002549CE" w:rsidRPr="00D146FD" w:rsidRDefault="002549CE" w:rsidP="00BB3962">
            <w:r w:rsidRPr="29C17674">
              <w:rPr>
                <w:rFonts w:ascii="Aptos" w:hAnsi="Aptos"/>
                <w:sz w:val="20"/>
                <w:szCs w:val="20"/>
              </w:rPr>
              <w:t>AC 206</w:t>
            </w:r>
          </w:p>
        </w:tc>
      </w:tr>
      <w:tr w:rsidR="002549CE" w:rsidRPr="00D146FD" w14:paraId="3A9930D4" w14:textId="77777777" w:rsidTr="00BB3962">
        <w:tc>
          <w:tcPr>
            <w:tcW w:w="585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DC0CB46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BUS 220 Career Management and Professional Development</w:t>
            </w:r>
          </w:p>
        </w:tc>
        <w:tc>
          <w:tcPr>
            <w:tcW w:w="152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843130B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03E8C4D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549CE" w:rsidRPr="00D146FD" w14:paraId="5475D5B6" w14:textId="77777777" w:rsidTr="00BB3962">
        <w:tc>
          <w:tcPr>
            <w:tcW w:w="585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1F2FA1A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MGT 332 Organizational Behavior</w:t>
            </w:r>
          </w:p>
        </w:tc>
        <w:tc>
          <w:tcPr>
            <w:tcW w:w="152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1717D0F" w14:textId="77777777" w:rsidR="002549CE" w:rsidRPr="00D146FD" w:rsidRDefault="002549CE" w:rsidP="00BB3962">
            <w:r w:rsidRPr="29C17674">
              <w:rPr>
                <w:rFonts w:ascii="Aptos" w:hAnsi="Aptos"/>
                <w:sz w:val="20"/>
                <w:szCs w:val="20"/>
              </w:rPr>
              <w:t>3</w:t>
            </w:r>
          </w:p>
        </w:tc>
        <w:tc>
          <w:tcPr>
            <w:tcW w:w="34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9D7521B" w14:textId="10F15BE7" w:rsidR="002549CE" w:rsidRPr="00D146FD" w:rsidRDefault="002549CE" w:rsidP="00BB3962">
            <w:r w:rsidRPr="29C17674">
              <w:rPr>
                <w:rFonts w:ascii="Aptos" w:hAnsi="Aptos"/>
                <w:sz w:val="20"/>
                <w:szCs w:val="20"/>
              </w:rPr>
              <w:t>MG 101</w:t>
            </w:r>
            <w:r w:rsidR="000A2A9A">
              <w:rPr>
                <w:rFonts w:ascii="Aptos" w:hAnsi="Aptos"/>
                <w:sz w:val="20"/>
                <w:szCs w:val="20"/>
              </w:rPr>
              <w:t xml:space="preserve"> SUB</w:t>
            </w:r>
          </w:p>
        </w:tc>
      </w:tr>
      <w:tr w:rsidR="002549CE" w:rsidRPr="00D146FD" w14:paraId="6C346E19" w14:textId="77777777" w:rsidTr="00BB3962">
        <w:tc>
          <w:tcPr>
            <w:tcW w:w="585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7948EE5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MKT 241N Principles of Marketing</w:t>
            </w:r>
          </w:p>
        </w:tc>
        <w:tc>
          <w:tcPr>
            <w:tcW w:w="152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93AB09F" w14:textId="77777777" w:rsidR="002549CE" w:rsidRPr="00D146FD" w:rsidRDefault="002549CE" w:rsidP="00BB3962">
            <w:r w:rsidRPr="29C17674">
              <w:rPr>
                <w:rFonts w:ascii="Aptos" w:hAnsi="Aptos"/>
                <w:sz w:val="20"/>
                <w:szCs w:val="20"/>
              </w:rPr>
              <w:t>3</w:t>
            </w:r>
          </w:p>
        </w:tc>
        <w:tc>
          <w:tcPr>
            <w:tcW w:w="34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B969DE6" w14:textId="77777777" w:rsidR="002549CE" w:rsidRPr="00D146FD" w:rsidRDefault="002549CE" w:rsidP="00BB3962">
            <w:r w:rsidRPr="29C17674">
              <w:rPr>
                <w:rFonts w:ascii="Aptos" w:hAnsi="Aptos"/>
                <w:sz w:val="20"/>
                <w:szCs w:val="20"/>
              </w:rPr>
              <w:t>MK 103</w:t>
            </w:r>
          </w:p>
        </w:tc>
      </w:tr>
      <w:tr w:rsidR="002549CE" w:rsidRPr="00D146FD" w14:paraId="3C146A18" w14:textId="77777777" w:rsidTr="00BB3962">
        <w:tc>
          <w:tcPr>
            <w:tcW w:w="585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270A45A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BUS 252 Business Law I</w:t>
            </w:r>
          </w:p>
        </w:tc>
        <w:tc>
          <w:tcPr>
            <w:tcW w:w="152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65DE07F" w14:textId="77777777" w:rsidR="002549CE" w:rsidRPr="00D146FD" w:rsidRDefault="002549CE" w:rsidP="00BB3962">
            <w:r w:rsidRPr="29C17674">
              <w:rPr>
                <w:rFonts w:ascii="Aptos" w:hAnsi="Aptos"/>
                <w:sz w:val="20"/>
                <w:szCs w:val="20"/>
              </w:rPr>
              <w:t>3</w:t>
            </w:r>
          </w:p>
        </w:tc>
        <w:tc>
          <w:tcPr>
            <w:tcW w:w="34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A7A2CC5" w14:textId="77777777" w:rsidR="002549CE" w:rsidRPr="00D146FD" w:rsidRDefault="002549CE" w:rsidP="00BB3962">
            <w:r w:rsidRPr="29C17674">
              <w:rPr>
                <w:rFonts w:ascii="Aptos" w:hAnsi="Aptos"/>
                <w:sz w:val="20"/>
                <w:szCs w:val="20"/>
              </w:rPr>
              <w:t>LA 221</w:t>
            </w:r>
          </w:p>
        </w:tc>
      </w:tr>
      <w:tr w:rsidR="002549CE" w:rsidRPr="00D146FD" w14:paraId="5530BADF" w14:textId="77777777" w:rsidTr="00BB3962">
        <w:tc>
          <w:tcPr>
            <w:tcW w:w="585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636DD2D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FIN 301 Principles of Finance</w:t>
            </w:r>
          </w:p>
        </w:tc>
        <w:tc>
          <w:tcPr>
            <w:tcW w:w="152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1D00BF9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568166B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549CE" w:rsidRPr="00D146FD" w14:paraId="461C2404" w14:textId="77777777" w:rsidTr="00BB3962">
        <w:tc>
          <w:tcPr>
            <w:tcW w:w="585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97DD919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lastRenderedPageBreak/>
              <w:t>MIS 201 Introduction to Information Systems</w:t>
            </w:r>
          </w:p>
        </w:tc>
        <w:tc>
          <w:tcPr>
            <w:tcW w:w="152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BFE76FC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C2798C1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549CE" w:rsidRPr="00D146FD" w14:paraId="63537E8D" w14:textId="77777777" w:rsidTr="00BB3962">
        <w:tc>
          <w:tcPr>
            <w:tcW w:w="585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09E89B1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ODS 262 Quantitative Analysis</w:t>
            </w:r>
          </w:p>
        </w:tc>
        <w:tc>
          <w:tcPr>
            <w:tcW w:w="152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D1515C8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CF16243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549CE" w:rsidRPr="00D146FD" w14:paraId="1D27091A" w14:textId="77777777" w:rsidTr="00BB3962">
        <w:tc>
          <w:tcPr>
            <w:tcW w:w="585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52ADBBD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ODS 333 Operations and Logistics Management</w:t>
            </w:r>
          </w:p>
        </w:tc>
        <w:tc>
          <w:tcPr>
            <w:tcW w:w="152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83CA672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9CA3383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549CE" w:rsidRPr="00D146FD" w14:paraId="41D82C16" w14:textId="77777777" w:rsidTr="00BB3962">
        <w:tc>
          <w:tcPr>
            <w:tcW w:w="585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D94DC1F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BUS 470 Business Policy &amp; Strategy</w:t>
            </w:r>
          </w:p>
        </w:tc>
        <w:tc>
          <w:tcPr>
            <w:tcW w:w="152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2CD7B82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00819F2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549CE" w:rsidRPr="00D146FD" w14:paraId="42981F53" w14:textId="77777777" w:rsidTr="00BB3962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D20134C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Major Concentration Courses (24 credits)</w:t>
            </w:r>
          </w:p>
          <w:p w14:paraId="72911323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 </w:t>
            </w:r>
          </w:p>
        </w:tc>
      </w:tr>
      <w:tr w:rsidR="002549CE" w:rsidRPr="00D146FD" w14:paraId="2CAF185C" w14:textId="77777777" w:rsidTr="00BB3962">
        <w:tc>
          <w:tcPr>
            <w:tcW w:w="585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0F6857F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Course Name</w:t>
            </w:r>
          </w:p>
        </w:tc>
        <w:tc>
          <w:tcPr>
            <w:tcW w:w="152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6C6C4AE0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1181693E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549CE" w:rsidRPr="00D146FD" w14:paraId="452D6B4D" w14:textId="77777777" w:rsidTr="00BB3962">
        <w:tc>
          <w:tcPr>
            <w:tcW w:w="585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4465B09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ACC 300 Intermediate Accounting I</w:t>
            </w:r>
          </w:p>
        </w:tc>
        <w:tc>
          <w:tcPr>
            <w:tcW w:w="152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A1F4B67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D9C6DD0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549CE" w:rsidRPr="00D146FD" w14:paraId="75333000" w14:textId="77777777" w:rsidTr="00BB3962">
        <w:tc>
          <w:tcPr>
            <w:tcW w:w="585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A7A3F49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ACC 301 Intermediate Accounting II</w:t>
            </w:r>
          </w:p>
        </w:tc>
        <w:tc>
          <w:tcPr>
            <w:tcW w:w="152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EDADD50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D692166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549CE" w:rsidRPr="00D146FD" w14:paraId="4DFA666F" w14:textId="77777777" w:rsidTr="00BB3962">
        <w:tc>
          <w:tcPr>
            <w:tcW w:w="585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7C56A35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ACC 305 Federal Taxation</w:t>
            </w:r>
          </w:p>
        </w:tc>
        <w:tc>
          <w:tcPr>
            <w:tcW w:w="152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B8856FB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87DD252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549CE" w:rsidRPr="00D146FD" w14:paraId="2C32D2B8" w14:textId="77777777" w:rsidTr="00BB3962">
        <w:tc>
          <w:tcPr>
            <w:tcW w:w="585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A389794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ACC 364 Accounting Information Systems</w:t>
            </w:r>
          </w:p>
        </w:tc>
        <w:tc>
          <w:tcPr>
            <w:tcW w:w="152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81BC7C9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CCC1448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549CE" w:rsidRPr="00D146FD" w14:paraId="3E2C6216" w14:textId="77777777" w:rsidTr="00BB3962">
        <w:tc>
          <w:tcPr>
            <w:tcW w:w="585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4CA980A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ACC 400 Advanced Accounting</w:t>
            </w:r>
          </w:p>
        </w:tc>
        <w:tc>
          <w:tcPr>
            <w:tcW w:w="152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B377E24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AEF01FE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549CE" w:rsidRPr="00D146FD" w14:paraId="32B2356A" w14:textId="77777777" w:rsidTr="00BB3962">
        <w:tc>
          <w:tcPr>
            <w:tcW w:w="585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7BBC6B9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ACC 407 Auditing Theory and Practice</w:t>
            </w:r>
          </w:p>
        </w:tc>
        <w:tc>
          <w:tcPr>
            <w:tcW w:w="152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9C39428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F177A0E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549CE" w:rsidRPr="00D146FD" w14:paraId="23930497" w14:textId="77777777" w:rsidTr="00BB3962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9B80489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Choose Two Concentration Electives:</w:t>
            </w:r>
          </w:p>
        </w:tc>
      </w:tr>
      <w:tr w:rsidR="002549CE" w:rsidRPr="00D146FD" w14:paraId="232E93D3" w14:textId="77777777" w:rsidTr="00BB3962">
        <w:tc>
          <w:tcPr>
            <w:tcW w:w="585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A23E268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Course Name</w:t>
            </w:r>
          </w:p>
        </w:tc>
        <w:tc>
          <w:tcPr>
            <w:tcW w:w="152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2DB1898C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0EF68A91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549CE" w:rsidRPr="00D146FD" w14:paraId="1A80E89F" w14:textId="77777777" w:rsidTr="00BB3962">
        <w:tc>
          <w:tcPr>
            <w:tcW w:w="585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CE9D381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ACC 306 Cost Accounting</w:t>
            </w:r>
          </w:p>
        </w:tc>
        <w:tc>
          <w:tcPr>
            <w:tcW w:w="152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163CB23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C74DE4D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549CE" w:rsidRPr="00D146FD" w14:paraId="584B511E" w14:textId="77777777" w:rsidTr="00BB3962">
        <w:tc>
          <w:tcPr>
            <w:tcW w:w="585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E68DB86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ACC 350 Forensic Accounting</w:t>
            </w:r>
          </w:p>
        </w:tc>
        <w:tc>
          <w:tcPr>
            <w:tcW w:w="152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7BA939F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BBE22D6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549CE" w:rsidRPr="00D146FD" w14:paraId="70A89F2A" w14:textId="77777777" w:rsidTr="00BB3962">
        <w:tc>
          <w:tcPr>
            <w:tcW w:w="585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C73E2E2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ACC 405 Advanced Federal Taxation</w:t>
            </w:r>
          </w:p>
        </w:tc>
        <w:tc>
          <w:tcPr>
            <w:tcW w:w="152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4D3E306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FB93EBD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549CE" w:rsidRPr="00D146FD" w14:paraId="5BC67BFF" w14:textId="77777777" w:rsidTr="00BB3962">
        <w:tc>
          <w:tcPr>
            <w:tcW w:w="585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FEF0B8B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ACC 418 Legal issues in Accounting and Finance</w:t>
            </w:r>
          </w:p>
        </w:tc>
        <w:tc>
          <w:tcPr>
            <w:tcW w:w="152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09A7B95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183E3CA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549CE" w:rsidRPr="00D146FD" w14:paraId="1F9F6F3D" w14:textId="77777777" w:rsidTr="00BB3962">
        <w:tc>
          <w:tcPr>
            <w:tcW w:w="585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88FC7A4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ACC 420N Accounting for Governmental and Non-profit Entities</w:t>
            </w:r>
          </w:p>
        </w:tc>
        <w:tc>
          <w:tcPr>
            <w:tcW w:w="152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EEACEE5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1100BBF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549CE" w:rsidRPr="00D146FD" w14:paraId="13BFD7C6" w14:textId="77777777" w:rsidTr="00BB3962">
        <w:tc>
          <w:tcPr>
            <w:tcW w:w="585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27B2A43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lastRenderedPageBreak/>
              <w:t>†  ACC 485 Accounting Internship</w:t>
            </w:r>
          </w:p>
        </w:tc>
        <w:tc>
          <w:tcPr>
            <w:tcW w:w="152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A112189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E404C67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549CE" w:rsidRPr="00D146FD" w14:paraId="45649929" w14:textId="77777777" w:rsidTr="00BB3962">
        <w:tc>
          <w:tcPr>
            <w:tcW w:w="585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1C57DED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ACC 499 Special Topics in Accounting</w:t>
            </w:r>
          </w:p>
        </w:tc>
        <w:tc>
          <w:tcPr>
            <w:tcW w:w="152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07CD360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FC5E164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549CE" w:rsidRPr="00D146FD" w14:paraId="2C88EFE4" w14:textId="77777777" w:rsidTr="00BB3962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F549FF2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Segoe UI Symbol" w:hAnsi="Segoe UI Symbol" w:cs="Segoe UI Symbol"/>
                <w:sz w:val="20"/>
                <w:szCs w:val="20"/>
              </w:rPr>
              <w:t>♥</w:t>
            </w:r>
            <w:r w:rsidRPr="00D146FD">
              <w:rPr>
                <w:rFonts w:ascii="Aptos" w:hAnsi="Aptos"/>
                <w:sz w:val="20"/>
                <w:szCs w:val="20"/>
              </w:rPr>
              <w:t xml:space="preserve"> Required Support Courses (12 credits total)</w:t>
            </w:r>
          </w:p>
        </w:tc>
      </w:tr>
      <w:tr w:rsidR="002549CE" w:rsidRPr="00D146FD" w14:paraId="5A0B63CD" w14:textId="77777777" w:rsidTr="00BB3962">
        <w:tc>
          <w:tcPr>
            <w:tcW w:w="585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C67C3AA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Course Name</w:t>
            </w:r>
          </w:p>
        </w:tc>
        <w:tc>
          <w:tcPr>
            <w:tcW w:w="152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53CA0F52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09BAB055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549CE" w:rsidRPr="00D146FD" w14:paraId="29295FF8" w14:textId="77777777" w:rsidTr="00BB3962">
        <w:tc>
          <w:tcPr>
            <w:tcW w:w="585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2008EC9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ECO 201 Principles of Macroeconomics</w:t>
            </w:r>
          </w:p>
        </w:tc>
        <w:tc>
          <w:tcPr>
            <w:tcW w:w="152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A726A4B" w14:textId="77777777" w:rsidR="002549CE" w:rsidRPr="00D146FD" w:rsidRDefault="002549CE" w:rsidP="00BB3962">
            <w:r w:rsidRPr="29C17674">
              <w:rPr>
                <w:rFonts w:ascii="Aptos" w:hAnsi="Aptos"/>
                <w:sz w:val="20"/>
                <w:szCs w:val="20"/>
              </w:rPr>
              <w:t>3</w:t>
            </w:r>
          </w:p>
        </w:tc>
        <w:tc>
          <w:tcPr>
            <w:tcW w:w="34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2649EB5" w14:textId="77777777" w:rsidR="002549CE" w:rsidRPr="00D146FD" w:rsidRDefault="002549CE" w:rsidP="00BB3962">
            <w:r w:rsidRPr="29C17674">
              <w:rPr>
                <w:rFonts w:ascii="Aptos" w:hAnsi="Aptos"/>
                <w:sz w:val="20"/>
                <w:szCs w:val="20"/>
              </w:rPr>
              <w:t>EC 201</w:t>
            </w:r>
          </w:p>
        </w:tc>
      </w:tr>
      <w:tr w:rsidR="002549CE" w:rsidRPr="00D146FD" w14:paraId="00B5B6A4" w14:textId="77777777" w:rsidTr="00BB3962">
        <w:tc>
          <w:tcPr>
            <w:tcW w:w="585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3537B3F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ECO 202 Principles of Microeconomics</w:t>
            </w:r>
          </w:p>
        </w:tc>
        <w:tc>
          <w:tcPr>
            <w:tcW w:w="152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4ABE4AC" w14:textId="77777777" w:rsidR="002549CE" w:rsidRPr="00D146FD" w:rsidRDefault="002549CE" w:rsidP="00BB3962">
            <w:r w:rsidRPr="29C17674">
              <w:rPr>
                <w:rFonts w:ascii="Aptos" w:hAnsi="Aptos"/>
                <w:sz w:val="20"/>
                <w:szCs w:val="20"/>
              </w:rPr>
              <w:t>3</w:t>
            </w:r>
          </w:p>
        </w:tc>
        <w:tc>
          <w:tcPr>
            <w:tcW w:w="34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1706A94" w14:textId="77777777" w:rsidR="002549CE" w:rsidRPr="00D146FD" w:rsidRDefault="002549CE" w:rsidP="00BB3962">
            <w:r w:rsidRPr="29C17674">
              <w:rPr>
                <w:rFonts w:ascii="Aptos" w:hAnsi="Aptos"/>
                <w:sz w:val="20"/>
                <w:szCs w:val="20"/>
              </w:rPr>
              <w:t>EC 202</w:t>
            </w:r>
          </w:p>
        </w:tc>
      </w:tr>
      <w:tr w:rsidR="002549CE" w:rsidRPr="00D146FD" w14:paraId="59186C5E" w14:textId="77777777" w:rsidTr="00BB3962">
        <w:tc>
          <w:tcPr>
            <w:tcW w:w="585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62C6341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SOC 110 Introduction to Sociology</w:t>
            </w:r>
          </w:p>
        </w:tc>
        <w:tc>
          <w:tcPr>
            <w:tcW w:w="152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FE89EDC" w14:textId="77777777" w:rsidR="002549CE" w:rsidRPr="00D146FD" w:rsidRDefault="002549CE" w:rsidP="00BB3962">
            <w:r w:rsidRPr="29C17674">
              <w:rPr>
                <w:rFonts w:ascii="Aptos" w:hAnsi="Aptos"/>
                <w:sz w:val="20"/>
                <w:szCs w:val="20"/>
              </w:rPr>
              <w:t>3</w:t>
            </w:r>
          </w:p>
        </w:tc>
        <w:tc>
          <w:tcPr>
            <w:tcW w:w="34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A2358F5" w14:textId="63F0F9A4" w:rsidR="002549CE" w:rsidRPr="00D146FD" w:rsidRDefault="002549CE" w:rsidP="00BB3962">
            <w:proofErr w:type="gramStart"/>
            <w:r w:rsidRPr="29C17674">
              <w:rPr>
                <w:rFonts w:ascii="Aptos" w:hAnsi="Aptos"/>
                <w:sz w:val="20"/>
                <w:szCs w:val="20"/>
              </w:rPr>
              <w:t>SO</w:t>
            </w:r>
            <w:proofErr w:type="gramEnd"/>
            <w:r w:rsidRPr="29C17674">
              <w:rPr>
                <w:rFonts w:ascii="Aptos" w:hAnsi="Aptos"/>
                <w:sz w:val="20"/>
                <w:szCs w:val="20"/>
              </w:rPr>
              <w:t xml:space="preserve"> 101</w:t>
            </w:r>
            <w:r w:rsidR="00003EBA">
              <w:rPr>
                <w:rFonts w:ascii="Aptos" w:hAnsi="Aptos"/>
                <w:sz w:val="20"/>
                <w:szCs w:val="20"/>
              </w:rPr>
              <w:t xml:space="preserve"> (if chosen as elective)</w:t>
            </w:r>
          </w:p>
        </w:tc>
      </w:tr>
      <w:tr w:rsidR="002549CE" w:rsidRPr="00D146FD" w14:paraId="2CAB3ED3" w14:textId="77777777" w:rsidTr="00BB3962">
        <w:tc>
          <w:tcPr>
            <w:tcW w:w="585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902494A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MAT 128 Quantitative Methods for Business and Finance</w:t>
            </w:r>
          </w:p>
        </w:tc>
        <w:tc>
          <w:tcPr>
            <w:tcW w:w="152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7C24805" w14:textId="77777777" w:rsidR="002549CE" w:rsidRPr="00D146FD" w:rsidRDefault="002549CE" w:rsidP="00BB3962">
            <w:r w:rsidRPr="29C17674">
              <w:rPr>
                <w:rFonts w:ascii="Aptos" w:hAnsi="Aptos"/>
                <w:sz w:val="20"/>
                <w:szCs w:val="20"/>
              </w:rPr>
              <w:t>4</w:t>
            </w:r>
          </w:p>
        </w:tc>
        <w:tc>
          <w:tcPr>
            <w:tcW w:w="34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3519AC5" w14:textId="77777777" w:rsidR="002549CE" w:rsidRPr="00D146FD" w:rsidRDefault="002549CE" w:rsidP="00BB3962">
            <w:r w:rsidRPr="29C17674">
              <w:rPr>
                <w:rFonts w:ascii="Aptos" w:hAnsi="Aptos"/>
                <w:sz w:val="20"/>
                <w:szCs w:val="20"/>
              </w:rPr>
              <w:t>MA 105</w:t>
            </w:r>
          </w:p>
        </w:tc>
      </w:tr>
      <w:tr w:rsidR="002549CE" w:rsidRPr="00D146FD" w14:paraId="4F444C31" w14:textId="77777777" w:rsidTr="00BB3962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095F487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+ Free Electives (15 credits minimum)</w:t>
            </w:r>
          </w:p>
          <w:p w14:paraId="53D2AAA5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May be necessary to take additional credits to attain the minimum 120 credits required for graduation depending on choices made for general education or minor selection.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793"/>
              <w:gridCol w:w="2700"/>
              <w:gridCol w:w="4860"/>
            </w:tblGrid>
            <w:tr w:rsidR="002549CE" w:rsidRPr="00D146FD" w14:paraId="29A05519" w14:textId="77777777" w:rsidTr="00BB3962">
              <w:tc>
                <w:tcPr>
                  <w:tcW w:w="2793" w:type="dxa"/>
                </w:tcPr>
                <w:p w14:paraId="53E96058" w14:textId="11067285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2700" w:type="dxa"/>
                </w:tcPr>
                <w:p w14:paraId="3B21F918" w14:textId="4AC1FC8F" w:rsidR="002549CE" w:rsidRPr="00D146FD" w:rsidRDefault="001E03C4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Credits</w:t>
                  </w:r>
                </w:p>
              </w:tc>
              <w:tc>
                <w:tcPr>
                  <w:tcW w:w="4860" w:type="dxa"/>
                </w:tcPr>
                <w:p w14:paraId="215DE17E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2549CE" w:rsidRPr="00D146FD" w14:paraId="012F2CF9" w14:textId="77777777" w:rsidTr="00BB3962">
              <w:tc>
                <w:tcPr>
                  <w:tcW w:w="2793" w:type="dxa"/>
                </w:tcPr>
                <w:p w14:paraId="06ED6E03" w14:textId="0F02D032" w:rsidR="002549CE" w:rsidRPr="00D146FD" w:rsidRDefault="001E03C4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1 credit of free elective leftover from AC102</w:t>
                  </w:r>
                </w:p>
              </w:tc>
              <w:tc>
                <w:tcPr>
                  <w:tcW w:w="2700" w:type="dxa"/>
                </w:tcPr>
                <w:p w14:paraId="5DA218F8" w14:textId="79F9C442" w:rsidR="002549CE" w:rsidRPr="00D146FD" w:rsidRDefault="001E03C4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860" w:type="dxa"/>
                </w:tcPr>
                <w:p w14:paraId="2EA4BE8F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2549CE" w:rsidRPr="00D146FD" w14:paraId="5907D72D" w14:textId="77777777" w:rsidTr="00BB3962">
              <w:tc>
                <w:tcPr>
                  <w:tcW w:w="2793" w:type="dxa"/>
                </w:tcPr>
                <w:p w14:paraId="09DD08B4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2700" w:type="dxa"/>
                </w:tcPr>
                <w:p w14:paraId="7FA3965D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860" w:type="dxa"/>
                </w:tcPr>
                <w:p w14:paraId="41CC633C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2549CE" w:rsidRPr="00D146FD" w14:paraId="55577EFD" w14:textId="77777777" w:rsidTr="00BB3962">
              <w:tc>
                <w:tcPr>
                  <w:tcW w:w="2793" w:type="dxa"/>
                </w:tcPr>
                <w:p w14:paraId="1CD6C625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2700" w:type="dxa"/>
                </w:tcPr>
                <w:p w14:paraId="767C4963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860" w:type="dxa"/>
                </w:tcPr>
                <w:p w14:paraId="191853E7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2549CE" w:rsidRPr="00D146FD" w14:paraId="7C9844A0" w14:textId="77777777" w:rsidTr="00BB3962">
              <w:tc>
                <w:tcPr>
                  <w:tcW w:w="2793" w:type="dxa"/>
                </w:tcPr>
                <w:p w14:paraId="18AF80FC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2700" w:type="dxa"/>
                </w:tcPr>
                <w:p w14:paraId="1FF40B8E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860" w:type="dxa"/>
                </w:tcPr>
                <w:p w14:paraId="706C0F6A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</w:tbl>
          <w:p w14:paraId="788D9659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  <w:p w14:paraId="6ACDC7A5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  <w:p w14:paraId="7370F3C2" w14:textId="77777777" w:rsidR="002549CE" w:rsidRPr="00D146FD" w:rsidRDefault="002549CE" w:rsidP="00BB3962">
            <w:pPr>
              <w:ind w:left="360"/>
              <w:rPr>
                <w:rFonts w:ascii="Aptos" w:hAnsi="Aptos"/>
                <w:sz w:val="20"/>
                <w:szCs w:val="20"/>
              </w:rPr>
            </w:pPr>
          </w:p>
        </w:tc>
      </w:tr>
      <w:tr w:rsidR="002549CE" w:rsidRPr="00D146FD" w14:paraId="722DE321" w14:textId="77777777" w:rsidTr="00BB3962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A2BD13D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Minor (Optional):</w:t>
            </w:r>
          </w:p>
          <w:p w14:paraId="4E06D80B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793"/>
              <w:gridCol w:w="2700"/>
              <w:gridCol w:w="4860"/>
            </w:tblGrid>
            <w:tr w:rsidR="002549CE" w:rsidRPr="00D146FD" w14:paraId="6F925157" w14:textId="77777777" w:rsidTr="00BB3962">
              <w:tc>
                <w:tcPr>
                  <w:tcW w:w="2793" w:type="dxa"/>
                </w:tcPr>
                <w:p w14:paraId="779AF163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2700" w:type="dxa"/>
                </w:tcPr>
                <w:p w14:paraId="0E2B698A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860" w:type="dxa"/>
                </w:tcPr>
                <w:p w14:paraId="327C8F4D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2549CE" w:rsidRPr="00D146FD" w14:paraId="6423DE76" w14:textId="77777777" w:rsidTr="00BB3962">
              <w:tc>
                <w:tcPr>
                  <w:tcW w:w="2793" w:type="dxa"/>
                </w:tcPr>
                <w:p w14:paraId="5B4764AC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2700" w:type="dxa"/>
                </w:tcPr>
                <w:p w14:paraId="5CEE143E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860" w:type="dxa"/>
                </w:tcPr>
                <w:p w14:paraId="348B6EBB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2549CE" w:rsidRPr="00D146FD" w14:paraId="793A1626" w14:textId="77777777" w:rsidTr="00BB3962">
              <w:tc>
                <w:tcPr>
                  <w:tcW w:w="2793" w:type="dxa"/>
                </w:tcPr>
                <w:p w14:paraId="4F1A4F99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2700" w:type="dxa"/>
                </w:tcPr>
                <w:p w14:paraId="3F6C8EA7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860" w:type="dxa"/>
                </w:tcPr>
                <w:p w14:paraId="42A96FFD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2549CE" w:rsidRPr="00D146FD" w14:paraId="576E3A47" w14:textId="77777777" w:rsidTr="00BB3962">
              <w:tc>
                <w:tcPr>
                  <w:tcW w:w="2793" w:type="dxa"/>
                </w:tcPr>
                <w:p w14:paraId="44709675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2700" w:type="dxa"/>
                </w:tcPr>
                <w:p w14:paraId="2E48DAA6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860" w:type="dxa"/>
                </w:tcPr>
                <w:p w14:paraId="3BF8EB78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2549CE" w:rsidRPr="00D146FD" w14:paraId="0AC7651B" w14:textId="77777777" w:rsidTr="00BB3962">
              <w:tc>
                <w:tcPr>
                  <w:tcW w:w="2793" w:type="dxa"/>
                </w:tcPr>
                <w:p w14:paraId="3ABE8DE9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2700" w:type="dxa"/>
                </w:tcPr>
                <w:p w14:paraId="3B56EE80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860" w:type="dxa"/>
                </w:tcPr>
                <w:p w14:paraId="11086996" w14:textId="77777777" w:rsidR="002549CE" w:rsidRPr="00D146FD" w:rsidRDefault="002549CE" w:rsidP="00BB3962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</w:tbl>
          <w:p w14:paraId="1E7E6679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 </w:t>
            </w:r>
          </w:p>
        </w:tc>
      </w:tr>
      <w:tr w:rsidR="002549CE" w:rsidRPr="00D146FD" w14:paraId="1DB61BC7" w14:textId="77777777" w:rsidTr="00BB3962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56F6B83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lastRenderedPageBreak/>
              <w:t>Additional Information and Notes</w:t>
            </w:r>
          </w:p>
          <w:p w14:paraId="7E7C6A9C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†   Students wishing to register for ACC 485 must obtain the permission of the Department Chairperson.</w:t>
            </w:r>
          </w:p>
          <w:p w14:paraId="0612E3B4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 xml:space="preserve">        </w:t>
            </w:r>
          </w:p>
        </w:tc>
      </w:tr>
      <w:tr w:rsidR="002549CE" w:rsidRPr="00D146FD" w14:paraId="353EEFFD" w14:textId="77777777" w:rsidTr="00BB3962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E545B49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Total credits for graduation: 120 - 125</w:t>
            </w:r>
          </w:p>
        </w:tc>
      </w:tr>
      <w:tr w:rsidR="002549CE" w:rsidRPr="00D146FD" w14:paraId="195DECF6" w14:textId="77777777" w:rsidTr="00BB3962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A89891D" w14:textId="77777777" w:rsidR="002549CE" w:rsidRPr="00D146FD" w:rsidRDefault="002549CE" w:rsidP="00BB3962">
            <w:pPr>
              <w:rPr>
                <w:rFonts w:ascii="Aptos" w:hAnsi="Aptos"/>
                <w:sz w:val="20"/>
                <w:szCs w:val="20"/>
              </w:rPr>
            </w:pPr>
            <w:r w:rsidRPr="00D146FD">
              <w:rPr>
                <w:rFonts w:ascii="Aptos" w:hAnsi="Aptos"/>
                <w:sz w:val="20"/>
                <w:szCs w:val="20"/>
              </w:rPr>
              <w:t>Notes:</w:t>
            </w:r>
          </w:p>
        </w:tc>
      </w:tr>
    </w:tbl>
    <w:p w14:paraId="6D0C270E" w14:textId="77777777" w:rsidR="002549CE" w:rsidRDefault="002549CE"/>
    <w:sectPr w:rsidR="002549CE" w:rsidSect="0003461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2W3ZxfkdesuiC" int2:id="bnciIN5j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439">
    <w:abstractNumId w:val="1"/>
  </w:num>
  <w:num w:numId="2" w16cid:durableId="1654479306">
    <w:abstractNumId w:val="3"/>
  </w:num>
  <w:num w:numId="3" w16cid:durableId="1772584400">
    <w:abstractNumId w:val="0"/>
  </w:num>
  <w:num w:numId="4" w16cid:durableId="1794127085">
    <w:abstractNumId w:val="2"/>
  </w:num>
  <w:num w:numId="5" w16cid:durableId="1980071552">
    <w:abstractNumId w:val="6"/>
  </w:num>
  <w:num w:numId="6" w16cid:durableId="213666824">
    <w:abstractNumId w:val="4"/>
  </w:num>
  <w:num w:numId="7" w16cid:durableId="504636639">
    <w:abstractNumId w:val="5"/>
  </w:num>
  <w:num w:numId="8" w16cid:durableId="568347779">
    <w:abstractNumId w:val="7"/>
  </w:num>
  <w:num w:numId="9" w16cid:durableId="7682790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readOnly" w:enforcement="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EBA"/>
    <w:rsid w:val="000228AF"/>
    <w:rsid w:val="00034616"/>
    <w:rsid w:val="0006063C"/>
    <w:rsid w:val="000A2A9A"/>
    <w:rsid w:val="000F7AD0"/>
    <w:rsid w:val="0015024D"/>
    <w:rsid w:val="0015074B"/>
    <w:rsid w:val="00175B9D"/>
    <w:rsid w:val="001E03C4"/>
    <w:rsid w:val="002549CE"/>
    <w:rsid w:val="00265115"/>
    <w:rsid w:val="0029639D"/>
    <w:rsid w:val="00326F90"/>
    <w:rsid w:val="00347817"/>
    <w:rsid w:val="00387686"/>
    <w:rsid w:val="004A562A"/>
    <w:rsid w:val="006616EC"/>
    <w:rsid w:val="00671DD9"/>
    <w:rsid w:val="0067610C"/>
    <w:rsid w:val="006C6A12"/>
    <w:rsid w:val="00710C6A"/>
    <w:rsid w:val="00780408"/>
    <w:rsid w:val="00896F9E"/>
    <w:rsid w:val="008D5E9E"/>
    <w:rsid w:val="009348EF"/>
    <w:rsid w:val="009F6A7F"/>
    <w:rsid w:val="00AA1D8D"/>
    <w:rsid w:val="00AA74CA"/>
    <w:rsid w:val="00AC2776"/>
    <w:rsid w:val="00B47730"/>
    <w:rsid w:val="00CB0664"/>
    <w:rsid w:val="00D101C7"/>
    <w:rsid w:val="00D24D3E"/>
    <w:rsid w:val="00D52F0C"/>
    <w:rsid w:val="00F717C9"/>
    <w:rsid w:val="00F82989"/>
    <w:rsid w:val="00FC693F"/>
    <w:rsid w:val="0135F4FC"/>
    <w:rsid w:val="0161F973"/>
    <w:rsid w:val="01A16D01"/>
    <w:rsid w:val="020DAD54"/>
    <w:rsid w:val="02773166"/>
    <w:rsid w:val="0365106F"/>
    <w:rsid w:val="03F5442F"/>
    <w:rsid w:val="04F86F69"/>
    <w:rsid w:val="05C1C993"/>
    <w:rsid w:val="061B64C1"/>
    <w:rsid w:val="06C4A541"/>
    <w:rsid w:val="091D65A2"/>
    <w:rsid w:val="0AAEE6E2"/>
    <w:rsid w:val="0B65C1CB"/>
    <w:rsid w:val="1098BCA8"/>
    <w:rsid w:val="1242441B"/>
    <w:rsid w:val="12D33D55"/>
    <w:rsid w:val="14ACCE5B"/>
    <w:rsid w:val="160FE554"/>
    <w:rsid w:val="176E2472"/>
    <w:rsid w:val="1828E0E0"/>
    <w:rsid w:val="1A61DF6E"/>
    <w:rsid w:val="1AA053F4"/>
    <w:rsid w:val="1AC7CAA7"/>
    <w:rsid w:val="1B8A856C"/>
    <w:rsid w:val="1E084798"/>
    <w:rsid w:val="20D07123"/>
    <w:rsid w:val="23936FD1"/>
    <w:rsid w:val="239A4005"/>
    <w:rsid w:val="2491E7EF"/>
    <w:rsid w:val="24D81583"/>
    <w:rsid w:val="2517EEE4"/>
    <w:rsid w:val="2614EAEF"/>
    <w:rsid w:val="27DD843E"/>
    <w:rsid w:val="2D9C9DB0"/>
    <w:rsid w:val="2EB27C4D"/>
    <w:rsid w:val="2F284571"/>
    <w:rsid w:val="2FABC3F0"/>
    <w:rsid w:val="309AFB72"/>
    <w:rsid w:val="31754457"/>
    <w:rsid w:val="3178416E"/>
    <w:rsid w:val="3181970F"/>
    <w:rsid w:val="33143ED3"/>
    <w:rsid w:val="35433DFD"/>
    <w:rsid w:val="3544FAB6"/>
    <w:rsid w:val="3572195F"/>
    <w:rsid w:val="36B8260F"/>
    <w:rsid w:val="3764C623"/>
    <w:rsid w:val="38A5AF1B"/>
    <w:rsid w:val="3C7C99F3"/>
    <w:rsid w:val="3D194D24"/>
    <w:rsid w:val="3DAB70AD"/>
    <w:rsid w:val="3EABF509"/>
    <w:rsid w:val="3FDA30A8"/>
    <w:rsid w:val="3FDD2058"/>
    <w:rsid w:val="40A4D49B"/>
    <w:rsid w:val="4179CB53"/>
    <w:rsid w:val="42D3624D"/>
    <w:rsid w:val="43F3093D"/>
    <w:rsid w:val="452F3999"/>
    <w:rsid w:val="464D0B07"/>
    <w:rsid w:val="46FB37FB"/>
    <w:rsid w:val="493F8014"/>
    <w:rsid w:val="4A1D484D"/>
    <w:rsid w:val="4BB08607"/>
    <w:rsid w:val="4DAF2323"/>
    <w:rsid w:val="50918027"/>
    <w:rsid w:val="50F4C4D9"/>
    <w:rsid w:val="515ED237"/>
    <w:rsid w:val="52257BF5"/>
    <w:rsid w:val="52A107D4"/>
    <w:rsid w:val="52AD3075"/>
    <w:rsid w:val="52F6E285"/>
    <w:rsid w:val="56107DD1"/>
    <w:rsid w:val="568B33B3"/>
    <w:rsid w:val="57922A9B"/>
    <w:rsid w:val="57B83273"/>
    <w:rsid w:val="58B044D2"/>
    <w:rsid w:val="5A246927"/>
    <w:rsid w:val="5AE8B282"/>
    <w:rsid w:val="5BC0AA12"/>
    <w:rsid w:val="5BC78571"/>
    <w:rsid w:val="5C082995"/>
    <w:rsid w:val="5CF1DB59"/>
    <w:rsid w:val="5D051FB3"/>
    <w:rsid w:val="5DBA3BB5"/>
    <w:rsid w:val="5F423206"/>
    <w:rsid w:val="5F90A590"/>
    <w:rsid w:val="5FA6EDA5"/>
    <w:rsid w:val="618C2A81"/>
    <w:rsid w:val="62D7F3E6"/>
    <w:rsid w:val="63245034"/>
    <w:rsid w:val="64796CAD"/>
    <w:rsid w:val="648E269B"/>
    <w:rsid w:val="66AC74EA"/>
    <w:rsid w:val="6DCD081A"/>
    <w:rsid w:val="6F3F0359"/>
    <w:rsid w:val="6FC22F7A"/>
    <w:rsid w:val="705D9032"/>
    <w:rsid w:val="711A5704"/>
    <w:rsid w:val="723BAA93"/>
    <w:rsid w:val="72CE058A"/>
    <w:rsid w:val="733E76E4"/>
    <w:rsid w:val="73622C3E"/>
    <w:rsid w:val="73DE1BC2"/>
    <w:rsid w:val="74446166"/>
    <w:rsid w:val="78212719"/>
    <w:rsid w:val="78F31C23"/>
    <w:rsid w:val="7AE20C1C"/>
    <w:rsid w:val="7D3D05B0"/>
    <w:rsid w:val="7FA3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9171D5"/>
  <w14:defaultImageDpi w14:val="300"/>
  <w15:docId w15:val="{6A201354-7708-4843-806E-B0071B4EB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4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f81b531-f2d5-49d0-8b82-d74b33ecb7f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24019202BB0841B1A607F344EB4836" ma:contentTypeVersion="18" ma:contentTypeDescription="Create a new document." ma:contentTypeScope="" ma:versionID="2b4125a92697b8d10c17822fc48706da">
  <xsd:schema xmlns:xsd="http://www.w3.org/2001/XMLSchema" xmlns:xs="http://www.w3.org/2001/XMLSchema" xmlns:p="http://schemas.microsoft.com/office/2006/metadata/properties" xmlns:ns3="bf81b531-f2d5-49d0-8b82-d74b33ecb7f4" xmlns:ns4="f7422647-5b85-4f01-b373-dec02e5949a7" targetNamespace="http://schemas.microsoft.com/office/2006/metadata/properties" ma:root="true" ma:fieldsID="766b086a5861bf6bbcc2e65e9b01b894" ns3:_="" ns4:_="">
    <xsd:import namespace="bf81b531-f2d5-49d0-8b82-d74b33ecb7f4"/>
    <xsd:import namespace="f7422647-5b85-4f01-b373-dec02e5949a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1b531-f2d5-49d0-8b82-d74b33ecb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2647-5b85-4f01-b373-dec02e5949a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740A91-CE9C-4925-A77F-70129E0FAFA7}">
  <ds:schemaRefs>
    <ds:schemaRef ds:uri="http://schemas.microsoft.com/office/2006/metadata/properties"/>
    <ds:schemaRef ds:uri="http://schemas.microsoft.com/office/infopath/2007/PartnerControls"/>
    <ds:schemaRef ds:uri="bf81b531-f2d5-49d0-8b82-d74b33ecb7f4"/>
  </ds:schemaRefs>
</ds:datastoreItem>
</file>

<file path=customXml/itemProps2.xml><?xml version="1.0" encoding="utf-8"?>
<ds:datastoreItem xmlns:ds="http://schemas.openxmlformats.org/officeDocument/2006/customXml" ds:itemID="{3FA93194-C732-49C2-AC33-53639F1C86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81b531-f2d5-49d0-8b82-d74b33ecb7f4"/>
    <ds:schemaRef ds:uri="f7422647-5b85-4f01-b373-dec02e5949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B6920F-375C-4D68-B9D6-4D8CE86DB98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0d32b73-b457-49d1-950c-4f78aeffc21b}" enabled="0" method="" siteId="{70d32b73-b457-49d1-950c-4f78aeffc21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995</Words>
  <Characters>5677</Characters>
  <Application>Microsoft Office Word</Application>
  <DocSecurity>8</DocSecurity>
  <Lines>47</Lines>
  <Paragraphs>13</Paragraphs>
  <ScaleCrop>false</ScaleCrop>
  <Manager/>
  <Company/>
  <LinksUpToDate>false</LinksUpToDate>
  <CharactersWithSpaces>6659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Tiernan Bentley</dc:creator>
  <cp:keywords/>
  <dc:description>generated by python-docx</dc:description>
  <cp:lastModifiedBy>Avril Hevey-Doucette</cp:lastModifiedBy>
  <cp:revision>20</cp:revision>
  <dcterms:created xsi:type="dcterms:W3CDTF">2026-08-17T15:39:00Z</dcterms:created>
  <dcterms:modified xsi:type="dcterms:W3CDTF">2026-09-23T16:20:00Z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0x0101004824019202BB0841B1A607F344EB4836</vt:lpwstr>
  </property>
</Properties>
</file>