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72CB1A24" w:rsidR="00D24D3E" w:rsidRDefault="3D5C0C2C" w:rsidP="28301827">
      <w:pPr>
        <w:pStyle w:val="Heading1"/>
        <w:rPr>
          <w:rFonts w:ascii="Calibri" w:eastAsia="MS Gothic" w:hAnsi="Calibri" w:cs="Times New Roman"/>
        </w:rPr>
      </w:pPr>
      <w:r>
        <w:t xml:space="preserve">MassBay Community College Business Administration </w:t>
      </w:r>
      <w:r w:rsidR="06A478C9">
        <w:t>Associate in Science</w:t>
      </w:r>
      <w:r>
        <w:t xml:space="preserve"> mapped to Salem State University </w:t>
      </w:r>
      <w:r w:rsidR="77BA9569" w:rsidRPr="28301827">
        <w:rPr>
          <w:rFonts w:ascii="Calibri" w:eastAsia="MS Gothic" w:hAnsi="Calibri" w:cs="Times New Roman"/>
        </w:rPr>
        <w:t>Business Administration, Analytics and Management Science, BSBA</w:t>
      </w:r>
      <w:r w:rsidR="3EABF509">
        <w:t xml:space="preserve"> mapped to Salem State University 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001C7C5E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001C7C5E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001C7C5E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001C7C5E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001C7C5E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001C7C5E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184FBAA6" w:rsidR="00D24D3E" w:rsidRDefault="464D0B07">
            <w:r>
              <w:t>Humanities or Social Science Elective</w:t>
            </w:r>
            <w:r w:rsidR="6DCD081A">
              <w:t xml:space="preserve"> </w:t>
            </w:r>
            <w:r w:rsidR="00371FF7">
              <w:t>– if Social Science is chosen. Ideally SO 101</w:t>
            </w:r>
          </w:p>
        </w:tc>
      </w:tr>
      <w:tr w:rsidR="00D24D3E" w14:paraId="68C6AF95" w14:textId="77777777" w:rsidTr="001C7C5E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001C7C5E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001C7C5E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001C7C5E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001C7C5E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001C7C5E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00DA1DB8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lastRenderedPageBreak/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7569559F" w14:textId="77777777" w:rsidR="00D24D3E" w:rsidRDefault="00710C6A">
            <w:r>
              <w:t>Application to Salem State Program</w:t>
            </w:r>
          </w:p>
          <w:p w14:paraId="4E02D1EC" w14:textId="77777777" w:rsidR="00260D59" w:rsidRDefault="00260D59"/>
          <w:p w14:paraId="669DA066" w14:textId="77777777" w:rsidR="00260D59" w:rsidRDefault="00260D59"/>
        </w:tc>
      </w:tr>
      <w:tr w:rsidR="00D24D3E" w14:paraId="7433819F" w14:textId="77777777" w:rsidTr="00DA1DB8">
        <w:tc>
          <w:tcPr>
            <w:tcW w:w="2880" w:type="dxa"/>
          </w:tcPr>
          <w:p w14:paraId="7B8722E4" w14:textId="45CC279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AC 101</w:t>
            </w:r>
          </w:p>
        </w:tc>
        <w:tc>
          <w:tcPr>
            <w:tcW w:w="2880" w:type="dxa"/>
          </w:tcPr>
          <w:p w14:paraId="22CA9681" w14:textId="3FFD19D9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20A440EF" w14:textId="31C10CF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34EAB798" w14:textId="11A4831A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0FFECF4A" w14:textId="06A71CF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00DA1DB8">
        <w:tc>
          <w:tcPr>
            <w:tcW w:w="2880" w:type="dxa"/>
          </w:tcPr>
          <w:p w14:paraId="6E2885F4" w14:textId="6F2E686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28E09E4C" w14:textId="40869782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5D6967FF" w14:textId="7104DC3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2263197" w14:textId="037B3518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543510F1" w14:textId="291459EF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00DA1DB8">
        <w:tc>
          <w:tcPr>
            <w:tcW w:w="2880" w:type="dxa"/>
          </w:tcPr>
          <w:p w14:paraId="334FC588" w14:textId="006CBC9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1D189B42" w14:textId="7286F172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3C6BFAA5" w14:textId="3CDD15D2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34F68F26" w14:textId="737AD70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68215E3A" w14:textId="588256FF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00DA1DB8">
        <w:tc>
          <w:tcPr>
            <w:tcW w:w="2880" w:type="dxa"/>
          </w:tcPr>
          <w:p w14:paraId="2E2AC3C2" w14:textId="2AA9A85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36C2023E" w14:textId="7A3E451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0EB026BD" w14:textId="56EFB59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77FC6AF" w14:textId="5872932A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55C9F8D0" w14:textId="3DBEDD62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00DA1DB8">
        <w:tc>
          <w:tcPr>
            <w:tcW w:w="2880" w:type="dxa"/>
          </w:tcPr>
          <w:p w14:paraId="55023A0F" w14:textId="35D25F9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13FC8576" w14:textId="5BF0F43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125482EE" w14:textId="30DEB54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2A50C5A" w14:textId="343BFC7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11432A51" w14:textId="023C6AFE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7326057A" w14:textId="77777777" w:rsidTr="00DA1DB8">
        <w:tc>
          <w:tcPr>
            <w:tcW w:w="2880" w:type="dxa"/>
          </w:tcPr>
          <w:p w14:paraId="5090850A" w14:textId="4FBE5F41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6A4C7BA7" w14:textId="65FDC96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3AA1D357" w14:textId="038E5F3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B0951DC" w14:textId="30E1B55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7B589F94" w14:textId="39D9FBF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6ADAF84E" w14:textId="77777777" w:rsidTr="00DA1DB8">
        <w:tc>
          <w:tcPr>
            <w:tcW w:w="2880" w:type="dxa"/>
          </w:tcPr>
          <w:p w14:paraId="515678D9" w14:textId="76A8C14B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1D220006" w14:textId="6EF201C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5F13C99F" w14:textId="1ACAEC49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4155ABB" w14:textId="071ED4C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7B8D8771" w14:textId="04BC5AE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AE768BF" w14:textId="77777777" w:rsidTr="00DA1DB8">
        <w:tc>
          <w:tcPr>
            <w:tcW w:w="2880" w:type="dxa"/>
          </w:tcPr>
          <w:p w14:paraId="2587B7BF" w14:textId="519E602A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2B4FADC0" w14:textId="398369C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531E5BA3" w14:textId="79DC29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6B74AF1" w14:textId="75F88DA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75333A9B" w14:textId="2464DE9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0323F9F" w14:textId="77777777" w:rsidTr="00DA1DB8">
        <w:tc>
          <w:tcPr>
            <w:tcW w:w="2880" w:type="dxa"/>
          </w:tcPr>
          <w:p w14:paraId="289C26C2" w14:textId="75C28DA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62C37984" w14:textId="777777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  <w:p w14:paraId="3A7BBA9D" w14:textId="77777777" w:rsidR="00FC4079" w:rsidRDefault="00FC4079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</w:p>
          <w:p w14:paraId="37241520" w14:textId="45027577" w:rsidR="00FC4079" w:rsidRDefault="00FC4079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Choose a Social Science here – ideally SO 101</w:t>
            </w:r>
          </w:p>
        </w:tc>
        <w:tc>
          <w:tcPr>
            <w:tcW w:w="2880" w:type="dxa"/>
          </w:tcPr>
          <w:p w14:paraId="018935AF" w14:textId="620723F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341DCB0" w14:textId="2169DB28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604346F1" w14:textId="4DEEA5C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  <w:r w:rsidR="00134EC2">
              <w:rPr>
                <w:rFonts w:ascii="Cambria" w:eastAsia="Cambria" w:hAnsi="Cambria" w:cs="Cambria"/>
                <w:color w:val="000000" w:themeColor="text1"/>
              </w:rPr>
              <w:t xml:space="preserve"> (if SO 101 is chosen)</w:t>
            </w:r>
          </w:p>
        </w:tc>
      </w:tr>
      <w:tr w:rsidR="00D24D3E" w14:paraId="12F480B8" w14:textId="77777777" w:rsidTr="00DA1DB8">
        <w:tc>
          <w:tcPr>
            <w:tcW w:w="2880" w:type="dxa"/>
          </w:tcPr>
          <w:p w14:paraId="21064D89" w14:textId="26575A19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2F76FC2B" w14:textId="3C98C201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5A1E069C" w14:textId="4DA23C1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27CA4BBA" w14:textId="4E3F469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ACC 202</w:t>
            </w:r>
            <w:r w:rsidR="0068046D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  <w:r w:rsidR="0068046D" w:rsidRPr="233E3BB4">
              <w:rPr>
                <w:rFonts w:ascii="Cambria" w:eastAsia="Cambria" w:hAnsi="Cambria" w:cs="Cambria"/>
                <w:color w:val="000000" w:themeColor="text1"/>
              </w:rPr>
              <w:t>(3) and SSU T61 (1)</w:t>
            </w:r>
          </w:p>
        </w:tc>
        <w:tc>
          <w:tcPr>
            <w:tcW w:w="2880" w:type="dxa"/>
          </w:tcPr>
          <w:p w14:paraId="42BA01D7" w14:textId="4BF8EB4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07B46124" w14:textId="77777777" w:rsidTr="00DA1DB8">
        <w:tc>
          <w:tcPr>
            <w:tcW w:w="2880" w:type="dxa"/>
          </w:tcPr>
          <w:p w14:paraId="24E2D2C2" w14:textId="77FE09C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6B3D7D85" w14:textId="095A75BC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607B0CB5" w14:textId="5A26724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4AEC5D58" w14:textId="0F3EB64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5322A971" w14:textId="5EF4A6E1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55D01214" w14:textId="77777777" w:rsidTr="00DA1DB8">
        <w:tc>
          <w:tcPr>
            <w:tcW w:w="2880" w:type="dxa"/>
          </w:tcPr>
          <w:p w14:paraId="4A0B32F0" w14:textId="4A7CBBE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27859F47" w14:textId="777777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  <w:p w14:paraId="60ED44C0" w14:textId="77777777" w:rsidR="00ED651C" w:rsidRDefault="00ED651C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</w:p>
          <w:p w14:paraId="01DF53F3" w14:textId="1C618ABF" w:rsidR="00FC4079" w:rsidRDefault="00FC4079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Choose a Mass Transfer Humanities</w:t>
            </w:r>
            <w:r w:rsidR="00ED651C">
              <w:rPr>
                <w:rFonts w:ascii="Cambria" w:eastAsia="Cambria" w:hAnsi="Cambria" w:cs="Cambria"/>
                <w:color w:val="000000" w:themeColor="text1"/>
              </w:rPr>
              <w:t xml:space="preserve"> here</w:t>
            </w:r>
          </w:p>
          <w:p w14:paraId="4FE8E764" w14:textId="7DA92716" w:rsidR="00FC4079" w:rsidRDefault="00FC4079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880" w:type="dxa"/>
          </w:tcPr>
          <w:p w14:paraId="23B6286C" w14:textId="36B5568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62947A3" w14:textId="5EFE467B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3B096BBD" w14:textId="620AB482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6830BA95" w14:textId="77777777" w:rsidTr="00DA1DB8">
        <w:tc>
          <w:tcPr>
            <w:tcW w:w="2880" w:type="dxa"/>
          </w:tcPr>
          <w:p w14:paraId="1C7E43E1" w14:textId="7724579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558B8F7A" w14:textId="6A803368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347D5BAA" w14:textId="0D36FB8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5CA0B948" w14:textId="234466D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37F5024B" w14:textId="0973717D" w:rsidR="0038682A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00DA1DB8">
        <w:tc>
          <w:tcPr>
            <w:tcW w:w="2880" w:type="dxa"/>
          </w:tcPr>
          <w:p w14:paraId="500A3865" w14:textId="09EBF50B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lastRenderedPageBreak/>
              <w:t>Math Elective</w:t>
            </w:r>
          </w:p>
        </w:tc>
        <w:tc>
          <w:tcPr>
            <w:tcW w:w="2880" w:type="dxa"/>
          </w:tcPr>
          <w:p w14:paraId="2C7E2B1D" w14:textId="11D0433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7869099E" w14:textId="70801B8C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108B46C4" w14:textId="6A9B9DF8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73837BFC" w14:textId="3A3FF74C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Required Major Support Course (</w:t>
            </w:r>
            <w:r w:rsidR="001C01EC">
              <w:rPr>
                <w:rFonts w:ascii="Cambria" w:eastAsia="Cambria" w:hAnsi="Cambria" w:cs="Cambria"/>
                <w:color w:val="000000" w:themeColor="text1"/>
              </w:rPr>
              <w:t xml:space="preserve">Stats </w:t>
            </w:r>
            <w:r w:rsidRPr="233E3BB4">
              <w:rPr>
                <w:rFonts w:ascii="Cambria" w:eastAsia="Cambria" w:hAnsi="Cambria" w:cs="Cambria"/>
                <w:color w:val="000000" w:themeColor="text1"/>
              </w:rPr>
              <w:t>Counts in place of MAT 128)</w:t>
            </w:r>
          </w:p>
        </w:tc>
      </w:tr>
      <w:tr w:rsidR="00D24D3E" w14:paraId="1A890E6E" w14:textId="77777777" w:rsidTr="00DA1DB8">
        <w:tc>
          <w:tcPr>
            <w:tcW w:w="2880" w:type="dxa"/>
          </w:tcPr>
          <w:p w14:paraId="7854B2FF" w14:textId="4ADF6E00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EC 202</w:t>
            </w:r>
          </w:p>
        </w:tc>
        <w:tc>
          <w:tcPr>
            <w:tcW w:w="2880" w:type="dxa"/>
          </w:tcPr>
          <w:p w14:paraId="27EBCF89" w14:textId="3055E16A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12BA8051" w14:textId="7AADB37C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0793F4B0" w14:textId="5CD8549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10B7774E" w14:textId="4C8E23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4C313D2B" w14:textId="77777777" w:rsidTr="00DA1DB8">
        <w:tc>
          <w:tcPr>
            <w:tcW w:w="2880" w:type="dxa"/>
          </w:tcPr>
          <w:p w14:paraId="0C4EF5BF" w14:textId="7B0F0491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0E237982" w14:textId="6932472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0EA37D7C" w14:textId="2440CA71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3142A7D" w14:textId="66A8A474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5EDE4AA9" w14:textId="777777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  <w:p w14:paraId="010D77B1" w14:textId="7AF0EBA2" w:rsidR="00D676CB" w:rsidRDefault="00D676CB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71BFB782" w14:textId="77777777" w:rsidTr="00DA1DB8">
        <w:tc>
          <w:tcPr>
            <w:tcW w:w="2880" w:type="dxa"/>
          </w:tcPr>
          <w:p w14:paraId="76F1F3D7" w14:textId="76A8F0AF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41433642" w14:textId="777777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  <w:p w14:paraId="5FB2630E" w14:textId="77777777" w:rsidR="00D676CB" w:rsidRDefault="00D676CB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</w:p>
          <w:p w14:paraId="4A854CAE" w14:textId="77777777" w:rsidR="00D676CB" w:rsidRDefault="00D676CB" w:rsidP="00D676CB">
            <w:pPr>
              <w:rPr>
                <w:rFonts w:ascii="Cambria" w:eastAsia="Cambria" w:hAnsi="Cambria" w:cs="Cambria"/>
                <w:color w:val="000000" w:themeColor="text1"/>
              </w:rPr>
            </w:pPr>
            <w:r>
              <w:rPr>
                <w:rFonts w:ascii="Cambria" w:eastAsia="Cambria" w:hAnsi="Cambria" w:cs="Cambria"/>
                <w:color w:val="000000" w:themeColor="text1"/>
              </w:rPr>
              <w:t>Choose a Mass Transfer Humanities here</w:t>
            </w:r>
          </w:p>
          <w:p w14:paraId="4D1DCDD3" w14:textId="0BFC5BA5" w:rsidR="00D676CB" w:rsidRDefault="00D676CB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  <w:tc>
          <w:tcPr>
            <w:tcW w:w="2880" w:type="dxa"/>
          </w:tcPr>
          <w:p w14:paraId="40A55E23" w14:textId="596B0089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4EC03C9" w14:textId="4BE272B3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663F8B13" w14:textId="33DF3A3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4606279F" w14:textId="77777777" w:rsidTr="00DA1DB8">
        <w:tc>
          <w:tcPr>
            <w:tcW w:w="2880" w:type="dxa"/>
          </w:tcPr>
          <w:p w14:paraId="4682141A" w14:textId="759D523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1693D0D0" w14:textId="1C0A187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344BA023" w14:textId="5997A5ED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1FBFA714" w14:textId="16A13DFA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46C7320A" w14:textId="46272B99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782A11A" w14:textId="77777777" w:rsidTr="00DA1DB8">
        <w:tc>
          <w:tcPr>
            <w:tcW w:w="2880" w:type="dxa"/>
          </w:tcPr>
          <w:p w14:paraId="0096127B" w14:textId="343D9F58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3585772F" w14:textId="5CEEC25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4F9C089D" w14:textId="399BE92F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3CFC8070" w14:textId="26F6D2E7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772AA24F" w14:textId="04AB9975" w:rsidR="233E3BB4" w:rsidRDefault="233E3BB4" w:rsidP="233E3BB4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233E3BB4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3EBAA067" w14:textId="77777777" w:rsidR="00B91ACA" w:rsidRDefault="00B91ACA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7"/>
        <w:gridCol w:w="81"/>
        <w:gridCol w:w="3332"/>
        <w:gridCol w:w="980"/>
      </w:tblGrid>
      <w:tr w:rsidR="00B91ACA" w:rsidRPr="00411498" w14:paraId="61493584" w14:textId="77777777" w:rsidTr="00243053"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C171DB6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DDBB8B1" w14:textId="1D1C239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Catalog: 202</w:t>
            </w:r>
            <w:r w:rsidR="00260D59">
              <w:rPr>
                <w:sz w:val="20"/>
                <w:szCs w:val="20"/>
              </w:rPr>
              <w:t>6</w:t>
            </w:r>
            <w:r w:rsidRPr="00411498">
              <w:rPr>
                <w:sz w:val="20"/>
                <w:szCs w:val="20"/>
              </w:rPr>
              <w:t>-202</w:t>
            </w:r>
            <w:r w:rsidR="00260D59">
              <w:rPr>
                <w:sz w:val="20"/>
                <w:szCs w:val="20"/>
              </w:rPr>
              <w:t>7</w:t>
            </w:r>
            <w:r w:rsidRPr="00411498">
              <w:rPr>
                <w:sz w:val="20"/>
                <w:szCs w:val="20"/>
              </w:rPr>
              <w:t xml:space="preserve"> Undergraduate </w:t>
            </w:r>
          </w:p>
        </w:tc>
      </w:tr>
      <w:tr w:rsidR="00B91ACA" w:rsidRPr="00411498" w14:paraId="11342E2D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96F347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Business Administration, Analytics and Management Science, BSBA</w:t>
            </w:r>
          </w:p>
          <w:p w14:paraId="49FFBAF7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 </w:t>
            </w:r>
          </w:p>
          <w:p w14:paraId="72B47D34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23B602C7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DC389C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 xml:space="preserve">General Education Requirements </w:t>
            </w:r>
            <w:r w:rsidRPr="00411498">
              <w:rPr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30747E5B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 xml:space="preserve"> (34-35 credits total)</w:t>
            </w:r>
          </w:p>
          <w:p w14:paraId="0020400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tbl>
            <w:tblPr>
              <w:tblW w:w="102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7"/>
              <w:gridCol w:w="4403"/>
              <w:gridCol w:w="1440"/>
              <w:gridCol w:w="3960"/>
            </w:tblGrid>
            <w:tr w:rsidR="00B91ACA" w:rsidRPr="00411498" w14:paraId="6E96B289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0460823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9B3299E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795060D8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1BA0457E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B91ACA" w:rsidRPr="00411498" w14:paraId="08865B52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64C21B7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51B62B57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4A99BD8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9CC9540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B91ACA" w:rsidRPr="00411498" w14:paraId="7BDDEB8F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56A0C91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070DDDB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4FC09D4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411D9D0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B91ACA" w:rsidRPr="00411498" w14:paraId="55F0B3E1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BA2B57A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C18CBC7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E4E95EA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7DA1F55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B91ACA" w:rsidRPr="00411498" w14:paraId="2E8EA899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E319AD4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00D738F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F1705CC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1463C92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B91ACA" w:rsidRPr="00411498" w14:paraId="3AAF6272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1E6BD4A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BF89333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A340B22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99BD7B8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B91ACA" w:rsidRPr="00411498" w14:paraId="32EB3184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5607685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0AFB49F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FB0E53E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0575F2F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B91ACA" w:rsidRPr="00411498" w14:paraId="13E7293D" w14:textId="77777777" w:rsidTr="00DA1DB8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03D76B93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A46A75D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38F8723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43FF001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B91ACA" w:rsidRPr="00411498" w14:paraId="3BFB76D9" w14:textId="77777777" w:rsidTr="00243053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625B897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102751E0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F7CA9C2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C8957D5" w14:textId="77777777" w:rsidR="00B91ACA" w:rsidRDefault="00B91ACA" w:rsidP="00243053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3DABCABF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B91ACA" w:rsidRPr="00411498" w14:paraId="0D13CDD6" w14:textId="77777777" w:rsidTr="00243053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90B2F09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D183BB1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5B6E3D2" w14:textId="77777777" w:rsidR="00B91ACA" w:rsidRPr="00411498" w:rsidRDefault="00B91ACA" w:rsidP="00243053">
                  <w:pPr>
                    <w:rPr>
                      <w:rFonts w:eastAsia="Aptos" w:cs="Aptos"/>
                      <w:color w:val="000000" w:themeColor="text1"/>
                      <w:sz w:val="20"/>
                      <w:szCs w:val="20"/>
                    </w:rPr>
                  </w:pPr>
                  <w:r w:rsidRPr="00411498">
                    <w:rPr>
                      <w:rFonts w:eastAsia="Aptos" w:cs="Aptos"/>
                      <w:color w:val="000000" w:themeColor="text1"/>
                      <w:sz w:val="20"/>
                      <w:szCs w:val="20"/>
                    </w:rPr>
                    <w:t>3/4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44EC621" w14:textId="77777777" w:rsidR="00B91ACA" w:rsidRPr="00411498" w:rsidRDefault="00B91ACA" w:rsidP="00243053">
                  <w:pPr>
                    <w:rPr>
                      <w:rFonts w:eastAsia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B91ACA" w:rsidRPr="00411498" w14:paraId="271B04E7" w14:textId="77777777" w:rsidTr="00243053">
              <w:tc>
                <w:tcPr>
                  <w:tcW w:w="457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BCC494F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403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72528DF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  <w:r w:rsidRPr="00411498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79DF6A9" w14:textId="77777777" w:rsidR="00B91ACA" w:rsidRPr="00411498" w:rsidRDefault="00B91ACA" w:rsidP="00243053">
                  <w:pPr>
                    <w:rPr>
                      <w:rFonts w:eastAsia="Aptos" w:cs="Aptos"/>
                      <w:color w:val="000000" w:themeColor="text1"/>
                      <w:sz w:val="20"/>
                      <w:szCs w:val="20"/>
                    </w:rPr>
                  </w:pPr>
                  <w:r w:rsidRPr="00411498">
                    <w:rPr>
                      <w:rFonts w:eastAsia="Aptos" w:cs="Aptos"/>
                      <w:color w:val="000000" w:themeColor="text1"/>
                      <w:sz w:val="20"/>
                      <w:szCs w:val="20"/>
                    </w:rPr>
                    <w:t>3/4 credits</w:t>
                  </w:r>
                </w:p>
              </w:tc>
              <w:tc>
                <w:tcPr>
                  <w:tcW w:w="396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20C90C8" w14:textId="77777777" w:rsidR="00B91ACA" w:rsidRPr="00411498" w:rsidRDefault="00B91ACA" w:rsidP="00243053">
                  <w:pPr>
                    <w:rPr>
                      <w:rFonts w:eastAsia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297C6E4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  </w:t>
            </w:r>
          </w:p>
        </w:tc>
      </w:tr>
      <w:tr w:rsidR="00B91ACA" w:rsidRPr="00411498" w14:paraId="359042A1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955FFE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B91ACA" w:rsidRPr="00411498" w14:paraId="407719A3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58EC88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Major Core Courses (34 credits)</w:t>
            </w:r>
          </w:p>
        </w:tc>
      </w:tr>
      <w:tr w:rsidR="00B91ACA" w:rsidRPr="00411498" w14:paraId="774948E7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1F625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Course Name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330CCBE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CF6E8A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225633FD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7EC31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BUS 170 Introduction to Business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106A2F" w14:textId="77777777" w:rsidR="00B91ACA" w:rsidRPr="00411498" w:rsidRDefault="00B91ACA" w:rsidP="00243053">
            <w:r w:rsidRPr="3DABCABF">
              <w:rPr>
                <w:rFonts w:eastAsia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C65276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6F9BBA2D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0153073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ACC 106 Financial Accounting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F086D1" w14:textId="77777777" w:rsidR="00B91ACA" w:rsidRPr="00411498" w:rsidRDefault="00B91ACA" w:rsidP="00243053">
            <w:r w:rsidRPr="3DABCABF">
              <w:rPr>
                <w:rFonts w:eastAsia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70CE00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4</w:t>
            </w:r>
          </w:p>
        </w:tc>
      </w:tr>
      <w:tr w:rsidR="00B91ACA" w:rsidRPr="00411498" w14:paraId="03427727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424AEE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ACC 202 Managerial Accounting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E416C98" w14:textId="77777777" w:rsidR="00B91ACA" w:rsidRPr="00411498" w:rsidRDefault="00B91ACA" w:rsidP="00243053">
            <w:r w:rsidRPr="3DABCABF">
              <w:rPr>
                <w:rFonts w:eastAsia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EEFDEC7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4</w:t>
            </w:r>
          </w:p>
        </w:tc>
      </w:tr>
      <w:tr w:rsidR="00B91ACA" w:rsidRPr="00411498" w14:paraId="4EE36B3D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E1B437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CB596F" w14:textId="77777777" w:rsidR="00B91ACA" w:rsidRPr="00411498" w:rsidRDefault="00B91ACA" w:rsidP="00243053">
            <w:pPr>
              <w:rPr>
                <w:rFonts w:eastAsia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32AB53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3CD47523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95E612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MGT 332 Organizational Behavior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A7EB06" w14:textId="3C7D8385" w:rsidR="00B91ACA" w:rsidRPr="00411498" w:rsidRDefault="00B91ACA" w:rsidP="00243053">
            <w:r w:rsidRPr="3DABCABF">
              <w:rPr>
                <w:rFonts w:eastAsia="Aptos" w:cs="Aptos"/>
                <w:color w:val="000000" w:themeColor="text1"/>
                <w:sz w:val="20"/>
                <w:szCs w:val="20"/>
              </w:rPr>
              <w:t>MG 101</w:t>
            </w:r>
            <w:r w:rsidR="00134EC2">
              <w:rPr>
                <w:rFonts w:eastAsia="Aptos" w:cs="Aptos"/>
                <w:color w:val="000000" w:themeColor="text1"/>
                <w:sz w:val="20"/>
                <w:szCs w:val="20"/>
              </w:rPr>
              <w:t xml:space="preserve"> Approved sub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F01EA4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08D70A1B" w14:textId="77777777" w:rsidTr="00DA1DB8">
        <w:trPr>
          <w:trHeight w:val="510"/>
        </w:trPr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D9E875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lastRenderedPageBreak/>
              <w:t>MKT 241N Principles of Marketing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5BB2DB0" w14:textId="77777777" w:rsidR="00B91ACA" w:rsidRPr="00411498" w:rsidRDefault="00B91ACA" w:rsidP="00243053">
            <w:r w:rsidRPr="3DABCABF">
              <w:rPr>
                <w:rFonts w:eastAsia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8D46FEF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21C0C3F2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AB5F0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BUS 252 Business Law I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69C313" w14:textId="77777777" w:rsidR="00B91ACA" w:rsidRPr="00411498" w:rsidRDefault="00B91ACA" w:rsidP="00243053">
            <w:r w:rsidRPr="3DABCABF">
              <w:rPr>
                <w:rFonts w:eastAsia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6D6B79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40AE6BB4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B29DD3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FIN 301 Principles of Finance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018CA66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1953B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1F2EB663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E669D65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201 Introduction to Information Systems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B1370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69A0E98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6D7389F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17AD4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262 Quantitative Analysis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5FA1A2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C8B51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D19E291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A417BC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333 Operations and Logistics Management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72F576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389E34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592345D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15BEEC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BUS 470 Business Policy &amp; Strategy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E4A537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705C4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D0C6074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EFC2A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Major Concentration Courses (21 credits)</w:t>
            </w:r>
          </w:p>
        </w:tc>
      </w:tr>
      <w:tr w:rsidR="00B91ACA" w:rsidRPr="00411498" w14:paraId="6A4D769E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EDD3AC6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Course Name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824A8DA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16E94C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068A0DB4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CC88AE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300 Principles of Quality Management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9A449AA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EAAB90D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296BAEE9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93C6E08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320 Managerial Decisions and Risk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56193A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812845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2A66EE25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321E80E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340 Introduction to Business Intelligence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D01888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84A032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30F5D27F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9CABD2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467 Forecasting and Predictive Analytics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C79ED2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224985B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43260579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993125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Choose three Concentration Electives from the following: 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FF3E9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10309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6598DACF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ACD856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305 MIS Special Topics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5F42BD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343A83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68BDF44C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0F2412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310 Project Management Methods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3E79D7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905FF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5DFC3BB1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51ED96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320 Electronic Commerce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14758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EC7974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323E36CA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08AEC83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330 Database Management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A0370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6CE948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1401136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7C8AFBD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340 Networks and Security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90A9CA9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28BF4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248D1DF7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1E14AD0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350 System Modeling and Simulation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AFFF3B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83496E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4DE4195F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4C3599B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lastRenderedPageBreak/>
              <w:t>MIS 360 Cybersecurity Management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51771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52506D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41C12F4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AE3F0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370 Programming for Managers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1B5F6D2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CA9DF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436549F5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101A3E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MIS 450 Systems Analysis and Design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CBA34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42A94A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4688A4CD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D3202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355 Business Analytics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1867F4C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FCE4062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05D73A97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273078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370 Data Mining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7B1B4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D12DC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5431AF8F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EF64E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375 Business Systems Optimization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6FEFF0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F89CAB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2CBFA694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28D0D3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ODS 380 Simulation and Risk Analysis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5DFFA41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907404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1DA99F35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F664F8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†  ODS 495 Internship in Operations and Decision Sciences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306177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BEB16E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524A5159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F4D6A5B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GPH 340 Geographic Information Systems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7F5DE15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5587E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424776DA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1FAD49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411498">
              <w:rPr>
                <w:sz w:val="20"/>
                <w:szCs w:val="20"/>
              </w:rPr>
              <w:t xml:space="preserve"> Required Support Courses (12 credits total)</w:t>
            </w:r>
          </w:p>
        </w:tc>
      </w:tr>
      <w:tr w:rsidR="00B91ACA" w:rsidRPr="00411498" w14:paraId="67D6F79F" w14:textId="77777777" w:rsidTr="00243053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AA75EEA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Course Name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1F1090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66F533F4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65CED85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E682C0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ECO 201 Principles of Macroeconomics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232E07B" w14:textId="77777777" w:rsidR="00B91ACA" w:rsidRDefault="00B91ACA" w:rsidP="0024305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DABCAB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4DABBA2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284B88B9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61105F1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ECO 202 Principles of Microeconomics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1DEDDB" w14:textId="77777777" w:rsidR="00B91ACA" w:rsidRDefault="00B91ACA" w:rsidP="0024305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DABCAB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3AB557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580B071C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4C8EAE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SOC 110 Introduction to Sociology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AE9C8D6" w14:textId="77777777" w:rsidR="00B91ACA" w:rsidRDefault="00B91ACA" w:rsidP="0024305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DABCAB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CA96E1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3</w:t>
            </w:r>
          </w:p>
        </w:tc>
      </w:tr>
      <w:tr w:rsidR="00B91ACA" w:rsidRPr="00411498" w14:paraId="242181E8" w14:textId="77777777" w:rsidTr="00DA1DB8">
        <w:tc>
          <w:tcPr>
            <w:tcW w:w="621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A1CA10D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364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75B4E6E" w14:textId="77777777" w:rsidR="00B91ACA" w:rsidRDefault="00B91ACA" w:rsidP="0024305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DABCABF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DCC295" w14:textId="77777777" w:rsidR="00B91ACA" w:rsidRPr="00411498" w:rsidRDefault="00B91ACA" w:rsidP="00243053">
            <w:r w:rsidRPr="3DABCABF">
              <w:rPr>
                <w:sz w:val="20"/>
                <w:szCs w:val="20"/>
              </w:rPr>
              <w:t>4</w:t>
            </w:r>
          </w:p>
        </w:tc>
      </w:tr>
      <w:tr w:rsidR="00B91ACA" w:rsidRPr="00411498" w14:paraId="2D545A98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4816877" w14:textId="77777777" w:rsidR="00B91ACA" w:rsidRPr="00411498" w:rsidRDefault="00B91ACA" w:rsidP="00243053">
            <w:pPr>
              <w:shd w:val="clear" w:color="auto" w:fill="E1EBF7" w:themeFill="text2" w:themeFillTint="1A"/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+ Free Electives (18 credits minimum)</w:t>
            </w:r>
          </w:p>
          <w:p w14:paraId="63916622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p w14:paraId="5C081C7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93"/>
              <w:gridCol w:w="2700"/>
              <w:gridCol w:w="4860"/>
            </w:tblGrid>
            <w:tr w:rsidR="00087E7E" w:rsidRPr="00D146FD" w14:paraId="508FC44D" w14:textId="77777777" w:rsidTr="00875FD2">
              <w:tc>
                <w:tcPr>
                  <w:tcW w:w="2793" w:type="dxa"/>
                </w:tcPr>
                <w:p w14:paraId="3203980F" w14:textId="77777777" w:rsidR="00087E7E" w:rsidRPr="00D146FD" w:rsidRDefault="00087E7E" w:rsidP="00087E7E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4EED5110" w14:textId="77777777" w:rsidR="00087E7E" w:rsidRPr="00D146FD" w:rsidRDefault="00087E7E" w:rsidP="00087E7E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860" w:type="dxa"/>
                </w:tcPr>
                <w:p w14:paraId="014BB5F2" w14:textId="77777777" w:rsidR="00087E7E" w:rsidRPr="00D146FD" w:rsidRDefault="00087E7E" w:rsidP="00087E7E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087E7E" w:rsidRPr="00D146FD" w14:paraId="5D552147" w14:textId="77777777" w:rsidTr="00DA1DB8">
              <w:tc>
                <w:tcPr>
                  <w:tcW w:w="2793" w:type="dxa"/>
                </w:tcPr>
                <w:p w14:paraId="366AB170" w14:textId="77777777" w:rsidR="00087E7E" w:rsidRPr="00D146FD" w:rsidRDefault="00087E7E" w:rsidP="00087E7E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1 credit of free elective leftover from AC102</w:t>
                  </w:r>
                </w:p>
              </w:tc>
              <w:tc>
                <w:tcPr>
                  <w:tcW w:w="2700" w:type="dxa"/>
                </w:tcPr>
                <w:p w14:paraId="3625F778" w14:textId="77777777" w:rsidR="00087E7E" w:rsidRPr="00D146FD" w:rsidRDefault="00087E7E" w:rsidP="00087E7E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860" w:type="dxa"/>
                </w:tcPr>
                <w:p w14:paraId="69939201" w14:textId="77777777" w:rsidR="00087E7E" w:rsidRPr="00D146FD" w:rsidRDefault="00087E7E" w:rsidP="00087E7E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68046D" w:rsidRPr="00D146FD" w14:paraId="43DFACCD" w14:textId="77777777" w:rsidTr="00DA1DB8">
              <w:tc>
                <w:tcPr>
                  <w:tcW w:w="2793" w:type="dxa"/>
                </w:tcPr>
                <w:p w14:paraId="25EA96BB" w14:textId="3BB4487B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1 credit of free elective leftover from AC102</w:t>
                  </w:r>
                </w:p>
              </w:tc>
              <w:tc>
                <w:tcPr>
                  <w:tcW w:w="2700" w:type="dxa"/>
                </w:tcPr>
                <w:p w14:paraId="33A55A07" w14:textId="189AA219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>
                    <w:rPr>
                      <w:rFonts w:ascii="Aptos" w:hAnsi="Aptos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860" w:type="dxa"/>
                </w:tcPr>
                <w:p w14:paraId="697B8D11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68046D" w:rsidRPr="00D146FD" w14:paraId="08FD68BC" w14:textId="77777777" w:rsidTr="00875FD2">
              <w:tc>
                <w:tcPr>
                  <w:tcW w:w="2793" w:type="dxa"/>
                </w:tcPr>
                <w:p w14:paraId="76F51653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336676E6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7CEC1C0F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68046D" w:rsidRPr="00D146FD" w14:paraId="5B6E5363" w14:textId="77777777" w:rsidTr="00875FD2">
              <w:tc>
                <w:tcPr>
                  <w:tcW w:w="2793" w:type="dxa"/>
                </w:tcPr>
                <w:p w14:paraId="7CA79C61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700" w:type="dxa"/>
                </w:tcPr>
                <w:p w14:paraId="45273C42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860" w:type="dxa"/>
                </w:tcPr>
                <w:p w14:paraId="0D3F961B" w14:textId="77777777" w:rsidR="0068046D" w:rsidRPr="00D146FD" w:rsidRDefault="0068046D" w:rsidP="0068046D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28CE743C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p w14:paraId="134DE130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p w14:paraId="2DC4BB8A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p w14:paraId="6F5B7373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p w14:paraId="2268E636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</w:tc>
      </w:tr>
      <w:tr w:rsidR="00B91ACA" w:rsidRPr="00411498" w14:paraId="7EEFD2B1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243CC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lastRenderedPageBreak/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36"/>
              <w:gridCol w:w="7424"/>
              <w:gridCol w:w="2080"/>
            </w:tblGrid>
            <w:tr w:rsidR="00B91ACA" w:rsidRPr="00411498" w14:paraId="142D4A6E" w14:textId="77777777" w:rsidTr="00243053">
              <w:tc>
                <w:tcPr>
                  <w:tcW w:w="1136" w:type="dxa"/>
                </w:tcPr>
                <w:p w14:paraId="413D7E88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6F2BFD1F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059A86AD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91ACA" w:rsidRPr="00411498" w14:paraId="3708E646" w14:textId="77777777" w:rsidTr="00243053">
              <w:tc>
                <w:tcPr>
                  <w:tcW w:w="1136" w:type="dxa"/>
                </w:tcPr>
                <w:p w14:paraId="288D1E8D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48D9D0BA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672950AD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91ACA" w:rsidRPr="00411498" w14:paraId="2D9E4102" w14:textId="77777777" w:rsidTr="00243053">
              <w:tc>
                <w:tcPr>
                  <w:tcW w:w="1136" w:type="dxa"/>
                </w:tcPr>
                <w:p w14:paraId="6B76D4B5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48CB1652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3224174A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91ACA" w:rsidRPr="00411498" w14:paraId="06CF41F8" w14:textId="77777777" w:rsidTr="00243053">
              <w:tc>
                <w:tcPr>
                  <w:tcW w:w="1136" w:type="dxa"/>
                </w:tcPr>
                <w:p w14:paraId="2B30BC60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07B76FC4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23477138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91ACA" w:rsidRPr="00411498" w14:paraId="4CE91EAF" w14:textId="77777777" w:rsidTr="00243053">
              <w:tc>
                <w:tcPr>
                  <w:tcW w:w="1136" w:type="dxa"/>
                </w:tcPr>
                <w:p w14:paraId="58228BA7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4054673A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0108E295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91ACA" w:rsidRPr="00411498" w14:paraId="25A29520" w14:textId="77777777" w:rsidTr="00243053">
              <w:tc>
                <w:tcPr>
                  <w:tcW w:w="1136" w:type="dxa"/>
                </w:tcPr>
                <w:p w14:paraId="264AEE07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239A484E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70D48FEE" w14:textId="77777777" w:rsidR="00B91ACA" w:rsidRPr="00411498" w:rsidRDefault="00B91ACA" w:rsidP="00243053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93FA33F" w14:textId="77777777" w:rsidR="00B91ACA" w:rsidRPr="00411498" w:rsidRDefault="00B91ACA" w:rsidP="00243053">
            <w:pPr>
              <w:rPr>
                <w:sz w:val="20"/>
                <w:szCs w:val="20"/>
              </w:rPr>
            </w:pPr>
          </w:p>
          <w:p w14:paraId="496691AF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 </w:t>
            </w:r>
          </w:p>
        </w:tc>
      </w:tr>
      <w:tr w:rsidR="00B91ACA" w:rsidRPr="00411498" w14:paraId="1895250E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172D4A0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Additional Information and Notes</w:t>
            </w:r>
          </w:p>
          <w:p w14:paraId="3D53CF93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†  Students wishing to register for ODS 495 must obtain permission of Department Chairperson.</w:t>
            </w:r>
          </w:p>
          <w:p w14:paraId="534EFEE3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 </w:t>
            </w:r>
          </w:p>
        </w:tc>
      </w:tr>
      <w:tr w:rsidR="00B91ACA" w:rsidRPr="00411498" w14:paraId="29ADC706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BB54B7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Total credits for graduation: 120 - 125</w:t>
            </w:r>
          </w:p>
        </w:tc>
      </w:tr>
      <w:tr w:rsidR="00B91ACA" w:rsidRPr="00411498" w14:paraId="76BABE10" w14:textId="77777777" w:rsidTr="00243053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AB90328" w14:textId="77777777" w:rsidR="00B91ACA" w:rsidRPr="00411498" w:rsidRDefault="00B91ACA" w:rsidP="00243053">
            <w:pPr>
              <w:rPr>
                <w:sz w:val="20"/>
                <w:szCs w:val="20"/>
              </w:rPr>
            </w:pPr>
            <w:r w:rsidRPr="00411498">
              <w:rPr>
                <w:sz w:val="20"/>
                <w:szCs w:val="20"/>
              </w:rPr>
              <w:t>Notes:</w:t>
            </w:r>
          </w:p>
        </w:tc>
      </w:tr>
    </w:tbl>
    <w:p w14:paraId="10ACB136" w14:textId="77777777" w:rsidR="00B91ACA" w:rsidRDefault="00B91ACA"/>
    <w:sectPr w:rsidR="00B91ACA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087E7E"/>
    <w:rsid w:val="000F7AD0"/>
    <w:rsid w:val="00134EC2"/>
    <w:rsid w:val="0015024D"/>
    <w:rsid w:val="0015074B"/>
    <w:rsid w:val="001C01EC"/>
    <w:rsid w:val="001C7C5E"/>
    <w:rsid w:val="00260D59"/>
    <w:rsid w:val="00265115"/>
    <w:rsid w:val="0029639D"/>
    <w:rsid w:val="00303EF2"/>
    <w:rsid w:val="00326F90"/>
    <w:rsid w:val="00347817"/>
    <w:rsid w:val="00371FF7"/>
    <w:rsid w:val="0038682A"/>
    <w:rsid w:val="00671DD9"/>
    <w:rsid w:val="0068046D"/>
    <w:rsid w:val="00710C6A"/>
    <w:rsid w:val="007A3C7B"/>
    <w:rsid w:val="00866A65"/>
    <w:rsid w:val="00896F9E"/>
    <w:rsid w:val="008D7921"/>
    <w:rsid w:val="009348EF"/>
    <w:rsid w:val="00AA1D8D"/>
    <w:rsid w:val="00B47730"/>
    <w:rsid w:val="00B678DB"/>
    <w:rsid w:val="00B91ACA"/>
    <w:rsid w:val="00CB0664"/>
    <w:rsid w:val="00D101C7"/>
    <w:rsid w:val="00D24D3E"/>
    <w:rsid w:val="00D676CB"/>
    <w:rsid w:val="00DA1DB8"/>
    <w:rsid w:val="00ED651C"/>
    <w:rsid w:val="00F82989"/>
    <w:rsid w:val="00FC4079"/>
    <w:rsid w:val="00FC693F"/>
    <w:rsid w:val="01A16D01"/>
    <w:rsid w:val="05C1C993"/>
    <w:rsid w:val="061B64C1"/>
    <w:rsid w:val="06A478C9"/>
    <w:rsid w:val="06C4A541"/>
    <w:rsid w:val="0AAEE6E2"/>
    <w:rsid w:val="0B65C1CB"/>
    <w:rsid w:val="1242441B"/>
    <w:rsid w:val="12D33D55"/>
    <w:rsid w:val="160FE554"/>
    <w:rsid w:val="176E2472"/>
    <w:rsid w:val="1828E0E0"/>
    <w:rsid w:val="1A61DF6E"/>
    <w:rsid w:val="1AA053F4"/>
    <w:rsid w:val="20D07123"/>
    <w:rsid w:val="233E3BB4"/>
    <w:rsid w:val="23936FD1"/>
    <w:rsid w:val="239A4005"/>
    <w:rsid w:val="2491E7EF"/>
    <w:rsid w:val="24D81583"/>
    <w:rsid w:val="2517EEE4"/>
    <w:rsid w:val="27DD843E"/>
    <w:rsid w:val="28301827"/>
    <w:rsid w:val="2D9C9DB0"/>
    <w:rsid w:val="2F284571"/>
    <w:rsid w:val="2FABC3F0"/>
    <w:rsid w:val="31754457"/>
    <w:rsid w:val="3178416E"/>
    <w:rsid w:val="33143ED3"/>
    <w:rsid w:val="35433DFD"/>
    <w:rsid w:val="3572195F"/>
    <w:rsid w:val="36B8260F"/>
    <w:rsid w:val="38A5AF1B"/>
    <w:rsid w:val="3C7C99F3"/>
    <w:rsid w:val="3D5C0C2C"/>
    <w:rsid w:val="3DAB70AD"/>
    <w:rsid w:val="3EABF509"/>
    <w:rsid w:val="3FDA30A8"/>
    <w:rsid w:val="3FDD2058"/>
    <w:rsid w:val="40A4D49B"/>
    <w:rsid w:val="4179CB53"/>
    <w:rsid w:val="43F3093D"/>
    <w:rsid w:val="452F3999"/>
    <w:rsid w:val="464D0B07"/>
    <w:rsid w:val="46FB37FB"/>
    <w:rsid w:val="493F8014"/>
    <w:rsid w:val="4A1D484D"/>
    <w:rsid w:val="4BB08607"/>
    <w:rsid w:val="4DAF2323"/>
    <w:rsid w:val="52A107D4"/>
    <w:rsid w:val="52AD3075"/>
    <w:rsid w:val="52F6E285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F423206"/>
    <w:rsid w:val="5FA6EDA5"/>
    <w:rsid w:val="62D7F3E6"/>
    <w:rsid w:val="648E269B"/>
    <w:rsid w:val="66AC74EA"/>
    <w:rsid w:val="6DCD081A"/>
    <w:rsid w:val="6F3F0359"/>
    <w:rsid w:val="6FC22F7A"/>
    <w:rsid w:val="711A5704"/>
    <w:rsid w:val="733E76E4"/>
    <w:rsid w:val="73622C3E"/>
    <w:rsid w:val="74446166"/>
    <w:rsid w:val="77722618"/>
    <w:rsid w:val="77BA9569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1070</Words>
  <Characters>6105</Characters>
  <Application>Microsoft Office Word</Application>
  <DocSecurity>8</DocSecurity>
  <Lines>50</Lines>
  <Paragraphs>14</Paragraphs>
  <ScaleCrop>false</ScaleCrop>
  <Manager/>
  <Company/>
  <LinksUpToDate>false</LinksUpToDate>
  <CharactersWithSpaces>7161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22</cp:revision>
  <dcterms:created xsi:type="dcterms:W3CDTF">2026-08-17T15:39:00Z</dcterms:created>
  <dcterms:modified xsi:type="dcterms:W3CDTF">2026-09-23T16:23:00Z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