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14D621FE" w:rsidR="00D24D3E" w:rsidRDefault="197BAA07" w:rsidP="395B5674">
      <w:pPr>
        <w:pStyle w:val="Heading1"/>
        <w:rPr>
          <w:rFonts w:ascii="Calibri" w:eastAsia="MS Gothic" w:hAnsi="Calibri" w:cs="Times New Roman"/>
        </w:rPr>
      </w:pPr>
      <w:r>
        <w:t xml:space="preserve">MassBay Community College Business Administration </w:t>
      </w:r>
      <w:r w:rsidR="02286D64">
        <w:t>Associate in Science</w:t>
      </w:r>
      <w:r>
        <w:t xml:space="preserve"> mapped to Salem State University </w:t>
      </w:r>
      <w:r w:rsidR="4B5E265B" w:rsidRPr="395B5674">
        <w:rPr>
          <w:rFonts w:ascii="Calibri" w:eastAsia="MS Gothic" w:hAnsi="Calibri" w:cs="Times New Roman"/>
        </w:rPr>
        <w:t>Business Administration, Entrepreneurship Concentration,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688039D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59390D07" w:rsidR="00D24D3E" w:rsidRDefault="0053585D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242644E6">
        <w:trPr>
          <w:tblHeader/>
        </w:trPr>
        <w:tc>
          <w:tcPr>
            <w:tcW w:w="2880" w:type="dxa"/>
          </w:tcPr>
          <w:p w14:paraId="7BE66101" w14:textId="557176D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MassBay CC Course Number</w:t>
            </w:r>
          </w:p>
        </w:tc>
        <w:tc>
          <w:tcPr>
            <w:tcW w:w="2880" w:type="dxa"/>
          </w:tcPr>
          <w:p w14:paraId="3B317950" w14:textId="2A2D924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Course Title</w:t>
            </w:r>
          </w:p>
        </w:tc>
        <w:tc>
          <w:tcPr>
            <w:tcW w:w="2880" w:type="dxa"/>
          </w:tcPr>
          <w:p w14:paraId="5BFB3E36" w14:textId="75284B5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Credits</w:t>
            </w:r>
          </w:p>
        </w:tc>
        <w:tc>
          <w:tcPr>
            <w:tcW w:w="2880" w:type="dxa"/>
          </w:tcPr>
          <w:p w14:paraId="3BAA6277" w14:textId="7F11C88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Salem State Equivalent</w:t>
            </w:r>
          </w:p>
        </w:tc>
        <w:tc>
          <w:tcPr>
            <w:tcW w:w="2880" w:type="dxa"/>
          </w:tcPr>
          <w:p w14:paraId="4585C121" w14:textId="7777777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Application to Salem State Program</w:t>
            </w:r>
          </w:p>
          <w:p w14:paraId="7DF2A002" w14:textId="6073BF31" w:rsidR="003363BC" w:rsidRDefault="003363BC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7433819F" w14:textId="77777777" w:rsidTr="242644E6">
        <w:tc>
          <w:tcPr>
            <w:tcW w:w="2880" w:type="dxa"/>
          </w:tcPr>
          <w:p w14:paraId="2A0E68E7" w14:textId="2ABAF85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lastRenderedPageBreak/>
              <w:t>AC 101</w:t>
            </w:r>
          </w:p>
        </w:tc>
        <w:tc>
          <w:tcPr>
            <w:tcW w:w="2880" w:type="dxa"/>
          </w:tcPr>
          <w:p w14:paraId="212D34AA" w14:textId="2E482E8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321242FC" w14:textId="30F646A0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AA33544" w14:textId="4A50C89A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0AE204BD" w14:textId="6215C31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242644E6">
        <w:tc>
          <w:tcPr>
            <w:tcW w:w="2880" w:type="dxa"/>
          </w:tcPr>
          <w:p w14:paraId="1D364B36" w14:textId="6CA96539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147F3665" w14:textId="6A91DFB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00E5B842" w14:textId="5FE31F0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20E2E0C" w14:textId="4D70A1C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40A8C9E1" w14:textId="5CC614B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242644E6">
        <w:tc>
          <w:tcPr>
            <w:tcW w:w="2880" w:type="dxa"/>
          </w:tcPr>
          <w:p w14:paraId="263D1D77" w14:textId="3B3830A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54D9CFA9" w14:textId="5DE3F12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2A7D3EAA" w14:textId="364051A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3080D6C" w14:textId="1787272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196C04D7" w14:textId="7A896B3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242644E6">
        <w:tc>
          <w:tcPr>
            <w:tcW w:w="2880" w:type="dxa"/>
          </w:tcPr>
          <w:p w14:paraId="7CB6C385" w14:textId="2BDA553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410762F1" w14:textId="30E7CCB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72303491" w14:textId="4AE3D03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5C235A6" w14:textId="565D86C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29051267" w14:textId="34A9A28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242644E6">
        <w:tc>
          <w:tcPr>
            <w:tcW w:w="2880" w:type="dxa"/>
          </w:tcPr>
          <w:p w14:paraId="7608CC1E" w14:textId="2EED817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6AF1AA41" w14:textId="67650DB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55C85B07" w14:textId="20C861F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66E326F" w14:textId="19D8FEA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44A6314B" w14:textId="569573E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242644E6">
        <w:tc>
          <w:tcPr>
            <w:tcW w:w="2880" w:type="dxa"/>
          </w:tcPr>
          <w:p w14:paraId="7378087E" w14:textId="3E130F38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675792D2" w14:textId="00B24640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0E542E31" w14:textId="0F1248C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3AB6D9CF" w14:textId="1D64D9A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0B07A2A2" w14:textId="7FA36E7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242644E6">
        <w:tc>
          <w:tcPr>
            <w:tcW w:w="2880" w:type="dxa"/>
          </w:tcPr>
          <w:p w14:paraId="27CBFCAB" w14:textId="631A3EC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21CBD12E" w14:textId="2EA4E56A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58A96D75" w14:textId="1A0AFAE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1FA5691" w14:textId="38DF529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3DC89DB3" w14:textId="1345F96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242644E6">
        <w:tc>
          <w:tcPr>
            <w:tcW w:w="2880" w:type="dxa"/>
          </w:tcPr>
          <w:p w14:paraId="7823540B" w14:textId="7427398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24A8BE40" w14:textId="079FD0A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042874F8" w14:textId="0CDD742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67FBC50" w14:textId="58CE4F7A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1F120049" w14:textId="07202ADD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242644E6">
        <w:tc>
          <w:tcPr>
            <w:tcW w:w="2880" w:type="dxa"/>
          </w:tcPr>
          <w:p w14:paraId="00BC9765" w14:textId="74EE9439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1E9A1751" w14:textId="54F69AD8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7A395C88" w14:textId="21131D9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EC5C080" w14:textId="2BCA0F5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076FF96B" w14:textId="15D0FB2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12F480B8" w14:textId="77777777" w:rsidTr="242644E6">
        <w:tc>
          <w:tcPr>
            <w:tcW w:w="2880" w:type="dxa"/>
          </w:tcPr>
          <w:p w14:paraId="32B20509" w14:textId="18B7622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4879840A" w14:textId="617FCBA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123F2022" w14:textId="556D840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554E4DFE" w14:textId="307F968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75DAF733" w14:textId="495C010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242644E6">
        <w:tc>
          <w:tcPr>
            <w:tcW w:w="2880" w:type="dxa"/>
          </w:tcPr>
          <w:p w14:paraId="27D670FF" w14:textId="6E4CCF20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200331C3" w14:textId="68A64C9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31C6206C" w14:textId="6E34828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78265C7" w14:textId="2192828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5DF5A076" w14:textId="312B54D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242644E6">
        <w:tc>
          <w:tcPr>
            <w:tcW w:w="2880" w:type="dxa"/>
          </w:tcPr>
          <w:p w14:paraId="3308B8F4" w14:textId="6CF92BF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1D3631B5" w14:textId="01822EAA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54D67606" w14:textId="55D9BB5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4FF0B35" w14:textId="1905F1A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17D75B21" w14:textId="252B947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242644E6">
        <w:tc>
          <w:tcPr>
            <w:tcW w:w="2880" w:type="dxa"/>
          </w:tcPr>
          <w:p w14:paraId="0B39D61D" w14:textId="0F52DFD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5202A23A" w14:textId="02EFFF29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27823C81" w14:textId="22D14EE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5A518036" w14:textId="3D4E9BE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6B84B5B7" w14:textId="50707861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242644E6">
        <w:tc>
          <w:tcPr>
            <w:tcW w:w="2880" w:type="dxa"/>
          </w:tcPr>
          <w:p w14:paraId="2A779CC5" w14:textId="6044541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709284C7" w14:textId="79AC9459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11E553C3" w14:textId="3859DDC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0474356B" w14:textId="74F7CFE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6A2154DB" w14:textId="7777777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  <w:p w14:paraId="29FD3F48" w14:textId="7BBB95DA" w:rsidR="003363BC" w:rsidRDefault="003363BC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242644E6">
        <w:tc>
          <w:tcPr>
            <w:tcW w:w="2880" w:type="dxa"/>
          </w:tcPr>
          <w:p w14:paraId="5C7299AE" w14:textId="3483BC6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lastRenderedPageBreak/>
              <w:t>EC 202</w:t>
            </w:r>
          </w:p>
        </w:tc>
        <w:tc>
          <w:tcPr>
            <w:tcW w:w="2880" w:type="dxa"/>
          </w:tcPr>
          <w:p w14:paraId="11B958A9" w14:textId="4701E449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7DE84963" w14:textId="1861ACDF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4FB8BCD" w14:textId="78A5C4E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728D2BEE" w14:textId="2E0D366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242644E6">
        <w:tc>
          <w:tcPr>
            <w:tcW w:w="2880" w:type="dxa"/>
          </w:tcPr>
          <w:p w14:paraId="385DAA67" w14:textId="7F24E71E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723EFBFE" w14:textId="691993C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7B4AEB55" w14:textId="4A494203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6498E03" w14:textId="0CC1AF5D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62693229" w14:textId="4929976D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1BFB782" w14:textId="77777777" w:rsidTr="242644E6">
        <w:tc>
          <w:tcPr>
            <w:tcW w:w="2880" w:type="dxa"/>
          </w:tcPr>
          <w:p w14:paraId="33C28A8B" w14:textId="2CED4F1A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0204E3E1" w14:textId="61794585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2AEAA951" w14:textId="70D32FF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54C31FA" w14:textId="65E7ED8B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2D87C84C" w14:textId="3579B18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242644E6">
        <w:tc>
          <w:tcPr>
            <w:tcW w:w="2880" w:type="dxa"/>
          </w:tcPr>
          <w:p w14:paraId="331E4415" w14:textId="10A9919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4B5B51CF" w14:textId="028B3E3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261B0A44" w14:textId="335681D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57790E2F" w14:textId="0523FE9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1497E114" w14:textId="4A8F1DF7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242644E6">
        <w:tc>
          <w:tcPr>
            <w:tcW w:w="2880" w:type="dxa"/>
          </w:tcPr>
          <w:p w14:paraId="56E1000F" w14:textId="017D072D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6AF7020E" w14:textId="41ECAA36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088B3FE2" w14:textId="7D529AAC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173E0406" w14:textId="26FFF124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32E2EF24" w14:textId="787F6E52" w:rsidR="242644E6" w:rsidRDefault="242644E6" w:rsidP="242644E6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42644E6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16AC9E72" w14:textId="77777777" w:rsidR="009367DA" w:rsidRDefault="009367DA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2696"/>
        <w:gridCol w:w="3327"/>
        <w:gridCol w:w="981"/>
      </w:tblGrid>
      <w:tr w:rsidR="009367DA" w:rsidRPr="00415DD2" w14:paraId="2A1E37A8" w14:textId="77777777" w:rsidTr="00A91654"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F03E2AF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31C2758" w14:textId="0F7A375E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Catalog: 202</w:t>
            </w:r>
            <w:r w:rsidR="00022290">
              <w:rPr>
                <w:rFonts w:ascii="Aptos" w:hAnsi="Aptos"/>
                <w:sz w:val="20"/>
                <w:szCs w:val="20"/>
              </w:rPr>
              <w:t>6</w:t>
            </w:r>
            <w:r w:rsidRPr="00415DD2">
              <w:rPr>
                <w:rFonts w:ascii="Aptos" w:hAnsi="Aptos"/>
                <w:sz w:val="20"/>
                <w:szCs w:val="20"/>
              </w:rPr>
              <w:t>-202</w:t>
            </w:r>
            <w:r w:rsidR="00022290">
              <w:rPr>
                <w:rFonts w:ascii="Aptos" w:hAnsi="Aptos"/>
                <w:sz w:val="20"/>
                <w:szCs w:val="20"/>
              </w:rPr>
              <w:t>7</w:t>
            </w:r>
            <w:r w:rsidRPr="00415DD2">
              <w:rPr>
                <w:rFonts w:ascii="Aptos" w:hAnsi="Aptos"/>
                <w:sz w:val="20"/>
                <w:szCs w:val="20"/>
              </w:rPr>
              <w:t xml:space="preserve"> Undergraduate </w:t>
            </w:r>
          </w:p>
        </w:tc>
      </w:tr>
      <w:tr w:rsidR="009367DA" w:rsidRPr="00415DD2" w14:paraId="79F6E358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49F5F4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Business Administration, Entrepreneurship Concentration, BSBA</w:t>
            </w:r>
          </w:p>
          <w:p w14:paraId="046D8E40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51EAE143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7CACB8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 xml:space="preserve">General Education Requirements </w:t>
            </w:r>
            <w:r w:rsidRPr="00415DD2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3CFACB2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  <w:tbl>
            <w:tblPr>
              <w:tblW w:w="102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4410"/>
              <w:gridCol w:w="1440"/>
              <w:gridCol w:w="4050"/>
            </w:tblGrid>
            <w:tr w:rsidR="009367DA" w:rsidRPr="00415DD2" w14:paraId="2B5B53EC" w14:textId="77777777" w:rsidTr="00A91654">
              <w:trPr>
                <w:trHeight w:val="540"/>
              </w:trPr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C50C632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1D0785B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75A60F33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EA2170D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9367DA" w:rsidRPr="00415DD2" w14:paraId="58C8E54C" w14:textId="77777777" w:rsidTr="00A91654">
              <w:trPr>
                <w:trHeight w:val="585"/>
              </w:trPr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9AF447F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3E3AC15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04D6357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3E8E5E9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9367DA" w:rsidRPr="00415DD2" w14:paraId="63ADD515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E1183A8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0F47ED9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6EB33B39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6CF3E53A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9367DA" w:rsidRPr="00415DD2" w14:paraId="2968AFA5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ED47FF1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93CF6F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2DA9D2D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67CC731B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9367DA" w:rsidRPr="00415DD2" w14:paraId="60DC26F1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2728CE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95534D6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4D8D2F5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D21B2FC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9367DA" w:rsidRPr="00415DD2" w14:paraId="0109952C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8CECAA2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04095F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8C550BD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4B724C0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9367DA" w:rsidRPr="00415DD2" w14:paraId="70C3490D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AC6E08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D0619D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E198EB1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583EA60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9367DA" w:rsidRPr="00415DD2" w14:paraId="42AD7983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ED6724F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3EBFA78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EF4A929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2B0A3C06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9367DA" w:rsidRPr="00415DD2" w14:paraId="2098939E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41B6D6F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B4202CD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E727D9E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949D5B6" w14:textId="77777777" w:rsidR="009367DA" w:rsidRDefault="009367DA" w:rsidP="00A9165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AF5F790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9367DA" w:rsidRPr="00415DD2" w14:paraId="503C5786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863C87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70EAD0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9102AE0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C49A49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530250DA" w14:textId="77777777" w:rsidTr="00A91654">
              <w:tc>
                <w:tcPr>
                  <w:tcW w:w="3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5F696A2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FFD8E5B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D4B1A2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415DD2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5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537A6AE" w14:textId="77777777" w:rsidR="009367DA" w:rsidRPr="00415DD2" w:rsidRDefault="009367DA" w:rsidP="00A9165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E4ADC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  </w:t>
            </w:r>
          </w:p>
        </w:tc>
      </w:tr>
      <w:tr w:rsidR="009367DA" w:rsidRPr="00415DD2" w14:paraId="73DD8FB0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D0B5DC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9367DA" w:rsidRPr="00415DD2" w14:paraId="095CC98A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DE39D1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Major Core Courses (34 credits)</w:t>
            </w:r>
          </w:p>
        </w:tc>
      </w:tr>
      <w:tr w:rsidR="009367DA" w:rsidRPr="00415DD2" w14:paraId="7751DE52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AC78F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EA980A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7B9A09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0EBF3A84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ACAF57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BUS 170 Introduction to Business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378B80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EFB353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4E5F3D5E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3498B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ACC 106 Financial Accounting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D4931B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1C43BB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9367DA" w:rsidRPr="00415DD2" w14:paraId="7E23B8D0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C2103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ACC 202 Managerial Accounting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F522B6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418F4F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9367DA" w:rsidRPr="00415DD2" w14:paraId="4F7518F0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761214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A04F53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0FF6A0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62A37D41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4A8D9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MGT 332 Organizational Behavior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26FB53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8489B3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54D47707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090FA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MKT 241N Principles of Marketing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AAB98F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9D83C2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4E42022E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E7214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BUS 252 Business Law I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F59E67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CAB300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3989BE6E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5A903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FIN 301 Principles of Finance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5BE208" w14:textId="77777777" w:rsidR="009367DA" w:rsidRDefault="009367DA" w:rsidP="00A91654">
            <w:pPr>
              <w:rPr>
                <w:rFonts w:ascii="Aptos" w:eastAsia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FB020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486EC77D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5B4D6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MIS 201 Introduction to Information Systems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B5B1F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798EF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213AF460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E7E8F0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lastRenderedPageBreak/>
              <w:t>ODS 262 Quantitative Analysis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7E039EB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01ADA72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1F18D87D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BDB9C0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ODS 333 Operations and Logistics Management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8BEFC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7AE7BB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0C7A1948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735E81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BUS 470 Business Policy &amp; Strategy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156212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600A5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077F97AA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2898ED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Major Concentration Courses (21 credits)</w:t>
            </w:r>
          </w:p>
        </w:tc>
      </w:tr>
      <w:tr w:rsidR="009367DA" w:rsidRPr="00415DD2" w14:paraId="6344A11F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EA06E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116F9CB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979DDF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276D5929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E6070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ENT 237 Small Business Management</w:t>
            </w:r>
          </w:p>
          <w:p w14:paraId="45A8F03C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OR</w:t>
            </w:r>
          </w:p>
          <w:p w14:paraId="7D151352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ENT 250 Introduction to Entrepreneurship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9335B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8069F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54DF0098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02311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Choose any two courses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2320B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AAFDFF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52B9C69D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26A2B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 </w:t>
            </w:r>
            <w:r w:rsidRPr="00415DD2">
              <w:rPr>
                <w:rFonts w:ascii="Arial" w:hAnsi="Arial" w:cs="Arial"/>
                <w:sz w:val="20"/>
                <w:szCs w:val="20"/>
              </w:rPr>
              <w:t>►</w:t>
            </w:r>
            <w:r w:rsidRPr="00415DD2">
              <w:rPr>
                <w:rFonts w:ascii="Aptos" w:hAnsi="Aptos"/>
                <w:sz w:val="20"/>
                <w:szCs w:val="20"/>
              </w:rPr>
              <w:t>  ENT 420 Business Plan Development</w:t>
            </w:r>
          </w:p>
          <w:p w14:paraId="073CCB48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OR</w:t>
            </w:r>
          </w:p>
          <w:p w14:paraId="424F2E3F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rial" w:hAnsi="Arial" w:cs="Arial"/>
                <w:sz w:val="20"/>
                <w:szCs w:val="20"/>
              </w:rPr>
              <w:t>►</w:t>
            </w:r>
            <w:r w:rsidRPr="00415DD2">
              <w:rPr>
                <w:rFonts w:ascii="Aptos" w:hAnsi="Aptos"/>
                <w:sz w:val="20"/>
                <w:szCs w:val="20"/>
              </w:rPr>
              <w:t>  ENT 450 Strategic Entrepreneurship</w:t>
            </w:r>
          </w:p>
          <w:p w14:paraId="72ADFD5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OR</w:t>
            </w:r>
          </w:p>
          <w:p w14:paraId="17DD5711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rial" w:hAnsi="Arial" w:cs="Arial"/>
                <w:sz w:val="20"/>
                <w:szCs w:val="20"/>
              </w:rPr>
              <w:t>►</w:t>
            </w:r>
            <w:r w:rsidRPr="00415DD2">
              <w:rPr>
                <w:rFonts w:ascii="Aptos" w:hAnsi="Aptos"/>
                <w:sz w:val="20"/>
                <w:szCs w:val="20"/>
              </w:rPr>
              <w:t>  ENT 485 Internship in Entrepreneurship</w:t>
            </w:r>
          </w:p>
          <w:p w14:paraId="2161D3E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0B55FB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EE4AD5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1BACE352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054AFA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MKT 347 Guerrilla Marketing</w:t>
            </w:r>
          </w:p>
          <w:p w14:paraId="321A3FC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OR</w:t>
            </w:r>
          </w:p>
          <w:p w14:paraId="340D586F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MKT 388 Digital Marketing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067B6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BA146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4D2626B3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9993F5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 xml:space="preserve">Choose any three 3 credit courses offered by the Bertolon School of Business that are not included in the major core, including those major concentration </w:t>
            </w:r>
            <w:r w:rsidRPr="00415DD2">
              <w:rPr>
                <w:rFonts w:ascii="Aptos" w:hAnsi="Aptos"/>
                <w:sz w:val="20"/>
                <w:szCs w:val="20"/>
              </w:rPr>
              <w:lastRenderedPageBreak/>
              <w:t>courses not yet taken (9 credits)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CE0FAB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3C0204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71FF1561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BA7734C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415DD2">
              <w:rPr>
                <w:rFonts w:ascii="Aptos" w:hAnsi="Aptos"/>
                <w:sz w:val="20"/>
                <w:szCs w:val="20"/>
              </w:rPr>
              <w:t xml:space="preserve"> Required Support Courses (12 credits)</w:t>
            </w:r>
          </w:p>
        </w:tc>
      </w:tr>
      <w:tr w:rsidR="009367DA" w:rsidRPr="00415DD2" w14:paraId="362F56FA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E42438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84E6D7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3C9F7AC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462B770F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28985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ECO 201 Principles of Macroeconomics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688A63" w14:textId="77777777" w:rsidR="009367DA" w:rsidRDefault="009367DA" w:rsidP="00A916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91B076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3EB02B5A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834C4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ECO 202 Principles of Microeconomics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11DA65" w14:textId="77777777" w:rsidR="009367DA" w:rsidRDefault="009367DA" w:rsidP="00A916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F41AAC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072BA6B5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7BE0A2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SOC 110 Introduction to Sociology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655E86" w14:textId="77777777" w:rsidR="009367DA" w:rsidRDefault="009367DA" w:rsidP="00A916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E812F1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9367DA" w:rsidRPr="00415DD2" w14:paraId="1F4B231A" w14:textId="77777777" w:rsidTr="00A91654">
        <w:tc>
          <w:tcPr>
            <w:tcW w:w="37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A72A99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6023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19F5F1" w14:textId="77777777" w:rsidR="009367DA" w:rsidRDefault="009367DA" w:rsidP="00A916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AF5F79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98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FCE788" w14:textId="77777777" w:rsidR="009367DA" w:rsidRPr="00415DD2" w:rsidRDefault="009367DA" w:rsidP="00A91654">
            <w:r w:rsidRPr="7D28E374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9367DA" w:rsidRPr="00415DD2" w14:paraId="010A4486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8E55F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+ Free Electives or Minor (18 credits minimum)</w:t>
            </w:r>
          </w:p>
          <w:p w14:paraId="0F85B7EF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p w14:paraId="17EE0A51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  <w:tbl>
            <w:tblPr>
              <w:tblStyle w:val="TableGrid"/>
              <w:tblW w:w="10640" w:type="dxa"/>
              <w:tblLook w:val="04A0" w:firstRow="1" w:lastRow="0" w:firstColumn="1" w:lastColumn="0" w:noHBand="0" w:noVBand="1"/>
            </w:tblPr>
            <w:tblGrid>
              <w:gridCol w:w="2550"/>
              <w:gridCol w:w="6273"/>
              <w:gridCol w:w="1817"/>
            </w:tblGrid>
            <w:tr w:rsidR="009367DA" w:rsidRPr="00415DD2" w14:paraId="01D562CF" w14:textId="77777777" w:rsidTr="00A91654">
              <w:tc>
                <w:tcPr>
                  <w:tcW w:w="2550" w:type="dxa"/>
                </w:tcPr>
                <w:p w14:paraId="220E8BA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230FA74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2A906DE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5FB3984C" w14:textId="77777777" w:rsidTr="00A91654">
              <w:tc>
                <w:tcPr>
                  <w:tcW w:w="2550" w:type="dxa"/>
                </w:tcPr>
                <w:p w14:paraId="723C4689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0D6ADD7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57BF447F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7D036A3C" w14:textId="77777777" w:rsidTr="00A91654">
              <w:tc>
                <w:tcPr>
                  <w:tcW w:w="2550" w:type="dxa"/>
                </w:tcPr>
                <w:p w14:paraId="07E6857D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319BB2C6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3D262FC5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6FF74446" w14:textId="77777777" w:rsidTr="00A91654">
              <w:tc>
                <w:tcPr>
                  <w:tcW w:w="2550" w:type="dxa"/>
                </w:tcPr>
                <w:p w14:paraId="070F7F8E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789D1285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3CDC7167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4BFC13AC" w14:textId="77777777" w:rsidTr="00A91654">
              <w:tc>
                <w:tcPr>
                  <w:tcW w:w="2550" w:type="dxa"/>
                </w:tcPr>
                <w:p w14:paraId="7C0312AF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1CF0BB16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5A460A0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6BCA07AB" w14:textId="77777777" w:rsidTr="00A91654">
              <w:tc>
                <w:tcPr>
                  <w:tcW w:w="2550" w:type="dxa"/>
                </w:tcPr>
                <w:p w14:paraId="208B98DC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273" w:type="dxa"/>
                </w:tcPr>
                <w:p w14:paraId="2673EE90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4893DE75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40950AC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  <w:p w14:paraId="30CC5907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  <w:p w14:paraId="2A80335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  <w:p w14:paraId="133F5E1D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367DA" w:rsidRPr="00415DD2" w14:paraId="12F8187F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F36ED3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20"/>
              <w:gridCol w:w="7603"/>
              <w:gridCol w:w="1817"/>
            </w:tblGrid>
            <w:tr w:rsidR="009367DA" w:rsidRPr="00415DD2" w14:paraId="08027988" w14:textId="77777777" w:rsidTr="00A91654">
              <w:tc>
                <w:tcPr>
                  <w:tcW w:w="1220" w:type="dxa"/>
                </w:tcPr>
                <w:p w14:paraId="72EF3339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5D8CFB3D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048F497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48BFEE74" w14:textId="77777777" w:rsidTr="00A91654">
              <w:tc>
                <w:tcPr>
                  <w:tcW w:w="1220" w:type="dxa"/>
                </w:tcPr>
                <w:p w14:paraId="61FD105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446829A7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6B12BBE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5A9B72BC" w14:textId="77777777" w:rsidTr="00A91654">
              <w:tc>
                <w:tcPr>
                  <w:tcW w:w="1220" w:type="dxa"/>
                </w:tcPr>
                <w:p w14:paraId="062BA818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53DC4CED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45800061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53DD1225" w14:textId="77777777" w:rsidTr="00A91654">
              <w:tc>
                <w:tcPr>
                  <w:tcW w:w="1220" w:type="dxa"/>
                </w:tcPr>
                <w:p w14:paraId="188D8CE9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09638EBB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4B67455E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47288FC0" w14:textId="77777777" w:rsidTr="00A91654">
              <w:tc>
                <w:tcPr>
                  <w:tcW w:w="1220" w:type="dxa"/>
                </w:tcPr>
                <w:p w14:paraId="630DFDF7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2AD4D57B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420EA6FA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9367DA" w:rsidRPr="00415DD2" w14:paraId="6AF22AFB" w14:textId="77777777" w:rsidTr="00A91654">
              <w:tc>
                <w:tcPr>
                  <w:tcW w:w="1220" w:type="dxa"/>
                </w:tcPr>
                <w:p w14:paraId="7A1F84CD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603" w:type="dxa"/>
                </w:tcPr>
                <w:p w14:paraId="26369453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817" w:type="dxa"/>
                </w:tcPr>
                <w:p w14:paraId="16E504B4" w14:textId="77777777" w:rsidR="009367DA" w:rsidRPr="00415DD2" w:rsidRDefault="009367DA" w:rsidP="00A9165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6767C4DC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9367DA" w:rsidRPr="00415DD2" w14:paraId="15C5031A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D07B2E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lastRenderedPageBreak/>
              <w:t>Additional Information and Notes</w:t>
            </w:r>
          </w:p>
          <w:p w14:paraId="231272A6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 </w:t>
            </w:r>
            <w:r w:rsidRPr="00415DD2">
              <w:rPr>
                <w:rFonts w:ascii="Arial" w:hAnsi="Arial" w:cs="Arial"/>
                <w:sz w:val="20"/>
                <w:szCs w:val="20"/>
              </w:rPr>
              <w:t>►</w:t>
            </w:r>
            <w:r w:rsidRPr="00415DD2">
              <w:rPr>
                <w:rFonts w:ascii="Aptos" w:hAnsi="Aptos" w:cs="Aptos"/>
                <w:sz w:val="20"/>
                <w:szCs w:val="20"/>
              </w:rPr>
              <w:t> </w:t>
            </w:r>
            <w:r w:rsidRPr="00415DD2">
              <w:rPr>
                <w:rFonts w:ascii="Aptos" w:hAnsi="Aptos"/>
                <w:sz w:val="20"/>
                <w:szCs w:val="20"/>
              </w:rPr>
              <w:t>ENT237 or ENT250 is a required prerequisite for ENT420 and ENT450.</w:t>
            </w:r>
          </w:p>
        </w:tc>
      </w:tr>
      <w:tr w:rsidR="009367DA" w:rsidRPr="00415DD2" w14:paraId="1F4CAEE8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14CA25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Total minimum credits for graduation: 120</w:t>
            </w:r>
          </w:p>
          <w:p w14:paraId="329BD525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9367DA" w:rsidRPr="00415DD2" w14:paraId="09665586" w14:textId="77777777" w:rsidTr="00A91654">
        <w:tc>
          <w:tcPr>
            <w:tcW w:w="10800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DEB22D" w14:textId="77777777" w:rsidR="009367DA" w:rsidRPr="00415DD2" w:rsidRDefault="009367DA" w:rsidP="00A91654">
            <w:pPr>
              <w:rPr>
                <w:rFonts w:ascii="Aptos" w:hAnsi="Aptos"/>
                <w:sz w:val="20"/>
                <w:szCs w:val="20"/>
              </w:rPr>
            </w:pPr>
            <w:r w:rsidRPr="00415DD2">
              <w:rPr>
                <w:rFonts w:ascii="Aptos" w:hAnsi="Aptos"/>
                <w:sz w:val="20"/>
                <w:szCs w:val="20"/>
              </w:rPr>
              <w:t>Notes:</w:t>
            </w:r>
          </w:p>
        </w:tc>
      </w:tr>
    </w:tbl>
    <w:p w14:paraId="047C48DC" w14:textId="77777777" w:rsidR="009367DA" w:rsidRDefault="009367DA"/>
    <w:sectPr w:rsidR="009367DA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290"/>
    <w:rsid w:val="000228AF"/>
    <w:rsid w:val="00034616"/>
    <w:rsid w:val="0006063C"/>
    <w:rsid w:val="0015024D"/>
    <w:rsid w:val="0015074B"/>
    <w:rsid w:val="00265115"/>
    <w:rsid w:val="0029639D"/>
    <w:rsid w:val="00306D42"/>
    <w:rsid w:val="00326F90"/>
    <w:rsid w:val="003363BC"/>
    <w:rsid w:val="00347817"/>
    <w:rsid w:val="00373690"/>
    <w:rsid w:val="0041173E"/>
    <w:rsid w:val="0053585D"/>
    <w:rsid w:val="00671DD9"/>
    <w:rsid w:val="0068598B"/>
    <w:rsid w:val="00710C6A"/>
    <w:rsid w:val="00866A65"/>
    <w:rsid w:val="00896F9E"/>
    <w:rsid w:val="009348EF"/>
    <w:rsid w:val="009367DA"/>
    <w:rsid w:val="00AA1D8D"/>
    <w:rsid w:val="00B47730"/>
    <w:rsid w:val="00CB0664"/>
    <w:rsid w:val="00D101C7"/>
    <w:rsid w:val="00D24D3E"/>
    <w:rsid w:val="00F82989"/>
    <w:rsid w:val="00FC06CD"/>
    <w:rsid w:val="00FC2D54"/>
    <w:rsid w:val="00FC693F"/>
    <w:rsid w:val="01A16D01"/>
    <w:rsid w:val="02286D64"/>
    <w:rsid w:val="05C1C993"/>
    <w:rsid w:val="061B64C1"/>
    <w:rsid w:val="06C4A541"/>
    <w:rsid w:val="0AAEE6E2"/>
    <w:rsid w:val="0B65C1CB"/>
    <w:rsid w:val="1242441B"/>
    <w:rsid w:val="12D33D55"/>
    <w:rsid w:val="160FE554"/>
    <w:rsid w:val="176E2472"/>
    <w:rsid w:val="1828E0E0"/>
    <w:rsid w:val="197BAA07"/>
    <w:rsid w:val="1A61DF6E"/>
    <w:rsid w:val="1AA053F4"/>
    <w:rsid w:val="20D07123"/>
    <w:rsid w:val="23936FD1"/>
    <w:rsid w:val="239A4005"/>
    <w:rsid w:val="242644E6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95B5674"/>
    <w:rsid w:val="3C7C99F3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5E265B"/>
    <w:rsid w:val="4BB08607"/>
    <w:rsid w:val="4DAF2323"/>
    <w:rsid w:val="52A107D4"/>
    <w:rsid w:val="52AD3075"/>
    <w:rsid w:val="52F6E285"/>
    <w:rsid w:val="53CA34E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973</Words>
  <Characters>5552</Characters>
  <Application>Microsoft Office Word</Application>
  <DocSecurity>8</DocSecurity>
  <Lines>46</Lines>
  <Paragraphs>13</Paragraphs>
  <ScaleCrop>false</ScaleCrop>
  <Manager/>
  <Company/>
  <LinksUpToDate>false</LinksUpToDate>
  <CharactersWithSpaces>6512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13</cp:revision>
  <dcterms:created xsi:type="dcterms:W3CDTF">2026-08-17T15:39:00Z</dcterms:created>
  <dcterms:modified xsi:type="dcterms:W3CDTF">2026-09-25T16:13:00Z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