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75661" w14:textId="77777777" w:rsidR="00D24D3E" w:rsidRDefault="00710C6A">
      <w:pPr>
        <w:pStyle w:val="Title"/>
      </w:pPr>
      <w:r>
        <w:t>Salem State University Advising Map</w:t>
      </w:r>
    </w:p>
    <w:p w14:paraId="6CA9AB44" w14:textId="0CE5C68C" w:rsidR="00D24D3E" w:rsidRDefault="54457017" w:rsidP="5E2F6C71">
      <w:pPr>
        <w:pStyle w:val="Heading1"/>
        <w:rPr>
          <w:rFonts w:ascii="Calibri" w:eastAsia="MS Gothic" w:hAnsi="Calibri" w:cs="Times New Roman"/>
        </w:rPr>
      </w:pPr>
      <w:r>
        <w:t xml:space="preserve">MassBay Community College Business Administration </w:t>
      </w:r>
      <w:r w:rsidR="22B68BC0">
        <w:t>Associate in Science</w:t>
      </w:r>
      <w:r>
        <w:t xml:space="preserve"> mapped to Salem State University </w:t>
      </w:r>
      <w:r w:rsidR="22AA4530" w:rsidRPr="5E2F6C71">
        <w:rPr>
          <w:rFonts w:ascii="Calibri" w:eastAsia="MS Gothic" w:hAnsi="Calibri" w:cs="Times New Roman"/>
        </w:rPr>
        <w:t>Business Administration, Financial Planning Concentration BSBA</w:t>
      </w:r>
      <w:r w:rsidR="3EABF509">
        <w:t xml:space="preserve"> mapped to Salem State University </w:t>
      </w:r>
    </w:p>
    <w:p w14:paraId="441C3C59" w14:textId="77777777" w:rsidR="00D24D3E" w:rsidRDefault="00710C6A">
      <w:pPr>
        <w:pStyle w:val="Heading2"/>
      </w:pPr>
      <w:r>
        <w:t>Catalog Information</w:t>
      </w:r>
    </w:p>
    <w:p w14:paraId="0A440ADC" w14:textId="19CDD530" w:rsidR="00D24D3E" w:rsidRDefault="52F6E285">
      <w:r>
        <w:t>MassBay Community College Catalog Year: 2026–2027</w:t>
      </w:r>
      <w:r>
        <w:br/>
        <w:t>Salem State University Catalog Year: 2026–2027</w:t>
      </w:r>
    </w:p>
    <w:p w14:paraId="6F615C4E" w14:textId="77777777" w:rsidR="00D24D3E" w:rsidRDefault="00710C6A">
      <w:pPr>
        <w:pStyle w:val="Heading2"/>
      </w:pPr>
      <w:r>
        <w:t>Advising Notes</w:t>
      </w:r>
    </w:p>
    <w:p w14:paraId="051F19FF" w14:textId="4ADA1DB9" w:rsidR="00D24D3E" w:rsidRDefault="58B044D2">
      <w:r>
        <w:t>This map is a Salem State University advising tool only. MassBay Community College students should work with their MassBay CC advisor. This program includes the required courses for the MassTransfer General Education Foundation.</w:t>
      </w:r>
    </w:p>
    <w:p w14:paraId="1534F048" w14:textId="77777777" w:rsidR="00D24D3E" w:rsidRDefault="00710C6A">
      <w:pPr>
        <w:pStyle w:val="Heading2"/>
      </w:pPr>
      <w:r>
        <w:t>MassTransfer General Education Foundation</w:t>
      </w:r>
    </w:p>
    <w:p w14:paraId="2AF2A6D1" w14:textId="6B55B55C" w:rsidR="00D24D3E" w:rsidRDefault="58B044D2">
      <w:r>
        <w:t>The following table lists MassTransfer General Education requirements and their corresponding MassBay CC courses.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00"/>
        <w:gridCol w:w="7200"/>
      </w:tblGrid>
      <w:tr w:rsidR="00D24D3E" w14:paraId="4CF6AD50" w14:textId="77777777" w:rsidTr="176E2472">
        <w:trPr>
          <w:tblHeader/>
        </w:trPr>
        <w:tc>
          <w:tcPr>
            <w:tcW w:w="7200" w:type="dxa"/>
          </w:tcPr>
          <w:p w14:paraId="39F65D4B" w14:textId="77777777" w:rsidR="00D24D3E" w:rsidRDefault="00710C6A">
            <w:r>
              <w:t>MassTransfer Requirement</w:t>
            </w:r>
          </w:p>
        </w:tc>
        <w:tc>
          <w:tcPr>
            <w:tcW w:w="7200" w:type="dxa"/>
          </w:tcPr>
          <w:p w14:paraId="3B65D705" w14:textId="0A8C07AB" w:rsidR="00D24D3E" w:rsidRDefault="5DBA3BB5">
            <w:r>
              <w:t>MassBay CC Course(s)</w:t>
            </w:r>
          </w:p>
        </w:tc>
      </w:tr>
      <w:tr w:rsidR="00D24D3E" w14:paraId="17634F03" w14:textId="77777777" w:rsidTr="176E2472">
        <w:tc>
          <w:tcPr>
            <w:tcW w:w="7200" w:type="dxa"/>
          </w:tcPr>
          <w:p w14:paraId="2E63AF61" w14:textId="77777777" w:rsidR="00D24D3E" w:rsidRDefault="00710C6A">
            <w:r>
              <w:t>Composition I</w:t>
            </w:r>
          </w:p>
        </w:tc>
        <w:tc>
          <w:tcPr>
            <w:tcW w:w="7200" w:type="dxa"/>
          </w:tcPr>
          <w:p w14:paraId="414BE37F" w14:textId="1B0B20A0" w:rsidR="00D24D3E" w:rsidRDefault="00D24D3E">
            <w:r>
              <w:t>EN 101 English Composition I</w:t>
            </w:r>
          </w:p>
        </w:tc>
      </w:tr>
      <w:tr w:rsidR="00D24D3E" w14:paraId="40099D84" w14:textId="77777777" w:rsidTr="176E2472">
        <w:tc>
          <w:tcPr>
            <w:tcW w:w="7200" w:type="dxa"/>
          </w:tcPr>
          <w:p w14:paraId="57DAF1B1" w14:textId="77777777" w:rsidR="00D24D3E" w:rsidRDefault="00710C6A">
            <w:r>
              <w:t>Composition II</w:t>
            </w:r>
          </w:p>
        </w:tc>
        <w:tc>
          <w:tcPr>
            <w:tcW w:w="7200" w:type="dxa"/>
          </w:tcPr>
          <w:p w14:paraId="0576F7B5" w14:textId="571E4B69" w:rsidR="00D24D3E" w:rsidRDefault="00D24D3E">
            <w:r>
              <w:t>EN 102 English Composition II</w:t>
            </w:r>
          </w:p>
        </w:tc>
      </w:tr>
      <w:tr w:rsidR="00D24D3E" w14:paraId="2CEC041E" w14:textId="77777777" w:rsidTr="176E2472">
        <w:tc>
          <w:tcPr>
            <w:tcW w:w="7200" w:type="dxa"/>
          </w:tcPr>
          <w:p w14:paraId="4BECA4B9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507829E5" w14:textId="4DF6B735" w:rsidR="00D24D3E" w:rsidRDefault="00D24D3E">
            <w:r>
              <w:t>EC 201 Principles of Macroeconomics</w:t>
            </w:r>
          </w:p>
        </w:tc>
      </w:tr>
      <w:tr w:rsidR="00D24D3E" w14:paraId="2D81FBAB" w14:textId="77777777" w:rsidTr="176E2472">
        <w:tc>
          <w:tcPr>
            <w:tcW w:w="7200" w:type="dxa"/>
          </w:tcPr>
          <w:p w14:paraId="7566C923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033F468B" w14:textId="7B847EFA" w:rsidR="00D24D3E" w:rsidRDefault="00D24D3E">
            <w:r>
              <w:t>EC 202 Principles of Microeconomics</w:t>
            </w:r>
          </w:p>
        </w:tc>
      </w:tr>
      <w:tr w:rsidR="00D24D3E" w14:paraId="2836D92C" w14:textId="77777777" w:rsidTr="176E2472">
        <w:tc>
          <w:tcPr>
            <w:tcW w:w="7200" w:type="dxa"/>
          </w:tcPr>
          <w:p w14:paraId="6EA0994D" w14:textId="77777777" w:rsidR="00D24D3E" w:rsidRDefault="00710C6A">
            <w:r>
              <w:t>Behavioral/Social Science</w:t>
            </w:r>
          </w:p>
        </w:tc>
        <w:tc>
          <w:tcPr>
            <w:tcW w:w="7200" w:type="dxa"/>
          </w:tcPr>
          <w:p w14:paraId="22260913" w14:textId="4F4BD31A" w:rsidR="00D24D3E" w:rsidRDefault="00FC30A3">
            <w:r>
              <w:t>Humanities or Social Science Elective – if Social Science is chosen. Ideally SO 101</w:t>
            </w:r>
          </w:p>
        </w:tc>
      </w:tr>
      <w:tr w:rsidR="00D24D3E" w14:paraId="68C6AF95" w14:textId="77777777" w:rsidTr="176E2472">
        <w:tc>
          <w:tcPr>
            <w:tcW w:w="7200" w:type="dxa"/>
          </w:tcPr>
          <w:p w14:paraId="5B363A75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4A6D93AA" w14:textId="6034959E" w:rsidR="00D24D3E" w:rsidRDefault="00D24D3E">
            <w:r>
              <w:t>CT 100 Critical Thinking</w:t>
            </w:r>
          </w:p>
        </w:tc>
      </w:tr>
      <w:tr w:rsidR="00D24D3E" w14:paraId="371F5AC8" w14:textId="77777777" w:rsidTr="176E2472">
        <w:tc>
          <w:tcPr>
            <w:tcW w:w="7200" w:type="dxa"/>
          </w:tcPr>
          <w:p w14:paraId="294AC444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34583614" w14:textId="79D84EB5" w:rsidR="00D24D3E" w:rsidRDefault="00D24D3E">
            <w:r>
              <w:t>Humanities Sequence</w:t>
            </w:r>
          </w:p>
        </w:tc>
      </w:tr>
      <w:tr w:rsidR="00D24D3E" w14:paraId="0F6A3A7C" w14:textId="77777777" w:rsidTr="176E2472">
        <w:tc>
          <w:tcPr>
            <w:tcW w:w="7200" w:type="dxa"/>
          </w:tcPr>
          <w:p w14:paraId="48EA895E" w14:textId="77777777" w:rsidR="00D24D3E" w:rsidRDefault="00710C6A">
            <w:r>
              <w:t>Humanities/Fine Arts</w:t>
            </w:r>
          </w:p>
        </w:tc>
        <w:tc>
          <w:tcPr>
            <w:tcW w:w="7200" w:type="dxa"/>
          </w:tcPr>
          <w:p w14:paraId="68A4A566" w14:textId="3C8CCDAB" w:rsidR="00D24D3E" w:rsidRDefault="00D24D3E">
            <w:r>
              <w:t>Humanities Elective</w:t>
            </w:r>
          </w:p>
        </w:tc>
      </w:tr>
      <w:tr w:rsidR="00D24D3E" w14:paraId="470EDF7F" w14:textId="77777777" w:rsidTr="176E2472">
        <w:tc>
          <w:tcPr>
            <w:tcW w:w="7200" w:type="dxa"/>
          </w:tcPr>
          <w:p w14:paraId="79526742" w14:textId="77777777" w:rsidR="00D24D3E" w:rsidRDefault="00710C6A">
            <w:r>
              <w:t>Laboratory Science</w:t>
            </w:r>
          </w:p>
        </w:tc>
        <w:tc>
          <w:tcPr>
            <w:tcW w:w="7200" w:type="dxa"/>
          </w:tcPr>
          <w:p w14:paraId="6950425D" w14:textId="421B3F6B" w:rsidR="00D24D3E" w:rsidRDefault="00D24D3E">
            <w:r>
              <w:t>Lab Science Elective</w:t>
            </w:r>
          </w:p>
        </w:tc>
      </w:tr>
      <w:tr w:rsidR="00D24D3E" w14:paraId="4A109927" w14:textId="77777777" w:rsidTr="176E2472">
        <w:tc>
          <w:tcPr>
            <w:tcW w:w="7200" w:type="dxa"/>
          </w:tcPr>
          <w:p w14:paraId="20A0F2B1" w14:textId="77777777" w:rsidR="00D24D3E" w:rsidRDefault="00710C6A">
            <w:r>
              <w:t>Science</w:t>
            </w:r>
          </w:p>
        </w:tc>
        <w:tc>
          <w:tcPr>
            <w:tcW w:w="7200" w:type="dxa"/>
          </w:tcPr>
          <w:p w14:paraId="598B24D3" w14:textId="5894EE85" w:rsidR="00D24D3E" w:rsidRDefault="00D24D3E">
            <w:r>
              <w:t>Science Elective</w:t>
            </w:r>
          </w:p>
        </w:tc>
      </w:tr>
      <w:tr w:rsidR="00D24D3E" w14:paraId="177D5C7B" w14:textId="77777777" w:rsidTr="176E2472">
        <w:tc>
          <w:tcPr>
            <w:tcW w:w="7200" w:type="dxa"/>
          </w:tcPr>
          <w:p w14:paraId="79D05996" w14:textId="77777777" w:rsidR="00D24D3E" w:rsidRDefault="00710C6A">
            <w:r>
              <w:t>Mathematics</w:t>
            </w:r>
          </w:p>
        </w:tc>
        <w:tc>
          <w:tcPr>
            <w:tcW w:w="7200" w:type="dxa"/>
          </w:tcPr>
          <w:p w14:paraId="4909C953" w14:textId="122FC6C2" w:rsidR="00D24D3E" w:rsidRDefault="00D24D3E">
            <w:r>
              <w:t>Math Elective</w:t>
            </w:r>
          </w:p>
        </w:tc>
      </w:tr>
    </w:tbl>
    <w:p w14:paraId="3F51A0AB" w14:textId="1A46917B" w:rsidR="00D24D3E" w:rsidRDefault="52AD3075">
      <w:pPr>
        <w:pStyle w:val="Heading2"/>
      </w:pPr>
      <w:r>
        <w:t>MassBay CC to Salem State Course Articulation</w:t>
      </w:r>
    </w:p>
    <w:p w14:paraId="398D8CA0" w14:textId="040D97D0" w:rsidR="00D24D3E" w:rsidRDefault="58B044D2">
      <w:r>
        <w:t>The following table shows MassBay CC courses, their Salem State equivalents, credits, and how each course applies to the Salem State program.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  <w:gridCol w:w="2880"/>
        <w:gridCol w:w="2880"/>
      </w:tblGrid>
      <w:tr w:rsidR="00D24D3E" w14:paraId="481F55C7" w14:textId="77777777" w:rsidTr="5E2F6C71">
        <w:trPr>
          <w:tblHeader/>
        </w:trPr>
        <w:tc>
          <w:tcPr>
            <w:tcW w:w="2880" w:type="dxa"/>
          </w:tcPr>
          <w:p w14:paraId="06589B10" w14:textId="2E6CA0A3" w:rsidR="00D24D3E" w:rsidRDefault="46FB37FB">
            <w:r>
              <w:t>MassBay CC Course Number</w:t>
            </w:r>
          </w:p>
        </w:tc>
        <w:tc>
          <w:tcPr>
            <w:tcW w:w="2880" w:type="dxa"/>
          </w:tcPr>
          <w:p w14:paraId="10416C7D" w14:textId="77777777" w:rsidR="00D24D3E" w:rsidRDefault="00710C6A">
            <w:r>
              <w:t>Course Title</w:t>
            </w:r>
          </w:p>
        </w:tc>
        <w:tc>
          <w:tcPr>
            <w:tcW w:w="2880" w:type="dxa"/>
          </w:tcPr>
          <w:p w14:paraId="38EBA950" w14:textId="77777777" w:rsidR="00D24D3E" w:rsidRDefault="00710C6A">
            <w:r>
              <w:t>Credits</w:t>
            </w:r>
          </w:p>
        </w:tc>
        <w:tc>
          <w:tcPr>
            <w:tcW w:w="2880" w:type="dxa"/>
          </w:tcPr>
          <w:p w14:paraId="43CB3ADA" w14:textId="77777777" w:rsidR="00D24D3E" w:rsidRDefault="00710C6A">
            <w:r>
              <w:t>Salem State Equivalent</w:t>
            </w:r>
          </w:p>
        </w:tc>
        <w:tc>
          <w:tcPr>
            <w:tcW w:w="2880" w:type="dxa"/>
          </w:tcPr>
          <w:p w14:paraId="0B14EE69" w14:textId="77777777" w:rsidR="00D24D3E" w:rsidRDefault="00710C6A">
            <w:r>
              <w:t>Application to Salem State Program</w:t>
            </w:r>
          </w:p>
          <w:p w14:paraId="669DA066" w14:textId="191D6B96" w:rsidR="00490326" w:rsidRDefault="00490326"/>
        </w:tc>
      </w:tr>
      <w:tr w:rsidR="00D24D3E" w14:paraId="7433819F" w14:textId="77777777" w:rsidTr="5E2F6C71">
        <w:tc>
          <w:tcPr>
            <w:tcW w:w="2880" w:type="dxa"/>
          </w:tcPr>
          <w:p w14:paraId="6C5D6DCE" w14:textId="46BE3471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lastRenderedPageBreak/>
              <w:t>AC 101</w:t>
            </w:r>
          </w:p>
        </w:tc>
        <w:tc>
          <w:tcPr>
            <w:tcW w:w="2880" w:type="dxa"/>
          </w:tcPr>
          <w:p w14:paraId="39ACC997" w14:textId="40759F0D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Financial Accounting I</w:t>
            </w:r>
          </w:p>
        </w:tc>
        <w:tc>
          <w:tcPr>
            <w:tcW w:w="2880" w:type="dxa"/>
          </w:tcPr>
          <w:p w14:paraId="12CD2D4F" w14:textId="0E6E4218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79F25A83" w14:textId="00DCD273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SSU T61</w:t>
            </w:r>
          </w:p>
        </w:tc>
        <w:tc>
          <w:tcPr>
            <w:tcW w:w="2880" w:type="dxa"/>
          </w:tcPr>
          <w:p w14:paraId="489CF81D" w14:textId="31743CA4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383D01FC" w14:textId="77777777" w:rsidTr="5E2F6C71">
        <w:tc>
          <w:tcPr>
            <w:tcW w:w="2880" w:type="dxa"/>
          </w:tcPr>
          <w:p w14:paraId="6D4E4FFD" w14:textId="7D2ED6D1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BU 104</w:t>
            </w:r>
          </w:p>
        </w:tc>
        <w:tc>
          <w:tcPr>
            <w:tcW w:w="2880" w:type="dxa"/>
          </w:tcPr>
          <w:p w14:paraId="29B122E4" w14:textId="2F9ECB3F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Introduction to Business Data Analytics &amp; AI</w:t>
            </w:r>
          </w:p>
        </w:tc>
        <w:tc>
          <w:tcPr>
            <w:tcW w:w="2880" w:type="dxa"/>
          </w:tcPr>
          <w:p w14:paraId="3C9739DB" w14:textId="783E6A13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2E9FAF21" w14:textId="114B8A9F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SSU T61</w:t>
            </w:r>
          </w:p>
        </w:tc>
        <w:tc>
          <w:tcPr>
            <w:tcW w:w="2880" w:type="dxa"/>
          </w:tcPr>
          <w:p w14:paraId="71A2EB50" w14:textId="4FC8B28F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8A201D5" w14:textId="77777777" w:rsidTr="5E2F6C71">
        <w:tc>
          <w:tcPr>
            <w:tcW w:w="2880" w:type="dxa"/>
          </w:tcPr>
          <w:p w14:paraId="5CA0DE38" w14:textId="3D8C35EB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CT 100</w:t>
            </w:r>
          </w:p>
        </w:tc>
        <w:tc>
          <w:tcPr>
            <w:tcW w:w="2880" w:type="dxa"/>
          </w:tcPr>
          <w:p w14:paraId="334E2814" w14:textId="1E90E7DC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Critical Thinking</w:t>
            </w:r>
          </w:p>
        </w:tc>
        <w:tc>
          <w:tcPr>
            <w:tcW w:w="2880" w:type="dxa"/>
          </w:tcPr>
          <w:p w14:paraId="2D1ADB6C" w14:textId="16AAF674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1E542B0F" w14:textId="1F7DD765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PHL 125</w:t>
            </w:r>
          </w:p>
        </w:tc>
        <w:tc>
          <w:tcPr>
            <w:tcW w:w="2880" w:type="dxa"/>
          </w:tcPr>
          <w:p w14:paraId="05128345" w14:textId="532C1F4E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1D61B18D" w14:textId="77777777" w:rsidTr="5E2F6C71">
        <w:tc>
          <w:tcPr>
            <w:tcW w:w="2880" w:type="dxa"/>
          </w:tcPr>
          <w:p w14:paraId="36F9D753" w14:textId="76E8F9E0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EN 101</w:t>
            </w:r>
          </w:p>
        </w:tc>
        <w:tc>
          <w:tcPr>
            <w:tcW w:w="2880" w:type="dxa"/>
          </w:tcPr>
          <w:p w14:paraId="5DDA55A5" w14:textId="4FF2C69A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English Composition I</w:t>
            </w:r>
          </w:p>
        </w:tc>
        <w:tc>
          <w:tcPr>
            <w:tcW w:w="2880" w:type="dxa"/>
          </w:tcPr>
          <w:p w14:paraId="0BC60E00" w14:textId="2C0D3AC5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765C2868" w14:textId="1CFEFB78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ENL 105</w:t>
            </w:r>
          </w:p>
        </w:tc>
        <w:tc>
          <w:tcPr>
            <w:tcW w:w="2880" w:type="dxa"/>
          </w:tcPr>
          <w:p w14:paraId="485C8B0D" w14:textId="4A47C9C9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368A9DDE" w14:textId="77777777" w:rsidTr="5E2F6C71">
        <w:tc>
          <w:tcPr>
            <w:tcW w:w="2880" w:type="dxa"/>
          </w:tcPr>
          <w:p w14:paraId="3E1250E4" w14:textId="0DE97E4E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MG 101</w:t>
            </w:r>
          </w:p>
        </w:tc>
        <w:tc>
          <w:tcPr>
            <w:tcW w:w="2880" w:type="dxa"/>
          </w:tcPr>
          <w:p w14:paraId="74222DB3" w14:textId="72A28415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Principles of Management</w:t>
            </w:r>
          </w:p>
        </w:tc>
        <w:tc>
          <w:tcPr>
            <w:tcW w:w="2880" w:type="dxa"/>
          </w:tcPr>
          <w:p w14:paraId="7910E1B4" w14:textId="6A4A4CAD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2F17678B" w14:textId="2AC21BF9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MGT 231</w:t>
            </w:r>
          </w:p>
        </w:tc>
        <w:tc>
          <w:tcPr>
            <w:tcW w:w="2880" w:type="dxa"/>
          </w:tcPr>
          <w:p w14:paraId="6540FF8F" w14:textId="65CCEFEA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Major Core Course (Counts in place of MGT 332)</w:t>
            </w:r>
          </w:p>
        </w:tc>
      </w:tr>
      <w:tr w:rsidR="00D24D3E" w14:paraId="7326057A" w14:textId="77777777" w:rsidTr="5E2F6C71">
        <w:tc>
          <w:tcPr>
            <w:tcW w:w="2880" w:type="dxa"/>
          </w:tcPr>
          <w:p w14:paraId="44273421" w14:textId="6F959450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AC 102</w:t>
            </w:r>
          </w:p>
        </w:tc>
        <w:tc>
          <w:tcPr>
            <w:tcW w:w="2880" w:type="dxa"/>
          </w:tcPr>
          <w:p w14:paraId="164C90B6" w14:textId="15EFCE7B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Financial Accounting II</w:t>
            </w:r>
          </w:p>
        </w:tc>
        <w:tc>
          <w:tcPr>
            <w:tcW w:w="2880" w:type="dxa"/>
          </w:tcPr>
          <w:p w14:paraId="29916D61" w14:textId="0D6B3BCB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75AA0238" w14:textId="633061A9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ACC 106 (3) and SSU T61 (1)</w:t>
            </w:r>
          </w:p>
        </w:tc>
        <w:tc>
          <w:tcPr>
            <w:tcW w:w="2880" w:type="dxa"/>
          </w:tcPr>
          <w:p w14:paraId="0142A215" w14:textId="0D76ACF2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6ADAF84E" w14:textId="77777777" w:rsidTr="5E2F6C71">
        <w:tc>
          <w:tcPr>
            <w:tcW w:w="2880" w:type="dxa"/>
          </w:tcPr>
          <w:p w14:paraId="498505BA" w14:textId="5B23D2AE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EN 102</w:t>
            </w:r>
          </w:p>
        </w:tc>
        <w:tc>
          <w:tcPr>
            <w:tcW w:w="2880" w:type="dxa"/>
          </w:tcPr>
          <w:p w14:paraId="154131B8" w14:textId="6FDDB150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English Composition II</w:t>
            </w:r>
          </w:p>
        </w:tc>
        <w:tc>
          <w:tcPr>
            <w:tcW w:w="2880" w:type="dxa"/>
          </w:tcPr>
          <w:p w14:paraId="7B358793" w14:textId="72A36FF8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267E6A30" w14:textId="1564AAEF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ENL 110</w:t>
            </w:r>
          </w:p>
        </w:tc>
        <w:tc>
          <w:tcPr>
            <w:tcW w:w="2880" w:type="dxa"/>
          </w:tcPr>
          <w:p w14:paraId="47310168" w14:textId="45DB8A0B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AE768BF" w14:textId="77777777" w:rsidTr="5E2F6C71">
        <w:tc>
          <w:tcPr>
            <w:tcW w:w="2880" w:type="dxa"/>
          </w:tcPr>
          <w:p w14:paraId="584859F2" w14:textId="40766F99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MK 103</w:t>
            </w:r>
          </w:p>
        </w:tc>
        <w:tc>
          <w:tcPr>
            <w:tcW w:w="2880" w:type="dxa"/>
          </w:tcPr>
          <w:p w14:paraId="5FE0ECBD" w14:textId="4FACD720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Principles of Marketing</w:t>
            </w:r>
          </w:p>
        </w:tc>
        <w:tc>
          <w:tcPr>
            <w:tcW w:w="2880" w:type="dxa"/>
          </w:tcPr>
          <w:p w14:paraId="270AEFA5" w14:textId="152D79B2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5323626A" w14:textId="32CB1165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MKT 241N</w:t>
            </w:r>
          </w:p>
        </w:tc>
        <w:tc>
          <w:tcPr>
            <w:tcW w:w="2880" w:type="dxa"/>
          </w:tcPr>
          <w:p w14:paraId="1F77211D" w14:textId="7474C498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50323F9F" w14:textId="77777777" w:rsidTr="5E2F6C71">
        <w:tc>
          <w:tcPr>
            <w:tcW w:w="2880" w:type="dxa"/>
          </w:tcPr>
          <w:p w14:paraId="5F90E13B" w14:textId="4997DB35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Humanities or Social Science Elective - MUST be Social Science for MassTransfer GenEd requirements to be fulfilled</w:t>
            </w:r>
          </w:p>
        </w:tc>
        <w:tc>
          <w:tcPr>
            <w:tcW w:w="2880" w:type="dxa"/>
          </w:tcPr>
          <w:p w14:paraId="0D905A54" w14:textId="6BEB313D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Humanities or Social Science Elective</w:t>
            </w:r>
          </w:p>
        </w:tc>
        <w:tc>
          <w:tcPr>
            <w:tcW w:w="2880" w:type="dxa"/>
          </w:tcPr>
          <w:p w14:paraId="3B36C821" w14:textId="3F6281A4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184566A6" w14:textId="3D068817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SSU Humanities or Social Science Elective - SSU recommends SO 101 (SOC 110)</w:t>
            </w:r>
          </w:p>
        </w:tc>
        <w:tc>
          <w:tcPr>
            <w:tcW w:w="2880" w:type="dxa"/>
          </w:tcPr>
          <w:p w14:paraId="1FBF04B7" w14:textId="5CF98B75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Required Major Support Course</w:t>
            </w:r>
          </w:p>
        </w:tc>
      </w:tr>
      <w:tr w:rsidR="00D24D3E" w14:paraId="12F480B8" w14:textId="77777777" w:rsidTr="5E2F6C71">
        <w:tc>
          <w:tcPr>
            <w:tcW w:w="2880" w:type="dxa"/>
          </w:tcPr>
          <w:p w14:paraId="173C1B5A" w14:textId="21CA9544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AC 206</w:t>
            </w:r>
          </w:p>
        </w:tc>
        <w:tc>
          <w:tcPr>
            <w:tcW w:w="2880" w:type="dxa"/>
          </w:tcPr>
          <w:p w14:paraId="098A97D5" w14:textId="615B010C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Managerial Accounting</w:t>
            </w:r>
          </w:p>
        </w:tc>
        <w:tc>
          <w:tcPr>
            <w:tcW w:w="2880" w:type="dxa"/>
          </w:tcPr>
          <w:p w14:paraId="4188135B" w14:textId="45EB4A8F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7C4B4EA2" w14:textId="26B56B9C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ACC 202</w:t>
            </w:r>
          </w:p>
        </w:tc>
        <w:tc>
          <w:tcPr>
            <w:tcW w:w="2880" w:type="dxa"/>
          </w:tcPr>
          <w:p w14:paraId="1FAB88A5" w14:textId="3F4006DE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07B46124" w14:textId="77777777" w:rsidTr="5E2F6C71">
        <w:tc>
          <w:tcPr>
            <w:tcW w:w="2880" w:type="dxa"/>
          </w:tcPr>
          <w:p w14:paraId="29A88352" w14:textId="30A8166C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EC 201</w:t>
            </w:r>
          </w:p>
        </w:tc>
        <w:tc>
          <w:tcPr>
            <w:tcW w:w="2880" w:type="dxa"/>
          </w:tcPr>
          <w:p w14:paraId="38FD753A" w14:textId="41B6963A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Principles of Macroeconomics</w:t>
            </w:r>
          </w:p>
        </w:tc>
        <w:tc>
          <w:tcPr>
            <w:tcW w:w="2880" w:type="dxa"/>
          </w:tcPr>
          <w:p w14:paraId="0E9C5382" w14:textId="65D7B2B0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5015FB09" w14:textId="4D26D13F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ECO 201</w:t>
            </w:r>
          </w:p>
        </w:tc>
        <w:tc>
          <w:tcPr>
            <w:tcW w:w="2880" w:type="dxa"/>
          </w:tcPr>
          <w:p w14:paraId="02C4C706" w14:textId="0B56FE52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Required Major Support Course</w:t>
            </w:r>
          </w:p>
        </w:tc>
      </w:tr>
      <w:tr w:rsidR="00D24D3E" w14:paraId="55D01214" w14:textId="77777777" w:rsidTr="5E2F6C71">
        <w:tc>
          <w:tcPr>
            <w:tcW w:w="2880" w:type="dxa"/>
          </w:tcPr>
          <w:p w14:paraId="7E097011" w14:textId="52D8F5E7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Humanities Sequence</w:t>
            </w:r>
          </w:p>
        </w:tc>
        <w:tc>
          <w:tcPr>
            <w:tcW w:w="2880" w:type="dxa"/>
          </w:tcPr>
          <w:p w14:paraId="313512CB" w14:textId="0257A183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Humanities Sequence</w:t>
            </w:r>
          </w:p>
        </w:tc>
        <w:tc>
          <w:tcPr>
            <w:tcW w:w="2880" w:type="dxa"/>
          </w:tcPr>
          <w:p w14:paraId="6700292A" w14:textId="15C8FBF0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10EB4E44" w14:textId="39D52F86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SSU Humanities Elective</w:t>
            </w:r>
          </w:p>
        </w:tc>
        <w:tc>
          <w:tcPr>
            <w:tcW w:w="2880" w:type="dxa"/>
          </w:tcPr>
          <w:p w14:paraId="271F3EED" w14:textId="78FDC06F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6830BA95" w14:textId="77777777" w:rsidTr="5E2F6C71">
        <w:tc>
          <w:tcPr>
            <w:tcW w:w="2880" w:type="dxa"/>
          </w:tcPr>
          <w:p w14:paraId="52020F7F" w14:textId="7D2BAF4E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Lab Science Elective</w:t>
            </w:r>
          </w:p>
        </w:tc>
        <w:tc>
          <w:tcPr>
            <w:tcW w:w="2880" w:type="dxa"/>
          </w:tcPr>
          <w:p w14:paraId="27BA7082" w14:textId="7081CFA1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Lab Science Elective</w:t>
            </w:r>
          </w:p>
        </w:tc>
        <w:tc>
          <w:tcPr>
            <w:tcW w:w="2880" w:type="dxa"/>
          </w:tcPr>
          <w:p w14:paraId="7FBB19D9" w14:textId="3C1DF358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3191B7EA" w14:textId="4125FC7E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SSU Lab Science Elective</w:t>
            </w:r>
          </w:p>
        </w:tc>
        <w:tc>
          <w:tcPr>
            <w:tcW w:w="2880" w:type="dxa"/>
          </w:tcPr>
          <w:p w14:paraId="2AC25F3A" w14:textId="5B4D1481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78E9A6B4" w14:textId="77777777" w:rsidTr="5E2F6C71">
        <w:tc>
          <w:tcPr>
            <w:tcW w:w="2880" w:type="dxa"/>
          </w:tcPr>
          <w:p w14:paraId="2104DF7D" w14:textId="7116D04B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Math Elective</w:t>
            </w:r>
          </w:p>
        </w:tc>
        <w:tc>
          <w:tcPr>
            <w:tcW w:w="2880" w:type="dxa"/>
          </w:tcPr>
          <w:p w14:paraId="1AC5EC77" w14:textId="2F9A2374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Math Elective</w:t>
            </w:r>
          </w:p>
        </w:tc>
        <w:tc>
          <w:tcPr>
            <w:tcW w:w="2880" w:type="dxa"/>
          </w:tcPr>
          <w:p w14:paraId="59E2DD88" w14:textId="25D5BA1F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4</w:t>
            </w:r>
          </w:p>
        </w:tc>
        <w:tc>
          <w:tcPr>
            <w:tcW w:w="2880" w:type="dxa"/>
          </w:tcPr>
          <w:p w14:paraId="61B0A53F" w14:textId="08BD812F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SSU Mathematics Elective – SSU recommends MA 105 (MAT 147)</w:t>
            </w:r>
          </w:p>
        </w:tc>
        <w:tc>
          <w:tcPr>
            <w:tcW w:w="2880" w:type="dxa"/>
          </w:tcPr>
          <w:p w14:paraId="64CA656F" w14:textId="77777777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Required Major Support Course (Counts in place of MAT 128)</w:t>
            </w:r>
          </w:p>
          <w:p w14:paraId="0A7D6112" w14:textId="0663FC07" w:rsidR="00490326" w:rsidRDefault="00490326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</w:p>
        </w:tc>
      </w:tr>
      <w:tr w:rsidR="00D24D3E" w14:paraId="1A890E6E" w14:textId="77777777" w:rsidTr="5E2F6C71">
        <w:tc>
          <w:tcPr>
            <w:tcW w:w="2880" w:type="dxa"/>
          </w:tcPr>
          <w:p w14:paraId="43C1B76A" w14:textId="61ED6BA3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lastRenderedPageBreak/>
              <w:t>EC 202</w:t>
            </w:r>
          </w:p>
        </w:tc>
        <w:tc>
          <w:tcPr>
            <w:tcW w:w="2880" w:type="dxa"/>
          </w:tcPr>
          <w:p w14:paraId="2CA52D0D" w14:textId="2CCC9EC9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Principles of Microeconomics</w:t>
            </w:r>
          </w:p>
        </w:tc>
        <w:tc>
          <w:tcPr>
            <w:tcW w:w="2880" w:type="dxa"/>
          </w:tcPr>
          <w:p w14:paraId="29A16B25" w14:textId="74D5C075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1A787806" w14:textId="3D4118D9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ECO 202</w:t>
            </w:r>
          </w:p>
        </w:tc>
        <w:tc>
          <w:tcPr>
            <w:tcW w:w="2880" w:type="dxa"/>
          </w:tcPr>
          <w:p w14:paraId="66E3202F" w14:textId="4DAE1630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Required Major Support Course</w:t>
            </w:r>
          </w:p>
        </w:tc>
      </w:tr>
      <w:tr w:rsidR="00D24D3E" w14:paraId="4C313D2B" w14:textId="77777777" w:rsidTr="5E2F6C71">
        <w:tc>
          <w:tcPr>
            <w:tcW w:w="2880" w:type="dxa"/>
          </w:tcPr>
          <w:p w14:paraId="32627EE5" w14:textId="09F8CA72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LA 221</w:t>
            </w:r>
          </w:p>
        </w:tc>
        <w:tc>
          <w:tcPr>
            <w:tcW w:w="2880" w:type="dxa"/>
          </w:tcPr>
          <w:p w14:paraId="0536DA75" w14:textId="4B9C3888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Principles of Business Law</w:t>
            </w:r>
          </w:p>
        </w:tc>
        <w:tc>
          <w:tcPr>
            <w:tcW w:w="2880" w:type="dxa"/>
          </w:tcPr>
          <w:p w14:paraId="05BE3392" w14:textId="2E98F9BF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6A7D6BAE" w14:textId="0A5DF949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BUS 252</w:t>
            </w:r>
          </w:p>
        </w:tc>
        <w:tc>
          <w:tcPr>
            <w:tcW w:w="2880" w:type="dxa"/>
          </w:tcPr>
          <w:p w14:paraId="17B21F3A" w14:textId="273D4822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71BFB782" w14:textId="77777777" w:rsidTr="5E2F6C71">
        <w:tc>
          <w:tcPr>
            <w:tcW w:w="2880" w:type="dxa"/>
          </w:tcPr>
          <w:p w14:paraId="52D49BCA" w14:textId="725E3F44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Humanities Elective</w:t>
            </w:r>
          </w:p>
        </w:tc>
        <w:tc>
          <w:tcPr>
            <w:tcW w:w="2880" w:type="dxa"/>
          </w:tcPr>
          <w:p w14:paraId="09422F5D" w14:textId="60A884A9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Humanities Elective</w:t>
            </w:r>
          </w:p>
        </w:tc>
        <w:tc>
          <w:tcPr>
            <w:tcW w:w="2880" w:type="dxa"/>
          </w:tcPr>
          <w:p w14:paraId="3848F0E8" w14:textId="2AC49AB0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3</w:t>
            </w:r>
          </w:p>
        </w:tc>
        <w:tc>
          <w:tcPr>
            <w:tcW w:w="2880" w:type="dxa"/>
          </w:tcPr>
          <w:p w14:paraId="2E27F715" w14:textId="7A14A3A3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SSU Humanities Elective</w:t>
            </w:r>
          </w:p>
        </w:tc>
        <w:tc>
          <w:tcPr>
            <w:tcW w:w="2880" w:type="dxa"/>
          </w:tcPr>
          <w:p w14:paraId="2C4A544F" w14:textId="70E08FF8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  <w:tr w:rsidR="00D24D3E" w14:paraId="4606279F" w14:textId="77777777" w:rsidTr="5E2F6C71">
        <w:tc>
          <w:tcPr>
            <w:tcW w:w="2880" w:type="dxa"/>
          </w:tcPr>
          <w:p w14:paraId="6673FA6F" w14:textId="14E50175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Business Elective</w:t>
            </w:r>
          </w:p>
        </w:tc>
        <w:tc>
          <w:tcPr>
            <w:tcW w:w="2880" w:type="dxa"/>
          </w:tcPr>
          <w:p w14:paraId="4E3B348F" w14:textId="2FE728D1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Business Elective</w:t>
            </w:r>
          </w:p>
        </w:tc>
        <w:tc>
          <w:tcPr>
            <w:tcW w:w="2880" w:type="dxa"/>
          </w:tcPr>
          <w:p w14:paraId="1A371C94" w14:textId="476BEF8A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3/4</w:t>
            </w:r>
          </w:p>
        </w:tc>
        <w:tc>
          <w:tcPr>
            <w:tcW w:w="2880" w:type="dxa"/>
          </w:tcPr>
          <w:p w14:paraId="57A4DA66" w14:textId="4F5521C2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SSU Business Elective - SSU recommends BU 100 (BUS 170)</w:t>
            </w:r>
          </w:p>
        </w:tc>
        <w:tc>
          <w:tcPr>
            <w:tcW w:w="2880" w:type="dxa"/>
          </w:tcPr>
          <w:p w14:paraId="435F590C" w14:textId="65188F87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Major Core Course</w:t>
            </w:r>
          </w:p>
        </w:tc>
      </w:tr>
      <w:tr w:rsidR="00D24D3E" w14:paraId="7782A11A" w14:textId="77777777" w:rsidTr="5E2F6C71">
        <w:tc>
          <w:tcPr>
            <w:tcW w:w="2880" w:type="dxa"/>
          </w:tcPr>
          <w:p w14:paraId="405BCBD2" w14:textId="2A827F45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Science Elective</w:t>
            </w:r>
          </w:p>
        </w:tc>
        <w:tc>
          <w:tcPr>
            <w:tcW w:w="2880" w:type="dxa"/>
          </w:tcPr>
          <w:p w14:paraId="3074B18B" w14:textId="278A717F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Science Elective</w:t>
            </w:r>
          </w:p>
        </w:tc>
        <w:tc>
          <w:tcPr>
            <w:tcW w:w="2880" w:type="dxa"/>
          </w:tcPr>
          <w:p w14:paraId="749ABAB5" w14:textId="6B54EBFA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3/4</w:t>
            </w:r>
          </w:p>
        </w:tc>
        <w:tc>
          <w:tcPr>
            <w:tcW w:w="2880" w:type="dxa"/>
          </w:tcPr>
          <w:p w14:paraId="4B765F2B" w14:textId="3405E218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SSU Science Elective</w:t>
            </w:r>
          </w:p>
        </w:tc>
        <w:tc>
          <w:tcPr>
            <w:tcW w:w="2880" w:type="dxa"/>
          </w:tcPr>
          <w:p w14:paraId="24847988" w14:textId="0FC8F87E" w:rsidR="5E2F6C71" w:rsidRDefault="5E2F6C71" w:rsidP="5E2F6C71">
            <w:pPr>
              <w:rPr>
                <w:rFonts w:ascii="Cambria" w:eastAsia="Cambria" w:hAnsi="Cambria" w:cs="Cambria"/>
                <w:color w:val="000000" w:themeColor="text1"/>
              </w:rPr>
            </w:pPr>
            <w:r w:rsidRPr="5E2F6C71">
              <w:rPr>
                <w:rFonts w:ascii="Cambria" w:eastAsia="Cambria" w:hAnsi="Cambria" w:cs="Cambria"/>
                <w:color w:val="000000" w:themeColor="text1"/>
              </w:rPr>
              <w:t>Free Elective due to MassTransfer GenEd Exemption</w:t>
            </w:r>
          </w:p>
        </w:tc>
      </w:tr>
    </w:tbl>
    <w:p w14:paraId="7DBAB997" w14:textId="77777777" w:rsidR="00D24D3E" w:rsidRDefault="00710C6A">
      <w:pPr>
        <w:pStyle w:val="Heading2"/>
      </w:pPr>
      <w:r>
        <w:t>Program Credit Summary</w:t>
      </w:r>
    </w:p>
    <w:p w14:paraId="7F6EC904" w14:textId="5C5CAA24" w:rsidR="00D24D3E" w:rsidRDefault="27DD843E">
      <w:r>
        <w:t>Total Program Credits: 62/64</w:t>
      </w:r>
      <w:r>
        <w:br/>
        <w:t>Total Transfer Credits Applicable to Salem State University Program: 62/64</w:t>
      </w:r>
    </w:p>
    <w:p w14:paraId="14BFB29D" w14:textId="77777777" w:rsidR="00AC7E38" w:rsidRDefault="00AC7E38"/>
    <w:tbl>
      <w:tblPr>
        <w:tblW w:w="10800" w:type="dxa"/>
        <w:tblBorders>
          <w:top w:val="single" w:sz="6" w:space="0" w:color="444444"/>
          <w:left w:val="single" w:sz="6" w:space="0" w:color="444444"/>
          <w:bottom w:val="single" w:sz="6" w:space="0" w:color="444444"/>
          <w:right w:val="single" w:sz="6" w:space="0" w:color="444444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1"/>
        <w:gridCol w:w="1110"/>
        <w:gridCol w:w="3282"/>
        <w:gridCol w:w="987"/>
      </w:tblGrid>
      <w:tr w:rsidR="00AC7E38" w:rsidRPr="00855181" w14:paraId="55D9B354" w14:textId="77777777" w:rsidTr="00F10334"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15B72C6B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  <w:tc>
          <w:tcPr>
            <w:tcW w:w="45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  <w:hideMark/>
          </w:tcPr>
          <w:p w14:paraId="2F2FBFB1" w14:textId="7D7DA22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Catalog: 202</w:t>
            </w:r>
            <w:r w:rsidR="00AE4871">
              <w:rPr>
                <w:sz w:val="20"/>
                <w:szCs w:val="20"/>
              </w:rPr>
              <w:t>6</w:t>
            </w:r>
            <w:r w:rsidRPr="00855181">
              <w:rPr>
                <w:sz w:val="20"/>
                <w:szCs w:val="20"/>
              </w:rPr>
              <w:t>-202</w:t>
            </w:r>
            <w:r w:rsidR="00AE4871">
              <w:rPr>
                <w:sz w:val="20"/>
                <w:szCs w:val="20"/>
              </w:rPr>
              <w:t>7</w:t>
            </w:r>
            <w:r w:rsidRPr="00855181">
              <w:rPr>
                <w:sz w:val="20"/>
                <w:szCs w:val="20"/>
              </w:rPr>
              <w:t xml:space="preserve"> Undergraduate </w:t>
            </w:r>
          </w:p>
        </w:tc>
      </w:tr>
      <w:tr w:rsidR="00AC7E38" w:rsidRPr="00855181" w14:paraId="6AB31135" w14:textId="77777777" w:rsidTr="00F10334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BC1890A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Business Administration, Financial Planning Concentration BSBA</w:t>
            </w:r>
          </w:p>
        </w:tc>
      </w:tr>
      <w:tr w:rsidR="00AC7E38" w:rsidRPr="00855181" w14:paraId="019F8477" w14:textId="77777777" w:rsidTr="00F10334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2A81084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General Education Requirements -</w:t>
            </w:r>
            <w:r w:rsidRPr="00855181">
              <w:rPr>
                <w:i/>
                <w:iCs/>
                <w:color w:val="0070C0"/>
                <w:sz w:val="20"/>
                <w:szCs w:val="20"/>
                <w:u w:val="single"/>
              </w:rPr>
              <w:t xml:space="preserve"> Waived / Will be Waived - Mass Transfer Gen Ed Foundation Complete or In Progress</w:t>
            </w:r>
          </w:p>
          <w:p w14:paraId="348E983B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 xml:space="preserve"> (34-35 credits total)</w:t>
            </w:r>
          </w:p>
          <w:tbl>
            <w:tblPr>
              <w:tblW w:w="1017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40"/>
              <w:gridCol w:w="4500"/>
              <w:gridCol w:w="1440"/>
              <w:gridCol w:w="3690"/>
            </w:tblGrid>
            <w:tr w:rsidR="00AC7E38" w:rsidRPr="00855181" w14:paraId="18B274F2" w14:textId="77777777" w:rsidTr="00F10334">
              <w:tc>
                <w:tcPr>
                  <w:tcW w:w="5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5D72E813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C3DF62C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855181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1019C496" w14:textId="77777777" w:rsidR="00AC7E38" w:rsidRDefault="00AC7E38" w:rsidP="00F1033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0F7A02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4 credits</w:t>
                  </w:r>
                </w:p>
              </w:tc>
              <w:tc>
                <w:tcPr>
                  <w:tcW w:w="36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479776B9" w14:textId="77777777" w:rsidR="00AC7E38" w:rsidRDefault="00AC7E38" w:rsidP="00F1033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0F7A02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AC 101</w:t>
                  </w:r>
                </w:p>
              </w:tc>
            </w:tr>
            <w:tr w:rsidR="00AC7E38" w:rsidRPr="00855181" w14:paraId="5C81043F" w14:textId="77777777" w:rsidTr="00F10334">
              <w:tc>
                <w:tcPr>
                  <w:tcW w:w="5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13D244F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71A6AD9C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855181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225F1B61" w14:textId="77777777" w:rsidR="00AC7E38" w:rsidRDefault="00AC7E38" w:rsidP="00F1033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0F7A02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36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35AA2CAF" w14:textId="77777777" w:rsidR="00AC7E38" w:rsidRDefault="00AC7E38" w:rsidP="00F1033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0F7A02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BU 104</w:t>
                  </w:r>
                </w:p>
              </w:tc>
            </w:tr>
            <w:tr w:rsidR="00AC7E38" w:rsidRPr="00855181" w14:paraId="08B02115" w14:textId="77777777" w:rsidTr="00F10334">
              <w:tc>
                <w:tcPr>
                  <w:tcW w:w="5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5C8CDA73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22A54765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855181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39B0AA75" w14:textId="77777777" w:rsidR="00AC7E38" w:rsidRDefault="00AC7E38" w:rsidP="00F1033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0F7A02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36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49883042" w14:textId="77777777" w:rsidR="00AC7E38" w:rsidRDefault="00AC7E38" w:rsidP="00F1033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0F7A02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CT 100</w:t>
                  </w:r>
                </w:p>
              </w:tc>
            </w:tr>
            <w:tr w:rsidR="00AC7E38" w:rsidRPr="00855181" w14:paraId="6B416D65" w14:textId="77777777" w:rsidTr="00F10334">
              <w:tc>
                <w:tcPr>
                  <w:tcW w:w="5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7F1D295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4328818F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855181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03FF2637" w14:textId="77777777" w:rsidR="00AC7E38" w:rsidRDefault="00AC7E38" w:rsidP="00F1033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0F7A02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36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6E69C898" w14:textId="77777777" w:rsidR="00AC7E38" w:rsidRDefault="00AC7E38" w:rsidP="00F1033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0F7A02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EN 101</w:t>
                  </w:r>
                </w:p>
              </w:tc>
            </w:tr>
            <w:tr w:rsidR="00AC7E38" w:rsidRPr="00855181" w14:paraId="3EB46D76" w14:textId="77777777" w:rsidTr="00F10334">
              <w:tc>
                <w:tcPr>
                  <w:tcW w:w="5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480EB766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779E99B2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855181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1A7B331C" w14:textId="77777777" w:rsidR="00AC7E38" w:rsidRDefault="00AC7E38" w:rsidP="00F1033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0F7A02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36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03646CF4" w14:textId="77777777" w:rsidR="00AC7E38" w:rsidRDefault="00AC7E38" w:rsidP="00F1033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0F7A02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EN 102</w:t>
                  </w:r>
                </w:p>
              </w:tc>
            </w:tr>
            <w:tr w:rsidR="00AC7E38" w:rsidRPr="00855181" w14:paraId="3F798513" w14:textId="77777777" w:rsidTr="00F10334">
              <w:tc>
                <w:tcPr>
                  <w:tcW w:w="5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2AD810C6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3E084BA7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855181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5F4B29B2" w14:textId="77777777" w:rsidR="00AC7E38" w:rsidRDefault="00AC7E38" w:rsidP="00F1033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0F7A02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36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618B7E4F" w14:textId="77777777" w:rsidR="00AC7E38" w:rsidRDefault="00AC7E38" w:rsidP="00F1033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0F7A02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Humanities Sequence</w:t>
                  </w:r>
                </w:p>
              </w:tc>
            </w:tr>
            <w:tr w:rsidR="00AC7E38" w:rsidRPr="00855181" w14:paraId="4D26BE9D" w14:textId="77777777" w:rsidTr="00F10334">
              <w:tc>
                <w:tcPr>
                  <w:tcW w:w="5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33F304B7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0D08C004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855181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23BB23A2" w14:textId="77777777" w:rsidR="00AC7E38" w:rsidRDefault="00AC7E38" w:rsidP="00F1033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0F7A02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4 credits</w:t>
                  </w:r>
                </w:p>
              </w:tc>
              <w:tc>
                <w:tcPr>
                  <w:tcW w:w="36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5D52D0F2" w14:textId="77777777" w:rsidR="00AC7E38" w:rsidRDefault="00AC7E38" w:rsidP="00F1033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0F7A02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Lab Science Elective</w:t>
                  </w:r>
                </w:p>
              </w:tc>
            </w:tr>
            <w:tr w:rsidR="00AC7E38" w:rsidRPr="00855181" w14:paraId="6DD35AA1" w14:textId="77777777" w:rsidTr="00F10334">
              <w:tc>
                <w:tcPr>
                  <w:tcW w:w="5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26B59AF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4B5C87CF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855181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37D2E5FE" w14:textId="77777777" w:rsidR="00AC7E38" w:rsidRDefault="00AC7E38" w:rsidP="00F1033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0F7A02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36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30CE1A4A" w14:textId="77777777" w:rsidR="00AC7E38" w:rsidRDefault="00AC7E38" w:rsidP="00F1033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0F7A02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Humanities Elective</w:t>
                  </w:r>
                </w:p>
              </w:tc>
            </w:tr>
            <w:tr w:rsidR="00AC7E38" w:rsidRPr="00855181" w14:paraId="54C09CC8" w14:textId="77777777" w:rsidTr="00F10334">
              <w:tc>
                <w:tcPr>
                  <w:tcW w:w="5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6048B2D8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6001F916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855181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  <w:hideMark/>
                </w:tcPr>
                <w:p w14:paraId="46BD9B0E" w14:textId="77777777" w:rsidR="00AC7E38" w:rsidRDefault="00AC7E38" w:rsidP="00F1033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0F7A02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3-4 credits</w:t>
                  </w:r>
                </w:p>
              </w:tc>
              <w:tc>
                <w:tcPr>
                  <w:tcW w:w="36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72F24EA9" w14:textId="77777777" w:rsidR="00AC7E38" w:rsidRDefault="00AC7E38" w:rsidP="00F1033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0F7A02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Science Elective</w:t>
                  </w:r>
                </w:p>
              </w:tc>
            </w:tr>
            <w:tr w:rsidR="00AC7E38" w:rsidRPr="00855181" w14:paraId="6F84564C" w14:textId="77777777" w:rsidTr="00F10334">
              <w:tc>
                <w:tcPr>
                  <w:tcW w:w="5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7C4B9A5E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7B6DEFB2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855181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43918111" w14:textId="77777777" w:rsidR="00AC7E38" w:rsidRDefault="00AC7E38" w:rsidP="00F1033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  <w:r w:rsidRPr="70F7A02B"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  <w:t>3 credits</w:t>
                  </w:r>
                </w:p>
              </w:tc>
              <w:tc>
                <w:tcPr>
                  <w:tcW w:w="36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40113754" w14:textId="77777777" w:rsidR="00AC7E38" w:rsidRDefault="00AC7E38" w:rsidP="00F10334">
                  <w:pPr>
                    <w:rPr>
                      <w:rFonts w:ascii="Aptos" w:eastAsia="Aptos" w:hAnsi="Aptos" w:cs="Aptos"/>
                      <w:color w:val="000000" w:themeColor="text1"/>
                      <w:sz w:val="20"/>
                      <w:szCs w:val="20"/>
                    </w:rPr>
                  </w:pPr>
                </w:p>
              </w:tc>
            </w:tr>
            <w:tr w:rsidR="00AC7E38" w:rsidRPr="00855181" w14:paraId="77B10BBE" w14:textId="77777777" w:rsidTr="00F10334">
              <w:tc>
                <w:tcPr>
                  <w:tcW w:w="5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42EF9812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450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</w:tcPr>
                <w:p w14:paraId="7CA9CB1E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855181">
                    <w:rPr>
                      <w:rFonts w:eastAsia="Times New Roman" w:cs="Times New Roman"/>
                      <w:sz w:val="20"/>
                      <w:szCs w:val="20"/>
                    </w:rPr>
                    <w:t>Mass Transfer Gen Ed Exempt – Free Elective</w:t>
                  </w:r>
                </w:p>
              </w:tc>
              <w:tc>
                <w:tcPr>
                  <w:tcW w:w="144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  <w:tcMar>
                    <w:top w:w="15" w:type="dxa"/>
                    <w:left w:w="75" w:type="dxa"/>
                    <w:bottom w:w="15" w:type="dxa"/>
                    <w:right w:w="75" w:type="dxa"/>
                  </w:tcMar>
                  <w:vAlign w:val="bottom"/>
                </w:tcPr>
                <w:p w14:paraId="18E24346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  <w:r w:rsidRPr="00855181">
                    <w:rPr>
                      <w:rFonts w:ascii="Aptos" w:hAnsi="Aptos"/>
                      <w:sz w:val="20"/>
                      <w:szCs w:val="20"/>
                    </w:rPr>
                    <w:t>4 credits</w:t>
                  </w:r>
                </w:p>
              </w:tc>
              <w:tc>
                <w:tcPr>
                  <w:tcW w:w="3690" w:type="dxa"/>
                  <w:tcBorders>
                    <w:top w:val="single" w:sz="6" w:space="0" w:color="444444"/>
                    <w:left w:val="single" w:sz="6" w:space="0" w:color="444444"/>
                    <w:bottom w:val="single" w:sz="6" w:space="0" w:color="444444"/>
                    <w:right w:val="single" w:sz="6" w:space="0" w:color="444444"/>
                  </w:tcBorders>
                </w:tcPr>
                <w:p w14:paraId="3B3B9432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</w:tbl>
          <w:p w14:paraId="5E1C6019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</w:tr>
      <w:tr w:rsidR="00AC7E38" w:rsidRPr="00855181" w14:paraId="02C06D57" w14:textId="77777777" w:rsidTr="00F10334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FA9737D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lastRenderedPageBreak/>
              <w:t>Courses in Major (55 credits Total)</w:t>
            </w:r>
          </w:p>
        </w:tc>
      </w:tr>
      <w:tr w:rsidR="00AC7E38" w:rsidRPr="00855181" w14:paraId="4F265669" w14:textId="77777777" w:rsidTr="00F10334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B2F42E7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Major Core Courses (34 credits)</w:t>
            </w:r>
          </w:p>
        </w:tc>
      </w:tr>
      <w:tr w:rsidR="00AC7E38" w:rsidRPr="00855181" w14:paraId="00ED58A7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CCDD75C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Course Name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4FCB9666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5055A6D0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</w:tr>
      <w:tr w:rsidR="00AC7E38" w:rsidRPr="00855181" w14:paraId="78B7F6C3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C6E9F0A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BUS 170 Introduction to Business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AD80818" w14:textId="77777777" w:rsidR="00AC7E38" w:rsidRDefault="00AC7E38" w:rsidP="00F1033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70F7A02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BU 100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CBB4E4F" w14:textId="77777777" w:rsidR="00AC7E38" w:rsidRDefault="00AC7E38" w:rsidP="00F1033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70F7A02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</w:tr>
      <w:tr w:rsidR="00AC7E38" w:rsidRPr="00855181" w14:paraId="6A651012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4829911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ACC 106 Financial Accounting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136EF53" w14:textId="77777777" w:rsidR="00AC7E38" w:rsidRDefault="00AC7E38" w:rsidP="00F1033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70F7A02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AC 102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3882E4E" w14:textId="77777777" w:rsidR="00AC7E38" w:rsidRDefault="00AC7E38" w:rsidP="00F1033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70F7A02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4</w:t>
            </w:r>
          </w:p>
        </w:tc>
      </w:tr>
      <w:tr w:rsidR="00AC7E38" w:rsidRPr="00855181" w14:paraId="6E93B38A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226630C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ACC 202 Managerial Accounting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5B29B66" w14:textId="77777777" w:rsidR="00AC7E38" w:rsidRDefault="00AC7E38" w:rsidP="00F1033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70F7A02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AC 206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000824E" w14:textId="77777777" w:rsidR="00AC7E38" w:rsidRDefault="00AC7E38" w:rsidP="00F1033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70F7A02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4</w:t>
            </w:r>
          </w:p>
        </w:tc>
      </w:tr>
      <w:tr w:rsidR="00AC7E38" w:rsidRPr="00855181" w14:paraId="6F8ACE84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35BA0BB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BUS 220 Career Management and Professional Development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D31F97A" w14:textId="77777777" w:rsidR="00AC7E38" w:rsidRDefault="00AC7E38" w:rsidP="00F1033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13CAB77" w14:textId="77777777" w:rsidR="00AC7E38" w:rsidRDefault="00AC7E38" w:rsidP="00F1033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</w:p>
        </w:tc>
      </w:tr>
      <w:tr w:rsidR="00AC7E38" w:rsidRPr="00855181" w14:paraId="2C94D59C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B219970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MGT 332 Organizational Behavior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3081E5B" w14:textId="77777777" w:rsidR="00AC7E38" w:rsidRDefault="00AC7E38" w:rsidP="00F1033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70F7A02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MG 101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981332B" w14:textId="77777777" w:rsidR="00AC7E38" w:rsidRDefault="00AC7E38" w:rsidP="00F1033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70F7A02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</w:tr>
      <w:tr w:rsidR="00AC7E38" w:rsidRPr="00855181" w14:paraId="16A4F089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4D3851B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MKT 241N Principles of Marketing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1A648EF" w14:textId="77777777" w:rsidR="00AC7E38" w:rsidRDefault="00AC7E38" w:rsidP="00F1033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70F7A02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MK 103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348B06D" w14:textId="77777777" w:rsidR="00AC7E38" w:rsidRDefault="00AC7E38" w:rsidP="00F1033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70F7A02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</w:tr>
      <w:tr w:rsidR="00AC7E38" w:rsidRPr="00855181" w14:paraId="3BEB6095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0AC6E52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BUS 252 Business Law I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2111343" w14:textId="77777777" w:rsidR="00AC7E38" w:rsidRDefault="00AC7E38" w:rsidP="00F1033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70F7A02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LA 221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41CB227" w14:textId="77777777" w:rsidR="00AC7E38" w:rsidRDefault="00AC7E38" w:rsidP="00F1033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70F7A02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3</w:t>
            </w:r>
          </w:p>
        </w:tc>
      </w:tr>
      <w:tr w:rsidR="00AC7E38" w:rsidRPr="00855181" w14:paraId="7796BA16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FE4F983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FIN 301 Principles of Finance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E44F813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6EDB071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</w:tr>
      <w:tr w:rsidR="00AC7E38" w:rsidRPr="00855181" w14:paraId="1BE22666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C6DD26E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MIS 201 Introduction to Information Systems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C2EAA4A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547BB1D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</w:tr>
      <w:tr w:rsidR="00AC7E38" w:rsidRPr="00855181" w14:paraId="77778BCB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DE7C8E2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ODS 262 Quantitative Analysis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01257EC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AC3E00F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</w:tr>
      <w:tr w:rsidR="00AC7E38" w:rsidRPr="00855181" w14:paraId="4C615025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03ADD9D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ODS 333 Operations and Logistics Management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D54950C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0E6AC00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</w:tr>
      <w:tr w:rsidR="00AC7E38" w:rsidRPr="00855181" w14:paraId="7BF4F42E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C4C749B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lastRenderedPageBreak/>
              <w:t>BUS 470 Business Policy &amp; Strategy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C223DFE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8B11164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</w:tr>
      <w:tr w:rsidR="00AC7E38" w:rsidRPr="00855181" w14:paraId="199D0EA8" w14:textId="77777777" w:rsidTr="00F10334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F487428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Major Concentration Courses (21 credits)</w:t>
            </w:r>
          </w:p>
        </w:tc>
      </w:tr>
      <w:tr w:rsidR="00AC7E38" w:rsidRPr="00855181" w14:paraId="2B02277F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947FAB4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Course Name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1969A3A9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04B83CD3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</w:tr>
      <w:tr w:rsidR="00AC7E38" w:rsidRPr="00855181" w14:paraId="405757C4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CB1F97F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FIN 351 Fundamentals of Financial Planning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2BD461E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237C397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</w:tr>
      <w:tr w:rsidR="00AC7E38" w:rsidRPr="00855181" w14:paraId="21A683A6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1CEC0DC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FIN 366 Investment and Security Analysis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3C99CC7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89044A8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</w:tr>
      <w:tr w:rsidR="00AC7E38" w:rsidRPr="00855181" w14:paraId="4CF690CE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C154E00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FIN 452 Insurance Planning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85E0F8C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B873484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</w:tr>
      <w:tr w:rsidR="00AC7E38" w:rsidRPr="00855181" w14:paraId="1AA7E1AC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A1E1B69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FIN 453 Retirement &amp; Employee Benefits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00E4630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EA77E60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</w:tr>
      <w:tr w:rsidR="00AC7E38" w:rsidRPr="00855181" w14:paraId="6BE32572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5895130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FIN 457 Personal Income Tax Planning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FFC5FC6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FF317C1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</w:tr>
      <w:tr w:rsidR="00AC7E38" w:rsidRPr="00855181" w14:paraId="79C3AFF8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4207A8F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FIN 458 Estate Planning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D0A620A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2600C46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</w:tr>
      <w:tr w:rsidR="00AC7E38" w:rsidRPr="00855181" w14:paraId="02423C94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6342B56D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FIN 459 Capstone Course in Financial Planning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1370C03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7D49AC5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</w:tr>
      <w:tr w:rsidR="00AC7E38" w:rsidRPr="00855181" w14:paraId="162141EE" w14:textId="77777777" w:rsidTr="00F10334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21AB868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rFonts w:ascii="Segoe UI Symbol" w:hAnsi="Segoe UI Symbol" w:cs="Segoe UI Symbol"/>
                <w:sz w:val="20"/>
                <w:szCs w:val="20"/>
              </w:rPr>
              <w:t>♥</w:t>
            </w:r>
            <w:r w:rsidRPr="00855181">
              <w:rPr>
                <w:sz w:val="20"/>
                <w:szCs w:val="20"/>
              </w:rPr>
              <w:t xml:space="preserve"> Required Support Courses (12 credits total)</w:t>
            </w:r>
          </w:p>
        </w:tc>
      </w:tr>
      <w:tr w:rsidR="00AC7E38" w:rsidRPr="00855181" w14:paraId="3D74FEB6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4EB1145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Course Name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19023453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  <w:tc>
          <w:tcPr>
            <w:tcW w:w="95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E1EBF7" w:themeFill="text2" w:themeFillTint="1A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</w:tcPr>
          <w:p w14:paraId="049E06BC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</w:tr>
      <w:tr w:rsidR="00AC7E38" w:rsidRPr="00855181" w14:paraId="5CE61E2D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C5C7098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ECO 201 Principles of Macroeconomics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1586751" w14:textId="77777777" w:rsidR="00AC7E38" w:rsidRDefault="00AC7E38" w:rsidP="00F1033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70F7A02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EC 201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78037B7" w14:textId="77777777" w:rsidR="00AC7E38" w:rsidRPr="00855181" w:rsidRDefault="00AC7E38" w:rsidP="00F10334">
            <w:r w:rsidRPr="70F7A02B">
              <w:rPr>
                <w:sz w:val="20"/>
                <w:szCs w:val="20"/>
              </w:rPr>
              <w:t>3</w:t>
            </w:r>
          </w:p>
        </w:tc>
      </w:tr>
      <w:tr w:rsidR="00AC7E38" w:rsidRPr="00855181" w14:paraId="7B2D2795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320951E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ECO 202 Principles of Microeconomics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405618A" w14:textId="77777777" w:rsidR="00AC7E38" w:rsidRDefault="00AC7E38" w:rsidP="00F1033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70F7A02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EC 202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D7BA31C" w14:textId="77777777" w:rsidR="00AC7E38" w:rsidRPr="00855181" w:rsidRDefault="00AC7E38" w:rsidP="00F10334">
            <w:r w:rsidRPr="70F7A02B">
              <w:rPr>
                <w:sz w:val="20"/>
                <w:szCs w:val="20"/>
              </w:rPr>
              <w:t>3</w:t>
            </w:r>
          </w:p>
        </w:tc>
      </w:tr>
      <w:tr w:rsidR="00AC7E38" w:rsidRPr="00855181" w14:paraId="162A5019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0E548B19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SOC 110 Introduction to Sociology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C68FD3F" w14:textId="77777777" w:rsidR="00AC7E38" w:rsidRDefault="00AC7E38" w:rsidP="00F1033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70F7A02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SO 101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42C83872" w14:textId="77777777" w:rsidR="00AC7E38" w:rsidRPr="00855181" w:rsidRDefault="00AC7E38" w:rsidP="00F10334">
            <w:r w:rsidRPr="70F7A02B">
              <w:rPr>
                <w:sz w:val="20"/>
                <w:szCs w:val="20"/>
              </w:rPr>
              <w:t>3</w:t>
            </w:r>
          </w:p>
        </w:tc>
      </w:tr>
      <w:tr w:rsidR="00AC7E38" w:rsidRPr="00855181" w14:paraId="6A49C72D" w14:textId="77777777" w:rsidTr="00F10334">
        <w:tc>
          <w:tcPr>
            <w:tcW w:w="5220" w:type="dxa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704F8B06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MAT 128 Quantitative Methods for Business and Finance</w:t>
            </w:r>
          </w:p>
        </w:tc>
        <w:tc>
          <w:tcPr>
            <w:tcW w:w="4630" w:type="dxa"/>
            <w:gridSpan w:val="2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6954B02" w14:textId="77777777" w:rsidR="00AC7E38" w:rsidRDefault="00AC7E38" w:rsidP="00F10334">
            <w:pPr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</w:pPr>
            <w:r w:rsidRPr="70F7A02B">
              <w:rPr>
                <w:rFonts w:ascii="Aptos" w:eastAsia="Aptos" w:hAnsi="Aptos" w:cs="Aptos"/>
                <w:color w:val="000000" w:themeColor="text1"/>
                <w:sz w:val="20"/>
                <w:szCs w:val="20"/>
              </w:rPr>
              <w:t>MA 105</w:t>
            </w:r>
          </w:p>
        </w:tc>
        <w:tc>
          <w:tcPr>
            <w:tcW w:w="0" w:type="auto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86B5FE0" w14:textId="77777777" w:rsidR="00AC7E38" w:rsidRPr="00855181" w:rsidRDefault="00AC7E38" w:rsidP="00F10334">
            <w:r w:rsidRPr="70F7A02B">
              <w:rPr>
                <w:sz w:val="20"/>
                <w:szCs w:val="20"/>
              </w:rPr>
              <w:t>4</w:t>
            </w:r>
          </w:p>
        </w:tc>
      </w:tr>
      <w:tr w:rsidR="00AC7E38" w:rsidRPr="00855181" w14:paraId="088AEF37" w14:textId="77777777" w:rsidTr="00F10334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2B6AE908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+ Free Electives (18 credits minimum)</w:t>
            </w:r>
          </w:p>
          <w:p w14:paraId="3F7AB006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May be necessary to take additional credits to attain the minimum 120 credits required for graduation depending on choices made for general education or minor selection.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136"/>
              <w:gridCol w:w="7424"/>
              <w:gridCol w:w="2080"/>
            </w:tblGrid>
            <w:tr w:rsidR="00AC7E38" w:rsidRPr="00855181" w14:paraId="37EFEB25" w14:textId="77777777" w:rsidTr="00F10334">
              <w:tc>
                <w:tcPr>
                  <w:tcW w:w="1136" w:type="dxa"/>
                </w:tcPr>
                <w:p w14:paraId="60BFA108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424" w:type="dxa"/>
                </w:tcPr>
                <w:p w14:paraId="32919B5B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</w:tcPr>
                <w:p w14:paraId="1701B7AB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AC7E38" w:rsidRPr="00855181" w14:paraId="1C3C1033" w14:textId="77777777" w:rsidTr="00F10334">
              <w:tc>
                <w:tcPr>
                  <w:tcW w:w="1136" w:type="dxa"/>
                </w:tcPr>
                <w:p w14:paraId="0A1CC3FC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424" w:type="dxa"/>
                </w:tcPr>
                <w:p w14:paraId="0C975059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</w:tcPr>
                <w:p w14:paraId="23F229D8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AC7E38" w:rsidRPr="00855181" w14:paraId="0E9FCB9F" w14:textId="77777777" w:rsidTr="00F10334">
              <w:tc>
                <w:tcPr>
                  <w:tcW w:w="1136" w:type="dxa"/>
                </w:tcPr>
                <w:p w14:paraId="47462801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424" w:type="dxa"/>
                </w:tcPr>
                <w:p w14:paraId="69798008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</w:tcPr>
                <w:p w14:paraId="7531B2A8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AC7E38" w:rsidRPr="00855181" w14:paraId="0289C47E" w14:textId="77777777" w:rsidTr="00F10334">
              <w:tc>
                <w:tcPr>
                  <w:tcW w:w="1136" w:type="dxa"/>
                </w:tcPr>
                <w:p w14:paraId="23535E84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424" w:type="dxa"/>
                </w:tcPr>
                <w:p w14:paraId="505DB9EE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</w:tcPr>
                <w:p w14:paraId="36B2C058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AC7E38" w:rsidRPr="00855181" w14:paraId="593DF6A9" w14:textId="77777777" w:rsidTr="00F10334">
              <w:tc>
                <w:tcPr>
                  <w:tcW w:w="1136" w:type="dxa"/>
                </w:tcPr>
                <w:p w14:paraId="7A43C50D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424" w:type="dxa"/>
                </w:tcPr>
                <w:p w14:paraId="14EB752B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</w:tcPr>
                <w:p w14:paraId="27FABD54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AC7E38" w:rsidRPr="00855181" w14:paraId="5C351B25" w14:textId="77777777" w:rsidTr="00F10334">
              <w:tc>
                <w:tcPr>
                  <w:tcW w:w="1136" w:type="dxa"/>
                </w:tcPr>
                <w:p w14:paraId="392CA59C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424" w:type="dxa"/>
                </w:tcPr>
                <w:p w14:paraId="00DA20F3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</w:tcPr>
                <w:p w14:paraId="4B2EC47F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</w:tbl>
          <w:p w14:paraId="7C5F4C08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  <w:p w14:paraId="6EF4B6D4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  <w:p w14:paraId="3D16E0D2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  <w:p w14:paraId="31BBB13B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</w:tr>
      <w:tr w:rsidR="00AC7E38" w:rsidRPr="00855181" w14:paraId="3A967210" w14:textId="77777777" w:rsidTr="00F10334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5507CF18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lastRenderedPageBreak/>
              <w:t>Minor (Optional):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136"/>
              <w:gridCol w:w="7424"/>
              <w:gridCol w:w="2080"/>
            </w:tblGrid>
            <w:tr w:rsidR="00AC7E38" w:rsidRPr="00855181" w14:paraId="1A0E3B9E" w14:textId="77777777" w:rsidTr="00F10334">
              <w:tc>
                <w:tcPr>
                  <w:tcW w:w="1136" w:type="dxa"/>
                </w:tcPr>
                <w:p w14:paraId="27A0BBD0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424" w:type="dxa"/>
                </w:tcPr>
                <w:p w14:paraId="5C51EA36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</w:tcPr>
                <w:p w14:paraId="4D92F6AD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AC7E38" w:rsidRPr="00855181" w14:paraId="70E4814C" w14:textId="77777777" w:rsidTr="00F10334">
              <w:tc>
                <w:tcPr>
                  <w:tcW w:w="1136" w:type="dxa"/>
                </w:tcPr>
                <w:p w14:paraId="2F11DE09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424" w:type="dxa"/>
                </w:tcPr>
                <w:p w14:paraId="5B7FDD9A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</w:tcPr>
                <w:p w14:paraId="53655115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AC7E38" w:rsidRPr="00855181" w14:paraId="701F053F" w14:textId="77777777" w:rsidTr="00F10334">
              <w:tc>
                <w:tcPr>
                  <w:tcW w:w="1136" w:type="dxa"/>
                </w:tcPr>
                <w:p w14:paraId="09412551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424" w:type="dxa"/>
                </w:tcPr>
                <w:p w14:paraId="23414CB3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</w:tcPr>
                <w:p w14:paraId="1B283251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AC7E38" w:rsidRPr="00855181" w14:paraId="5BD4A7A2" w14:textId="77777777" w:rsidTr="00F10334">
              <w:tc>
                <w:tcPr>
                  <w:tcW w:w="1136" w:type="dxa"/>
                </w:tcPr>
                <w:p w14:paraId="71192816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424" w:type="dxa"/>
                </w:tcPr>
                <w:p w14:paraId="6D23CAE7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</w:tcPr>
                <w:p w14:paraId="112BE3F3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AC7E38" w:rsidRPr="00855181" w14:paraId="37AF6841" w14:textId="77777777" w:rsidTr="00F10334">
              <w:tc>
                <w:tcPr>
                  <w:tcW w:w="1136" w:type="dxa"/>
                </w:tcPr>
                <w:p w14:paraId="082FE133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424" w:type="dxa"/>
                </w:tcPr>
                <w:p w14:paraId="2FDF11DB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</w:tcPr>
                <w:p w14:paraId="1BBCDE78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  <w:tr w:rsidR="00AC7E38" w:rsidRPr="00855181" w14:paraId="1DCA5EDC" w14:textId="77777777" w:rsidTr="00F10334">
              <w:tc>
                <w:tcPr>
                  <w:tcW w:w="1136" w:type="dxa"/>
                </w:tcPr>
                <w:p w14:paraId="5F3F441A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7424" w:type="dxa"/>
                </w:tcPr>
                <w:p w14:paraId="19248605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  <w:tc>
                <w:tcPr>
                  <w:tcW w:w="2080" w:type="dxa"/>
                </w:tcPr>
                <w:p w14:paraId="293628DD" w14:textId="77777777" w:rsidR="00AC7E38" w:rsidRPr="00855181" w:rsidRDefault="00AC7E38" w:rsidP="00F10334">
                  <w:pPr>
                    <w:rPr>
                      <w:rFonts w:ascii="Aptos" w:hAnsi="Aptos"/>
                      <w:sz w:val="20"/>
                      <w:szCs w:val="20"/>
                    </w:rPr>
                  </w:pPr>
                </w:p>
              </w:tc>
            </w:tr>
          </w:tbl>
          <w:p w14:paraId="77A5D6B7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  <w:p w14:paraId="302B1E8C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  <w:p w14:paraId="013FA247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  <w:p w14:paraId="014120DD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</w:tr>
      <w:tr w:rsidR="00AC7E38" w:rsidRPr="00855181" w14:paraId="5240A2B9" w14:textId="77777777" w:rsidTr="00F10334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38A2A27F" w14:textId="77777777" w:rsidR="00AC7E38" w:rsidRPr="00855181" w:rsidRDefault="00AC7E38" w:rsidP="00F10334">
            <w:pPr>
              <w:rPr>
                <w:sz w:val="20"/>
                <w:szCs w:val="20"/>
              </w:rPr>
            </w:pPr>
          </w:p>
        </w:tc>
      </w:tr>
      <w:tr w:rsidR="00AC7E38" w:rsidRPr="00855181" w14:paraId="2C445103" w14:textId="77777777" w:rsidTr="00F10334">
        <w:tc>
          <w:tcPr>
            <w:tcW w:w="0" w:type="auto"/>
            <w:gridSpan w:val="4"/>
            <w:tcBorders>
              <w:top w:val="single" w:sz="6" w:space="0" w:color="444444"/>
              <w:left w:val="single" w:sz="6" w:space="0" w:color="444444"/>
              <w:bottom w:val="single" w:sz="6" w:space="0" w:color="444444"/>
              <w:right w:val="single" w:sz="6" w:space="0" w:color="444444"/>
            </w:tcBorders>
            <w:shd w:val="clear" w:color="auto" w:fill="FFFFFF" w:themeFill="background1"/>
            <w:tcMar>
              <w:top w:w="15" w:type="dxa"/>
              <w:left w:w="75" w:type="dxa"/>
              <w:bottom w:w="15" w:type="dxa"/>
              <w:right w:w="75" w:type="dxa"/>
            </w:tcMar>
            <w:vAlign w:val="bottom"/>
            <w:hideMark/>
          </w:tcPr>
          <w:p w14:paraId="14AF8314" w14:textId="77777777" w:rsidR="00AC7E38" w:rsidRPr="00855181" w:rsidRDefault="00AC7E38" w:rsidP="00F10334">
            <w:pPr>
              <w:rPr>
                <w:sz w:val="20"/>
                <w:szCs w:val="20"/>
              </w:rPr>
            </w:pPr>
            <w:r w:rsidRPr="00855181">
              <w:rPr>
                <w:sz w:val="20"/>
                <w:szCs w:val="20"/>
              </w:rPr>
              <w:t>Notes:</w:t>
            </w:r>
          </w:p>
        </w:tc>
      </w:tr>
    </w:tbl>
    <w:p w14:paraId="763CCDFC" w14:textId="77777777" w:rsidR="00AC7E38" w:rsidRDefault="00AC7E38"/>
    <w:sectPr w:rsidR="00AC7E38" w:rsidSect="00034616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2W3ZxfkdesuiC" int2:id="bnciIN5j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439">
    <w:abstractNumId w:val="1"/>
  </w:num>
  <w:num w:numId="2" w16cid:durableId="1654479306">
    <w:abstractNumId w:val="3"/>
  </w:num>
  <w:num w:numId="3" w16cid:durableId="1772584400">
    <w:abstractNumId w:val="0"/>
  </w:num>
  <w:num w:numId="4" w16cid:durableId="1794127085">
    <w:abstractNumId w:val="2"/>
  </w:num>
  <w:num w:numId="5" w16cid:durableId="1980071552">
    <w:abstractNumId w:val="6"/>
  </w:num>
  <w:num w:numId="6" w16cid:durableId="213666824">
    <w:abstractNumId w:val="4"/>
  </w:num>
  <w:num w:numId="7" w16cid:durableId="504636639">
    <w:abstractNumId w:val="5"/>
  </w:num>
  <w:num w:numId="8" w16cid:durableId="568347779">
    <w:abstractNumId w:val="7"/>
  </w:num>
  <w:num w:numId="9" w16cid:durableId="76827906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8AF"/>
    <w:rsid w:val="00034616"/>
    <w:rsid w:val="0006063C"/>
    <w:rsid w:val="0015024D"/>
    <w:rsid w:val="0015074B"/>
    <w:rsid w:val="001B4722"/>
    <w:rsid w:val="00265115"/>
    <w:rsid w:val="0029639D"/>
    <w:rsid w:val="00326F90"/>
    <w:rsid w:val="00347817"/>
    <w:rsid w:val="00490326"/>
    <w:rsid w:val="004975F9"/>
    <w:rsid w:val="00671DD9"/>
    <w:rsid w:val="00710C6A"/>
    <w:rsid w:val="00772A85"/>
    <w:rsid w:val="00866A65"/>
    <w:rsid w:val="00896F9E"/>
    <w:rsid w:val="009348EF"/>
    <w:rsid w:val="00AA1D8D"/>
    <w:rsid w:val="00AC7E38"/>
    <w:rsid w:val="00AE4871"/>
    <w:rsid w:val="00B47730"/>
    <w:rsid w:val="00CB0664"/>
    <w:rsid w:val="00D101C7"/>
    <w:rsid w:val="00D24D3E"/>
    <w:rsid w:val="00DF7E46"/>
    <w:rsid w:val="00F82989"/>
    <w:rsid w:val="00FC30A3"/>
    <w:rsid w:val="00FC693F"/>
    <w:rsid w:val="01A16D01"/>
    <w:rsid w:val="05C1C993"/>
    <w:rsid w:val="061B64C1"/>
    <w:rsid w:val="06C4A541"/>
    <w:rsid w:val="0AAEE6E2"/>
    <w:rsid w:val="0B65C1CB"/>
    <w:rsid w:val="1242441B"/>
    <w:rsid w:val="12D33D55"/>
    <w:rsid w:val="160FE554"/>
    <w:rsid w:val="176E2472"/>
    <w:rsid w:val="1828E0E0"/>
    <w:rsid w:val="1A61DF6E"/>
    <w:rsid w:val="1AA053F4"/>
    <w:rsid w:val="20D07123"/>
    <w:rsid w:val="22AA4530"/>
    <w:rsid w:val="22B68BC0"/>
    <w:rsid w:val="23936FD1"/>
    <w:rsid w:val="239A4005"/>
    <w:rsid w:val="2491E7EF"/>
    <w:rsid w:val="24D81583"/>
    <w:rsid w:val="2517EEE4"/>
    <w:rsid w:val="27DD843E"/>
    <w:rsid w:val="2D9C9DB0"/>
    <w:rsid w:val="2F284571"/>
    <w:rsid w:val="2FABC3F0"/>
    <w:rsid w:val="31754457"/>
    <w:rsid w:val="3178416E"/>
    <w:rsid w:val="33143ED3"/>
    <w:rsid w:val="35433DFD"/>
    <w:rsid w:val="3572195F"/>
    <w:rsid w:val="36B8260F"/>
    <w:rsid w:val="38A5AF1B"/>
    <w:rsid w:val="3C7C99F3"/>
    <w:rsid w:val="3D934C70"/>
    <w:rsid w:val="3DAB70AD"/>
    <w:rsid w:val="3EABF509"/>
    <w:rsid w:val="3FDA30A8"/>
    <w:rsid w:val="3FDD2058"/>
    <w:rsid w:val="40A4D49B"/>
    <w:rsid w:val="4179CB53"/>
    <w:rsid w:val="43F3093D"/>
    <w:rsid w:val="452F3999"/>
    <w:rsid w:val="464D0B07"/>
    <w:rsid w:val="46FB37FB"/>
    <w:rsid w:val="493F8014"/>
    <w:rsid w:val="4A1D484D"/>
    <w:rsid w:val="4BB08607"/>
    <w:rsid w:val="4DAF2323"/>
    <w:rsid w:val="52A107D4"/>
    <w:rsid w:val="52AD3075"/>
    <w:rsid w:val="52F6E285"/>
    <w:rsid w:val="54457017"/>
    <w:rsid w:val="57922A9B"/>
    <w:rsid w:val="57B83273"/>
    <w:rsid w:val="58B044D2"/>
    <w:rsid w:val="5A246927"/>
    <w:rsid w:val="5AE8B282"/>
    <w:rsid w:val="5BC0AA12"/>
    <w:rsid w:val="5BC78571"/>
    <w:rsid w:val="5C082995"/>
    <w:rsid w:val="5CF1DB59"/>
    <w:rsid w:val="5D051FB3"/>
    <w:rsid w:val="5DBA3BB5"/>
    <w:rsid w:val="5E2F6C71"/>
    <w:rsid w:val="5F423206"/>
    <w:rsid w:val="5FA6EDA5"/>
    <w:rsid w:val="62D7F3E6"/>
    <w:rsid w:val="648E269B"/>
    <w:rsid w:val="66AC74EA"/>
    <w:rsid w:val="6DCD081A"/>
    <w:rsid w:val="6F3F0359"/>
    <w:rsid w:val="6FC22F7A"/>
    <w:rsid w:val="711A5704"/>
    <w:rsid w:val="733E76E4"/>
    <w:rsid w:val="73622C3E"/>
    <w:rsid w:val="74446166"/>
    <w:rsid w:val="7AE20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39171D5"/>
  <w14:defaultImageDpi w14:val="300"/>
  <w15:docId w15:val="{6A201354-7708-4843-806E-B0071B4EB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4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microsoft.com/office/2020/10/relationships/intelligence" Target="intelligence2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f81b531-f2d5-49d0-8b82-d74b33ecb7f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24019202BB0841B1A607F344EB4836" ma:contentTypeVersion="18" ma:contentTypeDescription="Create a new document." ma:contentTypeScope="" ma:versionID="2b4125a92697b8d10c17822fc48706da">
  <xsd:schema xmlns:xsd="http://www.w3.org/2001/XMLSchema" xmlns:xs="http://www.w3.org/2001/XMLSchema" xmlns:p="http://schemas.microsoft.com/office/2006/metadata/properties" xmlns:ns3="bf81b531-f2d5-49d0-8b82-d74b33ecb7f4" xmlns:ns4="f7422647-5b85-4f01-b373-dec02e5949a7" targetNamespace="http://schemas.microsoft.com/office/2006/metadata/properties" ma:root="true" ma:fieldsID="766b086a5861bf6bbcc2e65e9b01b894" ns3:_="" ns4:_="">
    <xsd:import namespace="bf81b531-f2d5-49d0-8b82-d74b33ecb7f4"/>
    <xsd:import namespace="f7422647-5b85-4f01-b373-dec02e5949a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81b531-f2d5-49d0-8b82-d74b33ecb7f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422647-5b85-4f01-b373-dec02e5949a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740A91-CE9C-4925-A77F-70129E0FAFA7}">
  <ds:schemaRefs>
    <ds:schemaRef ds:uri="http://schemas.microsoft.com/office/2006/metadata/properties"/>
    <ds:schemaRef ds:uri="http://schemas.microsoft.com/office/infopath/2007/PartnerControls"/>
    <ds:schemaRef ds:uri="bf81b531-f2d5-49d0-8b82-d74b33ecb7f4"/>
  </ds:schemaRefs>
</ds:datastoreItem>
</file>

<file path=customXml/itemProps2.xml><?xml version="1.0" encoding="utf-8"?>
<ds:datastoreItem xmlns:ds="http://schemas.openxmlformats.org/officeDocument/2006/customXml" ds:itemID="{3FA93194-C732-49C2-AC33-53639F1C86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81b531-f2d5-49d0-8b82-d74b33ecb7f4"/>
    <ds:schemaRef ds:uri="f7422647-5b85-4f01-b373-dec02e5949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B6920F-375C-4D68-B9D6-4D8CE86DB98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0d32b73-b457-49d1-950c-4f78aeffc21b}" enabled="0" method="" siteId="{70d32b73-b457-49d1-950c-4f78aeffc21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924</Words>
  <Characters>5267</Characters>
  <Application>Microsoft Office Word</Application>
  <DocSecurity>8</DocSecurity>
  <Lines>43</Lines>
  <Paragraphs>12</Paragraphs>
  <ScaleCrop>false</ScaleCrop>
  <Manager/>
  <Company/>
  <LinksUpToDate>false</LinksUpToDate>
  <CharactersWithSpaces>6179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Tiernan Bentley</dc:creator>
  <cp:keywords/>
  <dc:description>generated by python-docx</dc:description>
  <cp:lastModifiedBy>Avril Hevey-Doucette</cp:lastModifiedBy>
  <cp:revision>11</cp:revision>
  <dcterms:created xsi:type="dcterms:W3CDTF">2026-08-17T15:39:00Z</dcterms:created>
  <dcterms:modified xsi:type="dcterms:W3CDTF">2026-09-25T16:14:00Z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0x0101004824019202BB0841B1A607F344EB4836</vt:lpwstr>
  </property>
</Properties>
</file>