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5661" w14:textId="77777777" w:rsidR="00D24D3E" w:rsidRDefault="00710C6A">
      <w:pPr>
        <w:pStyle w:val="Title"/>
      </w:pPr>
      <w:r>
        <w:t>Salem State University Advising Map</w:t>
      </w:r>
    </w:p>
    <w:p w14:paraId="6CA9AB44" w14:textId="35A2D0F4" w:rsidR="00D24D3E" w:rsidRDefault="3EABF509" w:rsidP="05CF002A">
      <w:pPr>
        <w:pStyle w:val="Heading1"/>
        <w:rPr>
          <w:rFonts w:ascii="Calibri" w:eastAsia="MS Gothic" w:hAnsi="Calibri" w:cs="Times New Roman"/>
        </w:rPr>
      </w:pPr>
      <w:bookmarkStart w:id="0" w:name="_Int_PQzgICu2"/>
      <w:r>
        <w:t>MassBay</w:t>
      </w:r>
      <w:bookmarkEnd w:id="0"/>
      <w:r>
        <w:t xml:space="preserve"> Community College Business Administration </w:t>
      </w:r>
      <w:r w:rsidR="4A1D484D">
        <w:t>Associate in Science</w:t>
      </w:r>
      <w:r>
        <w:t xml:space="preserve"> mapped to Salem State University </w:t>
      </w:r>
      <w:r w:rsidR="36B6DD82" w:rsidRPr="05CF002A">
        <w:rPr>
          <w:rFonts w:ascii="Calibri" w:eastAsia="MS Gothic" w:hAnsi="Calibri" w:cs="Times New Roman"/>
        </w:rPr>
        <w:t>Business Administration, Information and Data Science Concentration, BSBA</w:t>
      </w:r>
    </w:p>
    <w:p w14:paraId="441C3C59" w14:textId="77777777" w:rsidR="00D24D3E" w:rsidRDefault="00710C6A">
      <w:pPr>
        <w:pStyle w:val="Heading2"/>
      </w:pPr>
      <w:r>
        <w:t>Catalog Information</w:t>
      </w:r>
    </w:p>
    <w:p w14:paraId="0A440ADC" w14:textId="19CDD530" w:rsidR="00D24D3E" w:rsidRDefault="52F6E285">
      <w:r>
        <w:t>MassBay Community College Catalog Year: 2026–2027</w:t>
      </w:r>
      <w:r>
        <w:br/>
        <w:t>Salem State University Catalog Year: 2026–2027</w:t>
      </w:r>
    </w:p>
    <w:p w14:paraId="6F615C4E" w14:textId="77777777" w:rsidR="00D24D3E" w:rsidRDefault="00710C6A">
      <w:pPr>
        <w:pStyle w:val="Heading2"/>
      </w:pPr>
      <w:r>
        <w:t>Advising Notes</w:t>
      </w:r>
    </w:p>
    <w:p w14:paraId="051F19FF" w14:textId="4ADA1DB9" w:rsidR="00D24D3E" w:rsidRDefault="58B044D2">
      <w:r>
        <w:t>This map is a Salem State University advising tool only. MassBay Community College students should work with their MassBay CC advisor. This program includes the required courses for the MassTransfer General Education Foundation.</w:t>
      </w:r>
    </w:p>
    <w:p w14:paraId="1534F048" w14:textId="77777777" w:rsidR="00D24D3E" w:rsidRDefault="00710C6A">
      <w:pPr>
        <w:pStyle w:val="Heading2"/>
      </w:pPr>
      <w:r>
        <w:t>MassTransfer General Education Foundation</w:t>
      </w:r>
    </w:p>
    <w:p w14:paraId="2AF2A6D1" w14:textId="6B55B55C" w:rsidR="00D24D3E" w:rsidRDefault="58B044D2">
      <w:r>
        <w:t>The following table lists MassTransfer General Education requirements and their corresponding MassBay CC courses.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  <w:gridCol w:w="7200"/>
      </w:tblGrid>
      <w:tr w:rsidR="00D24D3E" w14:paraId="4CF6AD50" w14:textId="77777777" w:rsidTr="176E2472">
        <w:trPr>
          <w:tblHeader/>
        </w:trPr>
        <w:tc>
          <w:tcPr>
            <w:tcW w:w="7200" w:type="dxa"/>
          </w:tcPr>
          <w:p w14:paraId="39F65D4B" w14:textId="77777777" w:rsidR="00D24D3E" w:rsidRDefault="00710C6A">
            <w:r>
              <w:t>MassTransfer Requirement</w:t>
            </w:r>
          </w:p>
        </w:tc>
        <w:tc>
          <w:tcPr>
            <w:tcW w:w="7200" w:type="dxa"/>
          </w:tcPr>
          <w:p w14:paraId="3B65D705" w14:textId="0A8C07AB" w:rsidR="00D24D3E" w:rsidRDefault="5DBA3BB5">
            <w:r>
              <w:t>MassBay CC Course(s)</w:t>
            </w:r>
          </w:p>
        </w:tc>
      </w:tr>
      <w:tr w:rsidR="00D24D3E" w14:paraId="17634F03" w14:textId="77777777" w:rsidTr="176E2472">
        <w:tc>
          <w:tcPr>
            <w:tcW w:w="7200" w:type="dxa"/>
          </w:tcPr>
          <w:p w14:paraId="2E63AF61" w14:textId="77777777" w:rsidR="00D24D3E" w:rsidRDefault="00710C6A">
            <w:r>
              <w:t>Composition I</w:t>
            </w:r>
          </w:p>
        </w:tc>
        <w:tc>
          <w:tcPr>
            <w:tcW w:w="7200" w:type="dxa"/>
          </w:tcPr>
          <w:p w14:paraId="414BE37F" w14:textId="1B0B20A0" w:rsidR="00D24D3E" w:rsidRDefault="00D24D3E">
            <w:r>
              <w:t>EN 101 English Composition I</w:t>
            </w:r>
          </w:p>
        </w:tc>
      </w:tr>
      <w:tr w:rsidR="00D24D3E" w14:paraId="40099D84" w14:textId="77777777" w:rsidTr="176E2472">
        <w:tc>
          <w:tcPr>
            <w:tcW w:w="7200" w:type="dxa"/>
          </w:tcPr>
          <w:p w14:paraId="57DAF1B1" w14:textId="77777777" w:rsidR="00D24D3E" w:rsidRDefault="00710C6A">
            <w:r>
              <w:t>Composition II</w:t>
            </w:r>
          </w:p>
        </w:tc>
        <w:tc>
          <w:tcPr>
            <w:tcW w:w="7200" w:type="dxa"/>
          </w:tcPr>
          <w:p w14:paraId="0576F7B5" w14:textId="571E4B69" w:rsidR="00D24D3E" w:rsidRDefault="00D24D3E">
            <w:r>
              <w:t>EN 102 English Composition II</w:t>
            </w:r>
          </w:p>
        </w:tc>
      </w:tr>
      <w:tr w:rsidR="00D24D3E" w14:paraId="2CEC041E" w14:textId="77777777" w:rsidTr="176E2472">
        <w:tc>
          <w:tcPr>
            <w:tcW w:w="7200" w:type="dxa"/>
          </w:tcPr>
          <w:p w14:paraId="4BECA4B9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507829E5" w14:textId="4DF6B735" w:rsidR="00D24D3E" w:rsidRDefault="00D24D3E">
            <w:r>
              <w:t>EC 201 Principles of Macroeconomics</w:t>
            </w:r>
          </w:p>
        </w:tc>
      </w:tr>
      <w:tr w:rsidR="00D24D3E" w14:paraId="2D81FBAB" w14:textId="77777777" w:rsidTr="176E2472">
        <w:tc>
          <w:tcPr>
            <w:tcW w:w="7200" w:type="dxa"/>
          </w:tcPr>
          <w:p w14:paraId="7566C923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033F468B" w14:textId="7B847EFA" w:rsidR="00D24D3E" w:rsidRDefault="00D24D3E">
            <w:r>
              <w:t>EC 202 Principles of Microeconomics</w:t>
            </w:r>
          </w:p>
        </w:tc>
      </w:tr>
      <w:tr w:rsidR="00D24D3E" w14:paraId="2836D92C" w14:textId="77777777" w:rsidTr="176E2472">
        <w:tc>
          <w:tcPr>
            <w:tcW w:w="7200" w:type="dxa"/>
          </w:tcPr>
          <w:p w14:paraId="6EA0994D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22260913" w14:textId="5AEF13F4" w:rsidR="00D24D3E" w:rsidRDefault="00EA743C">
            <w:r>
              <w:t>Humanities or Social Science Elective – if Social Science is chosen. Ideally SO 101</w:t>
            </w:r>
          </w:p>
        </w:tc>
      </w:tr>
      <w:tr w:rsidR="00D24D3E" w14:paraId="68C6AF95" w14:textId="77777777" w:rsidTr="176E2472">
        <w:tc>
          <w:tcPr>
            <w:tcW w:w="7200" w:type="dxa"/>
          </w:tcPr>
          <w:p w14:paraId="5B363A75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4A6D93AA" w14:textId="6034959E" w:rsidR="00D24D3E" w:rsidRDefault="00D24D3E">
            <w:r>
              <w:t>CT 100 Critical Thinking</w:t>
            </w:r>
          </w:p>
        </w:tc>
      </w:tr>
      <w:tr w:rsidR="00D24D3E" w14:paraId="371F5AC8" w14:textId="77777777" w:rsidTr="176E2472">
        <w:tc>
          <w:tcPr>
            <w:tcW w:w="7200" w:type="dxa"/>
          </w:tcPr>
          <w:p w14:paraId="294AC444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34583614" w14:textId="79D84EB5" w:rsidR="00D24D3E" w:rsidRDefault="00D24D3E">
            <w:r>
              <w:t>Humanities Sequence</w:t>
            </w:r>
          </w:p>
        </w:tc>
      </w:tr>
      <w:tr w:rsidR="00D24D3E" w14:paraId="0F6A3A7C" w14:textId="77777777" w:rsidTr="176E2472">
        <w:tc>
          <w:tcPr>
            <w:tcW w:w="7200" w:type="dxa"/>
          </w:tcPr>
          <w:p w14:paraId="48EA895E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68A4A566" w14:textId="3C8CCDAB" w:rsidR="00D24D3E" w:rsidRDefault="00D24D3E">
            <w:r>
              <w:t>Humanities Elective</w:t>
            </w:r>
          </w:p>
        </w:tc>
      </w:tr>
      <w:tr w:rsidR="00D24D3E" w14:paraId="470EDF7F" w14:textId="77777777" w:rsidTr="176E2472">
        <w:tc>
          <w:tcPr>
            <w:tcW w:w="7200" w:type="dxa"/>
          </w:tcPr>
          <w:p w14:paraId="79526742" w14:textId="77777777" w:rsidR="00D24D3E" w:rsidRDefault="00710C6A">
            <w:r>
              <w:t>Laboratory Science</w:t>
            </w:r>
          </w:p>
        </w:tc>
        <w:tc>
          <w:tcPr>
            <w:tcW w:w="7200" w:type="dxa"/>
          </w:tcPr>
          <w:p w14:paraId="6950425D" w14:textId="421B3F6B" w:rsidR="00D24D3E" w:rsidRDefault="00D24D3E">
            <w:r>
              <w:t>Lab Science Elective</w:t>
            </w:r>
          </w:p>
        </w:tc>
      </w:tr>
      <w:tr w:rsidR="00D24D3E" w14:paraId="4A109927" w14:textId="77777777" w:rsidTr="176E2472">
        <w:tc>
          <w:tcPr>
            <w:tcW w:w="7200" w:type="dxa"/>
          </w:tcPr>
          <w:p w14:paraId="20A0F2B1" w14:textId="77777777" w:rsidR="00D24D3E" w:rsidRDefault="00710C6A">
            <w:r>
              <w:t>Science</w:t>
            </w:r>
          </w:p>
        </w:tc>
        <w:tc>
          <w:tcPr>
            <w:tcW w:w="7200" w:type="dxa"/>
          </w:tcPr>
          <w:p w14:paraId="598B24D3" w14:textId="5894EE85" w:rsidR="00D24D3E" w:rsidRDefault="00D24D3E">
            <w:r>
              <w:t>Science Elective</w:t>
            </w:r>
          </w:p>
        </w:tc>
      </w:tr>
      <w:tr w:rsidR="00D24D3E" w14:paraId="177D5C7B" w14:textId="77777777" w:rsidTr="176E2472">
        <w:tc>
          <w:tcPr>
            <w:tcW w:w="7200" w:type="dxa"/>
          </w:tcPr>
          <w:p w14:paraId="79D05996" w14:textId="77777777" w:rsidR="00D24D3E" w:rsidRDefault="00710C6A">
            <w:r>
              <w:t>Mathematics</w:t>
            </w:r>
          </w:p>
        </w:tc>
        <w:tc>
          <w:tcPr>
            <w:tcW w:w="7200" w:type="dxa"/>
          </w:tcPr>
          <w:p w14:paraId="4909C953" w14:textId="122FC6C2" w:rsidR="00D24D3E" w:rsidRDefault="00D24D3E">
            <w:r>
              <w:t>Math Elective</w:t>
            </w:r>
          </w:p>
        </w:tc>
      </w:tr>
    </w:tbl>
    <w:p w14:paraId="3F51A0AB" w14:textId="1A46917B" w:rsidR="00D24D3E" w:rsidRDefault="52AD3075">
      <w:pPr>
        <w:pStyle w:val="Heading2"/>
      </w:pPr>
      <w:r>
        <w:t>MassBay CC to Salem State Course Articulation</w:t>
      </w:r>
    </w:p>
    <w:p w14:paraId="398D8CA0" w14:textId="040D97D0" w:rsidR="00D24D3E" w:rsidRDefault="58B044D2">
      <w:r>
        <w:t>The following table shows MassBay CC courses, their Salem State equivalents, credits, and how each course applies to the Salem State 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D24D3E" w14:paraId="481F55C7" w14:textId="77777777" w:rsidTr="76170C52">
        <w:trPr>
          <w:tblHeader/>
        </w:trPr>
        <w:tc>
          <w:tcPr>
            <w:tcW w:w="2880" w:type="dxa"/>
          </w:tcPr>
          <w:p w14:paraId="06589B10" w14:textId="2E6CA0A3" w:rsidR="00D24D3E" w:rsidRDefault="46FB37FB">
            <w:r>
              <w:t>MassBay CC Course Number</w:t>
            </w:r>
          </w:p>
        </w:tc>
        <w:tc>
          <w:tcPr>
            <w:tcW w:w="2880" w:type="dxa"/>
          </w:tcPr>
          <w:p w14:paraId="10416C7D" w14:textId="77777777" w:rsidR="00D24D3E" w:rsidRDefault="00710C6A">
            <w:r>
              <w:t>Course Title</w:t>
            </w:r>
          </w:p>
        </w:tc>
        <w:tc>
          <w:tcPr>
            <w:tcW w:w="2880" w:type="dxa"/>
          </w:tcPr>
          <w:p w14:paraId="38EBA950" w14:textId="77777777" w:rsidR="00D24D3E" w:rsidRDefault="00710C6A">
            <w:r>
              <w:t>Credits</w:t>
            </w:r>
          </w:p>
        </w:tc>
        <w:tc>
          <w:tcPr>
            <w:tcW w:w="2880" w:type="dxa"/>
          </w:tcPr>
          <w:p w14:paraId="43CB3ADA" w14:textId="77777777" w:rsidR="00D24D3E" w:rsidRDefault="00710C6A">
            <w:r>
              <w:t>Salem State Equivalent</w:t>
            </w:r>
          </w:p>
        </w:tc>
        <w:tc>
          <w:tcPr>
            <w:tcW w:w="2880" w:type="dxa"/>
          </w:tcPr>
          <w:p w14:paraId="50047626" w14:textId="77777777" w:rsidR="00D24D3E" w:rsidRDefault="00710C6A">
            <w:r>
              <w:t>Application to Salem State Program</w:t>
            </w:r>
          </w:p>
          <w:p w14:paraId="669DA066" w14:textId="61FD0092" w:rsidR="00D93023" w:rsidRDefault="00D93023"/>
        </w:tc>
      </w:tr>
      <w:tr w:rsidR="00D24D3E" w14:paraId="7433819F" w14:textId="77777777" w:rsidTr="76170C52">
        <w:tc>
          <w:tcPr>
            <w:tcW w:w="2880" w:type="dxa"/>
          </w:tcPr>
          <w:p w14:paraId="263156E7" w14:textId="5A94B809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lastRenderedPageBreak/>
              <w:t>AC 101</w:t>
            </w:r>
          </w:p>
        </w:tc>
        <w:tc>
          <w:tcPr>
            <w:tcW w:w="2880" w:type="dxa"/>
          </w:tcPr>
          <w:p w14:paraId="5640F37F" w14:textId="41AE2014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Financial Accounting I</w:t>
            </w:r>
          </w:p>
        </w:tc>
        <w:tc>
          <w:tcPr>
            <w:tcW w:w="2880" w:type="dxa"/>
          </w:tcPr>
          <w:p w14:paraId="5AFFCC7B" w14:textId="0207CE6A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6ABDDDBC" w14:textId="2DBBEAA9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SSU T61</w:t>
            </w:r>
          </w:p>
        </w:tc>
        <w:tc>
          <w:tcPr>
            <w:tcW w:w="2880" w:type="dxa"/>
          </w:tcPr>
          <w:p w14:paraId="6AC417B1" w14:textId="57A297A1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383D01FC" w14:textId="77777777" w:rsidTr="76170C52">
        <w:tc>
          <w:tcPr>
            <w:tcW w:w="2880" w:type="dxa"/>
          </w:tcPr>
          <w:p w14:paraId="48E77A02" w14:textId="77AA4A17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BU 104</w:t>
            </w:r>
          </w:p>
        </w:tc>
        <w:tc>
          <w:tcPr>
            <w:tcW w:w="2880" w:type="dxa"/>
          </w:tcPr>
          <w:p w14:paraId="59A22394" w14:textId="747DBA24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Introduction to Business Data Analytics &amp; AI</w:t>
            </w:r>
          </w:p>
        </w:tc>
        <w:tc>
          <w:tcPr>
            <w:tcW w:w="2880" w:type="dxa"/>
          </w:tcPr>
          <w:p w14:paraId="41F24E78" w14:textId="76A50B20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5601BE87" w14:textId="1CCC455B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SSU T61</w:t>
            </w:r>
          </w:p>
        </w:tc>
        <w:tc>
          <w:tcPr>
            <w:tcW w:w="2880" w:type="dxa"/>
          </w:tcPr>
          <w:p w14:paraId="7306993F" w14:textId="2912D862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A201D5" w14:textId="77777777" w:rsidTr="76170C52">
        <w:tc>
          <w:tcPr>
            <w:tcW w:w="2880" w:type="dxa"/>
          </w:tcPr>
          <w:p w14:paraId="218BCAF7" w14:textId="1C76BDAD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CT 100</w:t>
            </w:r>
          </w:p>
        </w:tc>
        <w:tc>
          <w:tcPr>
            <w:tcW w:w="2880" w:type="dxa"/>
          </w:tcPr>
          <w:p w14:paraId="5BBA2024" w14:textId="365CC50C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Critical Thinking</w:t>
            </w:r>
          </w:p>
        </w:tc>
        <w:tc>
          <w:tcPr>
            <w:tcW w:w="2880" w:type="dxa"/>
          </w:tcPr>
          <w:p w14:paraId="5DF9F3F9" w14:textId="4E4EBB27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3EBF3F37" w14:textId="23A288E7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PHL 125</w:t>
            </w:r>
          </w:p>
        </w:tc>
        <w:tc>
          <w:tcPr>
            <w:tcW w:w="2880" w:type="dxa"/>
          </w:tcPr>
          <w:p w14:paraId="456DBC69" w14:textId="3AEF769A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1D61B18D" w14:textId="77777777" w:rsidTr="76170C52">
        <w:tc>
          <w:tcPr>
            <w:tcW w:w="2880" w:type="dxa"/>
          </w:tcPr>
          <w:p w14:paraId="341F3CF2" w14:textId="2A420E03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EN 101</w:t>
            </w:r>
          </w:p>
        </w:tc>
        <w:tc>
          <w:tcPr>
            <w:tcW w:w="2880" w:type="dxa"/>
          </w:tcPr>
          <w:p w14:paraId="15B2C3B3" w14:textId="21C6A97C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English Composition I</w:t>
            </w:r>
          </w:p>
        </w:tc>
        <w:tc>
          <w:tcPr>
            <w:tcW w:w="2880" w:type="dxa"/>
          </w:tcPr>
          <w:p w14:paraId="1CC9AECE" w14:textId="6534ACB1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27C454A3" w14:textId="47DCE1B0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ENL 105</w:t>
            </w:r>
          </w:p>
        </w:tc>
        <w:tc>
          <w:tcPr>
            <w:tcW w:w="2880" w:type="dxa"/>
          </w:tcPr>
          <w:p w14:paraId="08F1985B" w14:textId="3B44AD74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368A9DDE" w14:textId="77777777" w:rsidTr="76170C52">
        <w:tc>
          <w:tcPr>
            <w:tcW w:w="2880" w:type="dxa"/>
          </w:tcPr>
          <w:p w14:paraId="5714CA23" w14:textId="7C6556A2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MG 101</w:t>
            </w:r>
          </w:p>
        </w:tc>
        <w:tc>
          <w:tcPr>
            <w:tcW w:w="2880" w:type="dxa"/>
          </w:tcPr>
          <w:p w14:paraId="1610556A" w14:textId="439703AE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Principles of Management</w:t>
            </w:r>
          </w:p>
        </w:tc>
        <w:tc>
          <w:tcPr>
            <w:tcW w:w="2880" w:type="dxa"/>
          </w:tcPr>
          <w:p w14:paraId="74F524A9" w14:textId="6CD283DC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2D8740AF" w14:textId="04334905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MGT 231</w:t>
            </w:r>
          </w:p>
        </w:tc>
        <w:tc>
          <w:tcPr>
            <w:tcW w:w="2880" w:type="dxa"/>
          </w:tcPr>
          <w:p w14:paraId="2DDCCE73" w14:textId="1B3FF38D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Major Core Course (Counts in place of MGT 332)</w:t>
            </w:r>
          </w:p>
        </w:tc>
      </w:tr>
      <w:tr w:rsidR="00D24D3E" w14:paraId="7326057A" w14:textId="77777777" w:rsidTr="76170C52">
        <w:tc>
          <w:tcPr>
            <w:tcW w:w="2880" w:type="dxa"/>
          </w:tcPr>
          <w:p w14:paraId="04075157" w14:textId="33078D9E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AC 102</w:t>
            </w:r>
          </w:p>
        </w:tc>
        <w:tc>
          <w:tcPr>
            <w:tcW w:w="2880" w:type="dxa"/>
          </w:tcPr>
          <w:p w14:paraId="505089FC" w14:textId="7F6A5926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Financial Accounting II</w:t>
            </w:r>
          </w:p>
        </w:tc>
        <w:tc>
          <w:tcPr>
            <w:tcW w:w="2880" w:type="dxa"/>
          </w:tcPr>
          <w:p w14:paraId="2544844F" w14:textId="6D61ACE8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03FDBAA3" w14:textId="6FECE06C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ACC 106 (3) and SSU T61 (1)</w:t>
            </w:r>
          </w:p>
        </w:tc>
        <w:tc>
          <w:tcPr>
            <w:tcW w:w="2880" w:type="dxa"/>
          </w:tcPr>
          <w:p w14:paraId="5EC236E4" w14:textId="54BD1CB1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6ADAF84E" w14:textId="77777777" w:rsidTr="76170C52">
        <w:tc>
          <w:tcPr>
            <w:tcW w:w="2880" w:type="dxa"/>
          </w:tcPr>
          <w:p w14:paraId="237290EC" w14:textId="2E365C99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EN 102</w:t>
            </w:r>
          </w:p>
        </w:tc>
        <w:tc>
          <w:tcPr>
            <w:tcW w:w="2880" w:type="dxa"/>
          </w:tcPr>
          <w:p w14:paraId="605DD87C" w14:textId="0B7544A3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English Composition II</w:t>
            </w:r>
          </w:p>
        </w:tc>
        <w:tc>
          <w:tcPr>
            <w:tcW w:w="2880" w:type="dxa"/>
          </w:tcPr>
          <w:p w14:paraId="67FCC350" w14:textId="7A186AA4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4B18BFE9" w14:textId="6001F1DB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ENL 110</w:t>
            </w:r>
          </w:p>
        </w:tc>
        <w:tc>
          <w:tcPr>
            <w:tcW w:w="2880" w:type="dxa"/>
          </w:tcPr>
          <w:p w14:paraId="7CFD5EC9" w14:textId="3614105E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AE768BF" w14:textId="77777777" w:rsidTr="76170C52">
        <w:tc>
          <w:tcPr>
            <w:tcW w:w="2880" w:type="dxa"/>
          </w:tcPr>
          <w:p w14:paraId="185C6E1F" w14:textId="6D116B31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MK 103</w:t>
            </w:r>
          </w:p>
        </w:tc>
        <w:tc>
          <w:tcPr>
            <w:tcW w:w="2880" w:type="dxa"/>
          </w:tcPr>
          <w:p w14:paraId="4C209788" w14:textId="6F2E43CC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Principles of Marketing</w:t>
            </w:r>
          </w:p>
        </w:tc>
        <w:tc>
          <w:tcPr>
            <w:tcW w:w="2880" w:type="dxa"/>
          </w:tcPr>
          <w:p w14:paraId="746D92A3" w14:textId="1F39AD74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13AA4381" w14:textId="0F8E5D76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MKT 241N</w:t>
            </w:r>
          </w:p>
        </w:tc>
        <w:tc>
          <w:tcPr>
            <w:tcW w:w="2880" w:type="dxa"/>
          </w:tcPr>
          <w:p w14:paraId="7DA3F9A7" w14:textId="5C6AA6E9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50323F9F" w14:textId="77777777" w:rsidTr="76170C52">
        <w:tc>
          <w:tcPr>
            <w:tcW w:w="2880" w:type="dxa"/>
          </w:tcPr>
          <w:p w14:paraId="6C612E58" w14:textId="0FE248B8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Humanities or Social Science Elective - MUST be Social Science for MassTransfer GenEd requirements to be fulfilled</w:t>
            </w:r>
          </w:p>
        </w:tc>
        <w:tc>
          <w:tcPr>
            <w:tcW w:w="2880" w:type="dxa"/>
          </w:tcPr>
          <w:p w14:paraId="13F12923" w14:textId="54ACE9DC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Humanities or Social Science Elective</w:t>
            </w:r>
          </w:p>
        </w:tc>
        <w:tc>
          <w:tcPr>
            <w:tcW w:w="2880" w:type="dxa"/>
          </w:tcPr>
          <w:p w14:paraId="31DE77EB" w14:textId="25C72F4B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518EB8FE" w14:textId="332B9515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SSU Humanities or Social Science Elective - SSU recommends SO 101 (SOC 110)</w:t>
            </w:r>
          </w:p>
        </w:tc>
        <w:tc>
          <w:tcPr>
            <w:tcW w:w="2880" w:type="dxa"/>
          </w:tcPr>
          <w:p w14:paraId="480B0D90" w14:textId="6381B00A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12F480B8" w14:textId="77777777" w:rsidTr="76170C52">
        <w:tc>
          <w:tcPr>
            <w:tcW w:w="2880" w:type="dxa"/>
          </w:tcPr>
          <w:p w14:paraId="0F056448" w14:textId="38882BE3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AC 206</w:t>
            </w:r>
          </w:p>
        </w:tc>
        <w:tc>
          <w:tcPr>
            <w:tcW w:w="2880" w:type="dxa"/>
          </w:tcPr>
          <w:p w14:paraId="2DEEC42F" w14:textId="28F52D35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Managerial Accounting</w:t>
            </w:r>
          </w:p>
        </w:tc>
        <w:tc>
          <w:tcPr>
            <w:tcW w:w="2880" w:type="dxa"/>
          </w:tcPr>
          <w:p w14:paraId="60F1589C" w14:textId="24CA10E0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1A7DDFD3" w14:textId="60EEB954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ACC 202</w:t>
            </w:r>
          </w:p>
        </w:tc>
        <w:tc>
          <w:tcPr>
            <w:tcW w:w="2880" w:type="dxa"/>
          </w:tcPr>
          <w:p w14:paraId="63D50B3E" w14:textId="7B8587C2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07B46124" w14:textId="77777777" w:rsidTr="76170C52">
        <w:tc>
          <w:tcPr>
            <w:tcW w:w="2880" w:type="dxa"/>
          </w:tcPr>
          <w:p w14:paraId="545A156E" w14:textId="1EE37E45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EC 201</w:t>
            </w:r>
          </w:p>
        </w:tc>
        <w:tc>
          <w:tcPr>
            <w:tcW w:w="2880" w:type="dxa"/>
          </w:tcPr>
          <w:p w14:paraId="7B779BBB" w14:textId="004E6776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Principles of Macroeconomics</w:t>
            </w:r>
          </w:p>
        </w:tc>
        <w:tc>
          <w:tcPr>
            <w:tcW w:w="2880" w:type="dxa"/>
          </w:tcPr>
          <w:p w14:paraId="53A2B9AD" w14:textId="26064CED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7804E1D8" w14:textId="73C585FB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ECO 201</w:t>
            </w:r>
          </w:p>
        </w:tc>
        <w:tc>
          <w:tcPr>
            <w:tcW w:w="2880" w:type="dxa"/>
          </w:tcPr>
          <w:p w14:paraId="7A552F86" w14:textId="16F49A91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55D01214" w14:textId="77777777" w:rsidTr="76170C52">
        <w:tc>
          <w:tcPr>
            <w:tcW w:w="2880" w:type="dxa"/>
          </w:tcPr>
          <w:p w14:paraId="652E95E4" w14:textId="21C9E51E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Humanities Sequence</w:t>
            </w:r>
          </w:p>
        </w:tc>
        <w:tc>
          <w:tcPr>
            <w:tcW w:w="2880" w:type="dxa"/>
          </w:tcPr>
          <w:p w14:paraId="36F07ECA" w14:textId="0B1C6DA0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Humanities Sequence</w:t>
            </w:r>
          </w:p>
        </w:tc>
        <w:tc>
          <w:tcPr>
            <w:tcW w:w="2880" w:type="dxa"/>
          </w:tcPr>
          <w:p w14:paraId="7756831D" w14:textId="0E1DA6D1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75EF4C01" w14:textId="1F83650D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SSU Humanities Elective</w:t>
            </w:r>
          </w:p>
        </w:tc>
        <w:tc>
          <w:tcPr>
            <w:tcW w:w="2880" w:type="dxa"/>
          </w:tcPr>
          <w:p w14:paraId="0EC30A30" w14:textId="3AC5312E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6830BA95" w14:textId="77777777" w:rsidTr="76170C52">
        <w:tc>
          <w:tcPr>
            <w:tcW w:w="2880" w:type="dxa"/>
          </w:tcPr>
          <w:p w14:paraId="42D34610" w14:textId="0A303FD1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Lab Science Elective</w:t>
            </w:r>
          </w:p>
        </w:tc>
        <w:tc>
          <w:tcPr>
            <w:tcW w:w="2880" w:type="dxa"/>
          </w:tcPr>
          <w:p w14:paraId="51F57775" w14:textId="0D1AFBA5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Lab Science Elective</w:t>
            </w:r>
          </w:p>
        </w:tc>
        <w:tc>
          <w:tcPr>
            <w:tcW w:w="2880" w:type="dxa"/>
          </w:tcPr>
          <w:p w14:paraId="355B3272" w14:textId="45DC7043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74F1E57C" w14:textId="13587D39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SSU Lab Science Elective</w:t>
            </w:r>
          </w:p>
        </w:tc>
        <w:tc>
          <w:tcPr>
            <w:tcW w:w="2880" w:type="dxa"/>
          </w:tcPr>
          <w:p w14:paraId="473BBB0A" w14:textId="4FE35947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E9A6B4" w14:textId="77777777" w:rsidTr="76170C52">
        <w:tc>
          <w:tcPr>
            <w:tcW w:w="2880" w:type="dxa"/>
          </w:tcPr>
          <w:p w14:paraId="27B576B5" w14:textId="0F5A790A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Math Elective</w:t>
            </w:r>
          </w:p>
        </w:tc>
        <w:tc>
          <w:tcPr>
            <w:tcW w:w="2880" w:type="dxa"/>
          </w:tcPr>
          <w:p w14:paraId="0C663502" w14:textId="163FB406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Math Elective</w:t>
            </w:r>
          </w:p>
        </w:tc>
        <w:tc>
          <w:tcPr>
            <w:tcW w:w="2880" w:type="dxa"/>
          </w:tcPr>
          <w:p w14:paraId="3396F70D" w14:textId="05E754E8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7963C4B8" w14:textId="74C5EEC9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SSU Mathematics Elective – SSU recommends MA 105 (MAT 147)</w:t>
            </w:r>
          </w:p>
        </w:tc>
        <w:tc>
          <w:tcPr>
            <w:tcW w:w="2880" w:type="dxa"/>
          </w:tcPr>
          <w:p w14:paraId="5BB7FE60" w14:textId="77777777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Required Major Support Course (Counts in place of MAT 128)</w:t>
            </w:r>
          </w:p>
          <w:p w14:paraId="0838CEA7" w14:textId="6FCED02F" w:rsidR="00D93023" w:rsidRDefault="00D93023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</w:p>
        </w:tc>
      </w:tr>
      <w:tr w:rsidR="00D24D3E" w14:paraId="1A890E6E" w14:textId="77777777" w:rsidTr="76170C52">
        <w:tc>
          <w:tcPr>
            <w:tcW w:w="2880" w:type="dxa"/>
          </w:tcPr>
          <w:p w14:paraId="610C036D" w14:textId="32F1B034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lastRenderedPageBreak/>
              <w:t>EC 202</w:t>
            </w:r>
          </w:p>
        </w:tc>
        <w:tc>
          <w:tcPr>
            <w:tcW w:w="2880" w:type="dxa"/>
          </w:tcPr>
          <w:p w14:paraId="202CDA37" w14:textId="4D967B0A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Principles of Microeconomics</w:t>
            </w:r>
          </w:p>
        </w:tc>
        <w:tc>
          <w:tcPr>
            <w:tcW w:w="2880" w:type="dxa"/>
          </w:tcPr>
          <w:p w14:paraId="08D6B725" w14:textId="6E4C1404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4FE774B7" w14:textId="0F9E4611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ECO 202</w:t>
            </w:r>
          </w:p>
        </w:tc>
        <w:tc>
          <w:tcPr>
            <w:tcW w:w="2880" w:type="dxa"/>
          </w:tcPr>
          <w:p w14:paraId="3F930096" w14:textId="76034761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4C313D2B" w14:textId="77777777" w:rsidTr="76170C52">
        <w:tc>
          <w:tcPr>
            <w:tcW w:w="2880" w:type="dxa"/>
          </w:tcPr>
          <w:p w14:paraId="3D8AEE0C" w14:textId="012234B0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LA 221</w:t>
            </w:r>
          </w:p>
        </w:tc>
        <w:tc>
          <w:tcPr>
            <w:tcW w:w="2880" w:type="dxa"/>
          </w:tcPr>
          <w:p w14:paraId="7083216B" w14:textId="0810288E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Principles of Business Law</w:t>
            </w:r>
          </w:p>
        </w:tc>
        <w:tc>
          <w:tcPr>
            <w:tcW w:w="2880" w:type="dxa"/>
          </w:tcPr>
          <w:p w14:paraId="68FE0F42" w14:textId="3217C5AA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52BFAFB9" w14:textId="02DF5443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BUS 252</w:t>
            </w:r>
          </w:p>
        </w:tc>
        <w:tc>
          <w:tcPr>
            <w:tcW w:w="2880" w:type="dxa"/>
          </w:tcPr>
          <w:p w14:paraId="0A4660D5" w14:textId="4D6BDBA0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71BFB782" w14:textId="77777777" w:rsidTr="76170C52">
        <w:tc>
          <w:tcPr>
            <w:tcW w:w="2880" w:type="dxa"/>
          </w:tcPr>
          <w:p w14:paraId="0E613F61" w14:textId="3022A86B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Humanities Elective</w:t>
            </w:r>
          </w:p>
        </w:tc>
        <w:tc>
          <w:tcPr>
            <w:tcW w:w="2880" w:type="dxa"/>
          </w:tcPr>
          <w:p w14:paraId="25312124" w14:textId="53A3FCAD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Humanities Elective</w:t>
            </w:r>
          </w:p>
        </w:tc>
        <w:tc>
          <w:tcPr>
            <w:tcW w:w="2880" w:type="dxa"/>
          </w:tcPr>
          <w:p w14:paraId="463700D0" w14:textId="18C8E6EE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45E07330" w14:textId="1A861D1B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SSU Humanities Elective</w:t>
            </w:r>
          </w:p>
        </w:tc>
        <w:tc>
          <w:tcPr>
            <w:tcW w:w="2880" w:type="dxa"/>
          </w:tcPr>
          <w:p w14:paraId="1CC7756F" w14:textId="1F33B0BB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4606279F" w14:textId="77777777" w:rsidTr="76170C52">
        <w:tc>
          <w:tcPr>
            <w:tcW w:w="2880" w:type="dxa"/>
          </w:tcPr>
          <w:p w14:paraId="34C9FB83" w14:textId="47DE485F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31014BE6" w14:textId="3FC162A0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764505F5" w14:textId="525EF6BC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3/4</w:t>
            </w:r>
          </w:p>
        </w:tc>
        <w:tc>
          <w:tcPr>
            <w:tcW w:w="2880" w:type="dxa"/>
          </w:tcPr>
          <w:p w14:paraId="2AA021A7" w14:textId="79851535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SSU Business Elective - SSU recommends BU 100 (BUS 170)</w:t>
            </w:r>
          </w:p>
        </w:tc>
        <w:tc>
          <w:tcPr>
            <w:tcW w:w="2880" w:type="dxa"/>
          </w:tcPr>
          <w:p w14:paraId="48EE73FD" w14:textId="62918673" w:rsidR="05CF002A" w:rsidRDefault="05CF002A" w:rsidP="05CF002A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5CF002A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7782A11A" w14:textId="77777777" w:rsidTr="76170C52">
        <w:tc>
          <w:tcPr>
            <w:tcW w:w="2880" w:type="dxa"/>
          </w:tcPr>
          <w:p w14:paraId="5B2D911F" w14:textId="39DC355B" w:rsidR="76170C52" w:rsidRDefault="76170C52" w:rsidP="76170C52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76170C52">
              <w:rPr>
                <w:rFonts w:ascii="Cambria" w:eastAsia="Cambria" w:hAnsi="Cambria" w:cs="Cambria"/>
                <w:color w:val="000000" w:themeColor="text1"/>
              </w:rPr>
              <w:t>Science Elective</w:t>
            </w:r>
          </w:p>
        </w:tc>
        <w:tc>
          <w:tcPr>
            <w:tcW w:w="2880" w:type="dxa"/>
          </w:tcPr>
          <w:p w14:paraId="1B986F2F" w14:textId="11BEEE5D" w:rsidR="76170C52" w:rsidRDefault="76170C52" w:rsidP="76170C52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76170C52">
              <w:rPr>
                <w:rFonts w:ascii="Cambria" w:eastAsia="Cambria" w:hAnsi="Cambria" w:cs="Cambria"/>
                <w:color w:val="000000" w:themeColor="text1"/>
              </w:rPr>
              <w:t>Science Elective</w:t>
            </w:r>
          </w:p>
        </w:tc>
        <w:tc>
          <w:tcPr>
            <w:tcW w:w="2880" w:type="dxa"/>
          </w:tcPr>
          <w:p w14:paraId="059F8D6D" w14:textId="6C12B0A0" w:rsidR="76170C52" w:rsidRDefault="76170C52" w:rsidP="76170C52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76170C52">
              <w:rPr>
                <w:rFonts w:ascii="Cambria" w:eastAsia="Cambria" w:hAnsi="Cambria" w:cs="Cambria"/>
                <w:color w:val="000000" w:themeColor="text1"/>
              </w:rPr>
              <w:t>3/4</w:t>
            </w:r>
          </w:p>
        </w:tc>
        <w:tc>
          <w:tcPr>
            <w:tcW w:w="2880" w:type="dxa"/>
          </w:tcPr>
          <w:p w14:paraId="6113AF99" w14:textId="2F42723C" w:rsidR="76170C52" w:rsidRDefault="76170C52" w:rsidP="76170C52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76170C52">
              <w:rPr>
                <w:rFonts w:ascii="Cambria" w:eastAsia="Cambria" w:hAnsi="Cambria" w:cs="Cambria"/>
                <w:color w:val="000000" w:themeColor="text1"/>
              </w:rPr>
              <w:t>SSU Science Elective</w:t>
            </w:r>
          </w:p>
        </w:tc>
        <w:tc>
          <w:tcPr>
            <w:tcW w:w="2880" w:type="dxa"/>
          </w:tcPr>
          <w:p w14:paraId="2968BCB6" w14:textId="24D6B42E" w:rsidR="76170C52" w:rsidRDefault="76170C52" w:rsidP="76170C52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76170C52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</w:tbl>
    <w:p w14:paraId="7DBAB997" w14:textId="77777777" w:rsidR="00D24D3E" w:rsidRDefault="00710C6A">
      <w:pPr>
        <w:pStyle w:val="Heading2"/>
      </w:pPr>
      <w:r>
        <w:t>Program Credit Summary</w:t>
      </w:r>
    </w:p>
    <w:p w14:paraId="7F6EC904" w14:textId="5C5CAA24" w:rsidR="00D24D3E" w:rsidRDefault="27DD843E">
      <w:r>
        <w:t>Total Program Credits: 62/64</w:t>
      </w:r>
      <w:r>
        <w:br/>
        <w:t>Total Transfer Credits Applicable to Salem State University Program: 62/64</w:t>
      </w:r>
    </w:p>
    <w:p w14:paraId="3E64BF26" w14:textId="77777777" w:rsidR="003902CF" w:rsidRDefault="003902CF"/>
    <w:tbl>
      <w:tblPr>
        <w:tblW w:w="10800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2"/>
        <w:gridCol w:w="1065"/>
        <w:gridCol w:w="3315"/>
        <w:gridCol w:w="998"/>
      </w:tblGrid>
      <w:tr w:rsidR="003902CF" w:rsidRPr="00E70A19" w14:paraId="01508669" w14:textId="77777777" w:rsidTr="007F1487">
        <w:tc>
          <w:tcPr>
            <w:tcW w:w="6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BC7BD6E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4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8BACCD4" w14:textId="06639C6B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Catalog: 202</w:t>
            </w:r>
            <w:r w:rsidR="00E225C2">
              <w:rPr>
                <w:sz w:val="20"/>
                <w:szCs w:val="20"/>
              </w:rPr>
              <w:t>6</w:t>
            </w:r>
            <w:r w:rsidRPr="00E70A19">
              <w:rPr>
                <w:sz w:val="20"/>
                <w:szCs w:val="20"/>
              </w:rPr>
              <w:t>-202</w:t>
            </w:r>
            <w:r w:rsidR="00E225C2">
              <w:rPr>
                <w:sz w:val="20"/>
                <w:szCs w:val="20"/>
              </w:rPr>
              <w:t>7</w:t>
            </w:r>
            <w:r w:rsidRPr="00E70A19">
              <w:rPr>
                <w:sz w:val="20"/>
                <w:szCs w:val="20"/>
              </w:rPr>
              <w:t xml:space="preserve"> Undergraduate </w:t>
            </w:r>
          </w:p>
        </w:tc>
      </w:tr>
      <w:tr w:rsidR="003902CF" w:rsidRPr="00E70A19" w14:paraId="61374E57" w14:textId="77777777" w:rsidTr="007F1487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9410FC3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Business Administration, Information and Data Science Concentration, BSBA</w:t>
            </w:r>
          </w:p>
          <w:p w14:paraId="2006665D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 </w:t>
            </w:r>
          </w:p>
          <w:p w14:paraId="3091B772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70004A79" w14:textId="77777777" w:rsidTr="007F1487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1C55176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 xml:space="preserve">General Education Requirements </w:t>
            </w:r>
            <w:r w:rsidRPr="00E70A19">
              <w:rPr>
                <w:i/>
                <w:iCs/>
                <w:color w:val="0070C0"/>
                <w:sz w:val="20"/>
                <w:szCs w:val="20"/>
                <w:u w:val="single"/>
              </w:rPr>
              <w:t>Waived / Will be Waived - Mass Transfer Gen Ed Foundation Complete or In Progress</w:t>
            </w:r>
          </w:p>
          <w:p w14:paraId="29D2E29A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 xml:space="preserve"> (34-35 credits total) </w:t>
            </w:r>
          </w:p>
          <w:tbl>
            <w:tblPr>
              <w:tblW w:w="101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4415"/>
              <w:gridCol w:w="1080"/>
              <w:gridCol w:w="4320"/>
            </w:tblGrid>
            <w:tr w:rsidR="003902CF" w:rsidRPr="00E70A19" w14:paraId="5A46944C" w14:textId="77777777" w:rsidTr="007F1487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A4BF368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EC59EDE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  <w:r w:rsidRPr="00E70A1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E6C8C6E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320" w:type="dxa"/>
                </w:tcPr>
                <w:p w14:paraId="15543374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AC 101</w:t>
                  </w:r>
                </w:p>
              </w:tc>
            </w:tr>
            <w:tr w:rsidR="003902CF" w:rsidRPr="00E70A19" w14:paraId="78CED888" w14:textId="77777777" w:rsidTr="007F1487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0B4196C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8404110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  <w:r w:rsidRPr="00E70A1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40CF42E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10005BCF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BU 104</w:t>
                  </w:r>
                </w:p>
              </w:tc>
            </w:tr>
            <w:tr w:rsidR="003902CF" w:rsidRPr="00E70A19" w14:paraId="5930FA51" w14:textId="77777777" w:rsidTr="007F1487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255CC6C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0901E2F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  <w:r w:rsidRPr="00E70A1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3E2A779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393FA1DA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CT 100</w:t>
                  </w:r>
                </w:p>
              </w:tc>
            </w:tr>
            <w:tr w:rsidR="003902CF" w:rsidRPr="00E70A19" w14:paraId="773287F8" w14:textId="77777777" w:rsidTr="007F1487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6FFD243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F323033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  <w:r w:rsidRPr="00E70A1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37008E5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1C11F00B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101</w:t>
                  </w:r>
                </w:p>
              </w:tc>
            </w:tr>
            <w:tr w:rsidR="003902CF" w:rsidRPr="00E70A19" w14:paraId="5BF37C4D" w14:textId="77777777" w:rsidTr="007F1487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8973B37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CC78C38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  <w:r w:rsidRPr="00E70A1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E5AEEA6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618239E2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102</w:t>
                  </w:r>
                </w:p>
              </w:tc>
            </w:tr>
            <w:tr w:rsidR="003902CF" w:rsidRPr="00E70A19" w14:paraId="786A5FEF" w14:textId="77777777" w:rsidTr="007F1487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6F470B6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A94CEB0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  <w:r w:rsidRPr="00E70A1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9C9DDE1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2051AD19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Sequence</w:t>
                  </w:r>
                </w:p>
              </w:tc>
            </w:tr>
            <w:tr w:rsidR="003902CF" w:rsidRPr="00E70A19" w14:paraId="04B2A35A" w14:textId="77777777" w:rsidTr="007F1487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3EF5B72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093F590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  <w:r w:rsidRPr="00E70A1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740644A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320" w:type="dxa"/>
                </w:tcPr>
                <w:p w14:paraId="3C542F98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Lab Science Elective</w:t>
                  </w:r>
                </w:p>
              </w:tc>
            </w:tr>
            <w:tr w:rsidR="003902CF" w:rsidRPr="00E70A19" w14:paraId="132562C2" w14:textId="77777777" w:rsidTr="007F1487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43171F6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7EDC209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  <w:r w:rsidRPr="00E70A1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7399AAD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07EFBCA9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Elective</w:t>
                  </w:r>
                </w:p>
              </w:tc>
            </w:tr>
            <w:tr w:rsidR="003902CF" w:rsidRPr="00E70A19" w14:paraId="6706D99E" w14:textId="77777777" w:rsidTr="007F1487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C4A6B45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E01F1C8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  <w:r w:rsidRPr="00E70A1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BA57CF1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3-4 credits</w:t>
                  </w:r>
                </w:p>
              </w:tc>
              <w:tc>
                <w:tcPr>
                  <w:tcW w:w="4320" w:type="dxa"/>
                </w:tcPr>
                <w:p w14:paraId="76B709FB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Science Elective</w:t>
                  </w:r>
                </w:p>
              </w:tc>
            </w:tr>
            <w:tr w:rsidR="003902CF" w:rsidRPr="00E70A19" w14:paraId="45CB5957" w14:textId="77777777" w:rsidTr="007F1487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CD770EC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013BE23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  <w:r w:rsidRPr="00E70A1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0722B97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320" w:type="dxa"/>
                </w:tcPr>
                <w:p w14:paraId="46FF28C1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902CF" w:rsidRPr="00E70A19" w14:paraId="346209AD" w14:textId="77777777" w:rsidTr="007F1487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52F47A8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1DCC4D6" w14:textId="77777777" w:rsidR="003902CF" w:rsidRPr="00E70A19" w:rsidRDefault="003902CF" w:rsidP="007F1487">
                  <w:pPr>
                    <w:rPr>
                      <w:sz w:val="20"/>
                      <w:szCs w:val="20"/>
                    </w:rPr>
                  </w:pPr>
                  <w:r w:rsidRPr="00E70A19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080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D780030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5007DB23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320" w:type="dxa"/>
                </w:tcPr>
                <w:p w14:paraId="6FABFEFC" w14:textId="77777777" w:rsidR="003902CF" w:rsidRDefault="003902CF" w:rsidP="007F1487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3019FCB4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 </w:t>
            </w:r>
          </w:p>
        </w:tc>
      </w:tr>
      <w:tr w:rsidR="003902CF" w:rsidRPr="00E70A19" w14:paraId="6E424D8F" w14:textId="77777777" w:rsidTr="007F1487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635EFED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lastRenderedPageBreak/>
              <w:t>Courses in Major (54-58 credits)</w:t>
            </w:r>
          </w:p>
        </w:tc>
      </w:tr>
      <w:tr w:rsidR="003902CF" w:rsidRPr="00E70A19" w14:paraId="06102B8C" w14:textId="77777777" w:rsidTr="007F1487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0A64776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Major Core Courses (34 credits)</w:t>
            </w:r>
          </w:p>
        </w:tc>
      </w:tr>
      <w:tr w:rsidR="003902CF" w:rsidRPr="00E70A19" w14:paraId="2608883F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5635DBF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Course Name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40103D17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4A0467A2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533BDE3A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05F9CEC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BUS 170 Introduction to Business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F13E0E0" w14:textId="77777777" w:rsidR="003902CF" w:rsidRDefault="003902CF" w:rsidP="007F1487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007DB2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BU 100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8A6D4BC" w14:textId="77777777" w:rsidR="003902CF" w:rsidRPr="00E70A19" w:rsidRDefault="003902CF" w:rsidP="007F1487">
            <w:r w:rsidRPr="5007DB23">
              <w:rPr>
                <w:sz w:val="20"/>
                <w:szCs w:val="20"/>
              </w:rPr>
              <w:t>3</w:t>
            </w:r>
          </w:p>
        </w:tc>
      </w:tr>
      <w:tr w:rsidR="003902CF" w:rsidRPr="00E70A19" w14:paraId="2E1FAC0B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AC93E2C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ACC 106 Financial Accounting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62F56D" w14:textId="77777777" w:rsidR="003902CF" w:rsidRDefault="003902CF" w:rsidP="007F1487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007DB2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AC 102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6E2F76" w14:textId="77777777" w:rsidR="003902CF" w:rsidRPr="00E70A19" w:rsidRDefault="003902CF" w:rsidP="007F1487">
            <w:r w:rsidRPr="5007DB23">
              <w:rPr>
                <w:sz w:val="20"/>
                <w:szCs w:val="20"/>
              </w:rPr>
              <w:t>4</w:t>
            </w:r>
          </w:p>
        </w:tc>
      </w:tr>
      <w:tr w:rsidR="003902CF" w:rsidRPr="00E70A19" w14:paraId="6DDFA70E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017E43C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ACC 202 Managerial Accounting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F9B9B26" w14:textId="77777777" w:rsidR="003902CF" w:rsidRDefault="003902CF" w:rsidP="007F1487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007DB2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AC 206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F9BFA57" w14:textId="77777777" w:rsidR="003902CF" w:rsidRPr="00E70A19" w:rsidRDefault="003902CF" w:rsidP="007F1487">
            <w:r w:rsidRPr="5007DB23">
              <w:rPr>
                <w:sz w:val="20"/>
                <w:szCs w:val="20"/>
              </w:rPr>
              <w:t>4</w:t>
            </w:r>
          </w:p>
        </w:tc>
      </w:tr>
      <w:tr w:rsidR="003902CF" w:rsidRPr="00E70A19" w14:paraId="51239BB4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818C0EB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BUS 220 Career Management and Professional Development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8ADC287" w14:textId="77777777" w:rsidR="003902CF" w:rsidRDefault="003902CF" w:rsidP="007F1487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D0C6FA3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5BF3383E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E1919E9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MGT 332 Organizational Behavior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403F177" w14:textId="77777777" w:rsidR="003902CF" w:rsidRDefault="003902CF" w:rsidP="007F1487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007DB2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MG 101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6531256" w14:textId="77777777" w:rsidR="003902CF" w:rsidRPr="00E70A19" w:rsidRDefault="003902CF" w:rsidP="007F1487">
            <w:r w:rsidRPr="5007DB23">
              <w:rPr>
                <w:sz w:val="20"/>
                <w:szCs w:val="20"/>
              </w:rPr>
              <w:t>3</w:t>
            </w:r>
          </w:p>
        </w:tc>
      </w:tr>
      <w:tr w:rsidR="003902CF" w:rsidRPr="00E70A19" w14:paraId="584436C8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CC19BE9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MKT 241N Principles of Marketing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A86F703" w14:textId="77777777" w:rsidR="003902CF" w:rsidRDefault="003902CF" w:rsidP="007F1487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007DB2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MK 103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6BEFEDD" w14:textId="77777777" w:rsidR="003902CF" w:rsidRPr="00E70A19" w:rsidRDefault="003902CF" w:rsidP="007F1487">
            <w:r w:rsidRPr="5007DB23">
              <w:rPr>
                <w:sz w:val="20"/>
                <w:szCs w:val="20"/>
              </w:rPr>
              <w:t>3</w:t>
            </w:r>
          </w:p>
        </w:tc>
      </w:tr>
      <w:tr w:rsidR="003902CF" w:rsidRPr="00E70A19" w14:paraId="6F7774A9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BF66FF8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BUS 252 Business Law I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8326AB7" w14:textId="77777777" w:rsidR="003902CF" w:rsidRDefault="003902CF" w:rsidP="007F1487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007DB2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LA 221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134BE5A" w14:textId="77777777" w:rsidR="003902CF" w:rsidRPr="00E70A19" w:rsidRDefault="003902CF" w:rsidP="007F1487">
            <w:r w:rsidRPr="5007DB23">
              <w:rPr>
                <w:sz w:val="20"/>
                <w:szCs w:val="20"/>
              </w:rPr>
              <w:t>3</w:t>
            </w:r>
          </w:p>
        </w:tc>
      </w:tr>
      <w:tr w:rsidR="003902CF" w:rsidRPr="00E70A19" w14:paraId="2AF0DE5D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4C35BCC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FIN 301 Principles of Finance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5A58A3B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AB4F392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25AC795C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58F63B5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MIS 201 Introduction to Information Systems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8F1135D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3808CF5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62693211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4B876B1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lastRenderedPageBreak/>
              <w:t>ODS 262 Quantitative Analysis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3AE4DF4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0F14177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15287A2C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8B2AD15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ODS 333 Operations and Logistics Management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9A708F1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80F11BF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5C36AD14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E39CC9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BUS 470 Business Policy &amp; Strategy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302AAB4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85B9382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20908762" w14:textId="77777777" w:rsidTr="007F1487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89AC3B7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Major Concentration Courses (12 credits)</w:t>
            </w:r>
          </w:p>
          <w:p w14:paraId="24530917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 </w:t>
            </w:r>
          </w:p>
        </w:tc>
      </w:tr>
      <w:tr w:rsidR="003902CF" w:rsidRPr="00E70A19" w14:paraId="6BB7C12E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3A66DC7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Course Name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02CE4775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3E981704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4561AF62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37AF28F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MIS 310 Project Management Methods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EB7FA58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30BC3C2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623A92AC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F922E7F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MIS 330 Database Management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60EAD8E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C24FE3E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76417C58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C19BDF4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MIS 340 Networks and Security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29921F2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7B7EE65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2EA9EB51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94C4324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MIS 450 Systems Analysis and Design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DB889A2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B84BF40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4DC0D311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7B56003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Concentration Electives (9 – 12 Credits)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43127E9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CD4E0CC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62598123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96E0EA9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MIS 305 MIS Special Topics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E356148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0E1D29C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5F54570A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EBC0D15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MIS 320 Electronic Commerce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F4EB1A7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9021108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7CF4DE50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19C13A4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MIS 350 System Modeling and Simulation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BAA61D5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277E764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616BFC3B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9018DFC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MIS 360 Cybersecurity Management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BB0DE2E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B485830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642577FA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6B858A0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MIS 370 Programming for Managers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92CA8E5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15850ED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239BAB49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C78909C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†  MIS 485 Internship in Management Information Systems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8505B89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DD4465A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52775E45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606D907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ODS 300 Principles of Quality Management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FC09C49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B3885F1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1FCC4C16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868503D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ODS 320 Managerial Decisions and Risk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4DAFF76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08740C3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00E0A828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B8FBA43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ODS 340 Introduction to Business Intelligence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3E9871D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0F1373B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0DFAA4C5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59FB237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ODS 355 Business Analytics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A84BDDA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1741947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777D1A74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38FC34D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lastRenderedPageBreak/>
              <w:t>ODS 370 Data Mining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D44417C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E90E3B9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7DD2FE31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56CC3B6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ODS 375 Business Systems Optimization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89CE26E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5A74A1D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356E5FA2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26E9ED4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ODS 380 Simulation and Risk Analysis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8CFFCC4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E20A533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291B60F4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65795FA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ODS 467 Forecasting and Predictive Analytics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92186A4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6370DDB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53EF9D25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A6334AE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GPH 340 Geographic Information Systems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AE8A7FD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A817843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20E5E2C1" w14:textId="77777777" w:rsidTr="007F1487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A6C898E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rFonts w:ascii="Segoe UI Symbol" w:hAnsi="Segoe UI Symbol" w:cs="Segoe UI Symbol"/>
                <w:sz w:val="20"/>
                <w:szCs w:val="20"/>
              </w:rPr>
              <w:t>♥</w:t>
            </w:r>
            <w:r w:rsidRPr="00E70A19">
              <w:rPr>
                <w:sz w:val="20"/>
                <w:szCs w:val="20"/>
              </w:rPr>
              <w:t xml:space="preserve"> Required Support Courses (12 credits)</w:t>
            </w:r>
          </w:p>
        </w:tc>
      </w:tr>
      <w:tr w:rsidR="003902CF" w:rsidRPr="00E70A19" w14:paraId="73120F9A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E38DB9C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Course Name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564DACD0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7CEB89CA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3308B52E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6ED85A7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ECO 201 Principles of Macroeconomics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12D1124" w14:textId="77777777" w:rsidR="003902CF" w:rsidRDefault="003902CF" w:rsidP="007F1487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007DB2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8F751C5" w14:textId="77777777" w:rsidR="003902CF" w:rsidRPr="00E70A19" w:rsidRDefault="003902CF" w:rsidP="007F1487">
            <w:r w:rsidRPr="5007DB23">
              <w:rPr>
                <w:sz w:val="20"/>
                <w:szCs w:val="20"/>
              </w:rPr>
              <w:t>3</w:t>
            </w:r>
          </w:p>
        </w:tc>
      </w:tr>
      <w:tr w:rsidR="003902CF" w:rsidRPr="00E70A19" w14:paraId="4EFF1B16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01B6B8B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ECO 202 Principles of Microeconomics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6F9986C" w14:textId="77777777" w:rsidR="003902CF" w:rsidRDefault="003902CF" w:rsidP="007F1487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007DB2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202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0595ADA" w14:textId="77777777" w:rsidR="003902CF" w:rsidRPr="00E70A19" w:rsidRDefault="003902CF" w:rsidP="007F1487">
            <w:r w:rsidRPr="5007DB23">
              <w:rPr>
                <w:sz w:val="20"/>
                <w:szCs w:val="20"/>
              </w:rPr>
              <w:t>3</w:t>
            </w:r>
          </w:p>
        </w:tc>
      </w:tr>
      <w:tr w:rsidR="003902CF" w:rsidRPr="00E70A19" w14:paraId="631B0F69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BBEF62E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MAT 128 Quantitative Methods for Business and Finance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7F71EB9" w14:textId="77777777" w:rsidR="003902CF" w:rsidRDefault="003902CF" w:rsidP="007F1487">
            <w:r w:rsidRPr="5007DB2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MA 105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E627B25" w14:textId="77777777" w:rsidR="003902CF" w:rsidRPr="00E70A19" w:rsidRDefault="003902CF" w:rsidP="007F1487">
            <w:r w:rsidRPr="5007DB23">
              <w:rPr>
                <w:sz w:val="20"/>
                <w:szCs w:val="20"/>
              </w:rPr>
              <w:t>4</w:t>
            </w:r>
          </w:p>
        </w:tc>
      </w:tr>
      <w:tr w:rsidR="003902CF" w:rsidRPr="00E70A19" w14:paraId="2CC2267F" w14:textId="77777777" w:rsidTr="007F1487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02B083D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SOC 110 Introduction to Sociology</w:t>
            </w:r>
          </w:p>
        </w:tc>
        <w:tc>
          <w:tcPr>
            <w:tcW w:w="4619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DE7BE83" w14:textId="77777777" w:rsidR="003902CF" w:rsidRDefault="003902CF" w:rsidP="007F1487">
            <w:r w:rsidRPr="5007DB2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SO 101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E8483D4" w14:textId="77777777" w:rsidR="003902CF" w:rsidRPr="00E70A19" w:rsidRDefault="003902CF" w:rsidP="007F1487">
            <w:r w:rsidRPr="5007DB23">
              <w:rPr>
                <w:sz w:val="20"/>
                <w:szCs w:val="20"/>
              </w:rPr>
              <w:t>3</w:t>
            </w:r>
          </w:p>
        </w:tc>
      </w:tr>
      <w:tr w:rsidR="003902CF" w:rsidRPr="00E70A19" w14:paraId="47C1E014" w14:textId="77777777" w:rsidTr="007F1487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F4B9EBE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Free Electives or Minor (15 credits minimum)</w:t>
            </w:r>
          </w:p>
          <w:p w14:paraId="0315B93E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May be necessary to take additional credits to attain the minimum 120 credits required for graduation depending on choices made for general education or minor selection.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36"/>
              <w:gridCol w:w="7424"/>
              <w:gridCol w:w="2080"/>
            </w:tblGrid>
            <w:tr w:rsidR="003902CF" w:rsidRPr="00E70A19" w14:paraId="492AB323" w14:textId="77777777" w:rsidTr="007F1487">
              <w:tc>
                <w:tcPr>
                  <w:tcW w:w="1136" w:type="dxa"/>
                </w:tcPr>
                <w:p w14:paraId="7370274F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30A0ECDA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28AB2803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3902CF" w:rsidRPr="00E70A19" w14:paraId="4F5C7B96" w14:textId="77777777" w:rsidTr="007F1487">
              <w:tc>
                <w:tcPr>
                  <w:tcW w:w="1136" w:type="dxa"/>
                </w:tcPr>
                <w:p w14:paraId="06271A76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252EE50E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131608CE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3902CF" w:rsidRPr="00E70A19" w14:paraId="02B8A74A" w14:textId="77777777" w:rsidTr="007F1487">
              <w:tc>
                <w:tcPr>
                  <w:tcW w:w="1136" w:type="dxa"/>
                </w:tcPr>
                <w:p w14:paraId="29FDFE8A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101AADD5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6A8B729B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3902CF" w:rsidRPr="00E70A19" w14:paraId="35D4B21C" w14:textId="77777777" w:rsidTr="007F1487">
              <w:tc>
                <w:tcPr>
                  <w:tcW w:w="1136" w:type="dxa"/>
                </w:tcPr>
                <w:p w14:paraId="00F6627B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072CBCB1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5A4F78A8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3902CF" w:rsidRPr="00E70A19" w14:paraId="58D8CFCC" w14:textId="77777777" w:rsidTr="007F1487">
              <w:tc>
                <w:tcPr>
                  <w:tcW w:w="1136" w:type="dxa"/>
                </w:tcPr>
                <w:p w14:paraId="3BC1A980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0F90585D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2F9A987D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3902CF" w:rsidRPr="00E70A19" w14:paraId="0D453A7F" w14:textId="77777777" w:rsidTr="007F1487">
              <w:tc>
                <w:tcPr>
                  <w:tcW w:w="1136" w:type="dxa"/>
                </w:tcPr>
                <w:p w14:paraId="10A89D87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2FB00468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0EA5E4BF" w14:textId="77777777" w:rsidR="003902CF" w:rsidRPr="00E70A19" w:rsidRDefault="003902CF" w:rsidP="007F1487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33E1DC13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  <w:p w14:paraId="7AC498BE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  <w:p w14:paraId="6324BB0A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  <w:p w14:paraId="13285EF4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  <w:p w14:paraId="0ECF74D6" w14:textId="77777777" w:rsidR="003902CF" w:rsidRPr="00E70A19" w:rsidRDefault="003902CF" w:rsidP="007F1487">
            <w:pPr>
              <w:rPr>
                <w:sz w:val="20"/>
                <w:szCs w:val="20"/>
              </w:rPr>
            </w:pPr>
          </w:p>
        </w:tc>
      </w:tr>
      <w:tr w:rsidR="003902CF" w:rsidRPr="00E70A19" w14:paraId="01F45109" w14:textId="77777777" w:rsidTr="007F1487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3BE2ACA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lastRenderedPageBreak/>
              <w:t>Additional Information and Notes</w:t>
            </w:r>
          </w:p>
          <w:p w14:paraId="617C8B2E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 † Students wishing to register for MIS 485 must obtain permission of Department Chairperson in terms of course requirements and amount of credit hours to be granted.</w:t>
            </w:r>
          </w:p>
        </w:tc>
      </w:tr>
      <w:tr w:rsidR="003902CF" w:rsidRPr="00E70A19" w14:paraId="5CC08527" w14:textId="77777777" w:rsidTr="007F1487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4D57A46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Total credits for graduation: 120 - 125</w:t>
            </w:r>
          </w:p>
        </w:tc>
      </w:tr>
      <w:tr w:rsidR="003902CF" w:rsidRPr="00E70A19" w14:paraId="6C6B7E0B" w14:textId="77777777" w:rsidTr="007F1487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0C12313" w14:textId="77777777" w:rsidR="003902CF" w:rsidRPr="00E70A19" w:rsidRDefault="003902CF" w:rsidP="007F1487">
            <w:pPr>
              <w:rPr>
                <w:sz w:val="20"/>
                <w:szCs w:val="20"/>
              </w:rPr>
            </w:pPr>
            <w:r w:rsidRPr="00E70A19">
              <w:rPr>
                <w:sz w:val="20"/>
                <w:szCs w:val="20"/>
              </w:rPr>
              <w:t>Notes:</w:t>
            </w:r>
          </w:p>
        </w:tc>
      </w:tr>
    </w:tbl>
    <w:p w14:paraId="10A1019E" w14:textId="77777777" w:rsidR="003902CF" w:rsidRDefault="003902CF"/>
    <w:sectPr w:rsidR="003902CF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2W3ZxfkdesuiC" int2:id="bnciIN5j">
      <int2:state int2:value="Rejected" int2:type="spell"/>
    </int2:textHash>
    <int2:bookmark int2:bookmarkName="_Int_PQzgICu2" int2:invalidationBookmarkName="" int2:hashCode="0cBBTy8j0eCsSH" int2:id="btQx4GQ5">
      <int2:state int2:value="Rejected" int2:type="spell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39">
    <w:abstractNumId w:val="1"/>
  </w:num>
  <w:num w:numId="2" w16cid:durableId="1654479306">
    <w:abstractNumId w:val="3"/>
  </w:num>
  <w:num w:numId="3" w16cid:durableId="1772584400">
    <w:abstractNumId w:val="0"/>
  </w:num>
  <w:num w:numId="4" w16cid:durableId="1794127085">
    <w:abstractNumId w:val="2"/>
  </w:num>
  <w:num w:numId="5" w16cid:durableId="1980071552">
    <w:abstractNumId w:val="6"/>
  </w:num>
  <w:num w:numId="6" w16cid:durableId="213666824">
    <w:abstractNumId w:val="4"/>
  </w:num>
  <w:num w:numId="7" w16cid:durableId="504636639">
    <w:abstractNumId w:val="5"/>
  </w:num>
  <w:num w:numId="8" w16cid:durableId="568347779">
    <w:abstractNumId w:val="7"/>
  </w:num>
  <w:num w:numId="9" w16cid:durableId="7682790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8AF"/>
    <w:rsid w:val="00034616"/>
    <w:rsid w:val="0006063C"/>
    <w:rsid w:val="0015024D"/>
    <w:rsid w:val="0015074B"/>
    <w:rsid w:val="00265115"/>
    <w:rsid w:val="0029639D"/>
    <w:rsid w:val="00326F90"/>
    <w:rsid w:val="00347817"/>
    <w:rsid w:val="003902CF"/>
    <w:rsid w:val="00671DD9"/>
    <w:rsid w:val="00674C5D"/>
    <w:rsid w:val="006B3CE8"/>
    <w:rsid w:val="00710C6A"/>
    <w:rsid w:val="00866A65"/>
    <w:rsid w:val="00896F9E"/>
    <w:rsid w:val="009348EF"/>
    <w:rsid w:val="00AA1D8D"/>
    <w:rsid w:val="00B47730"/>
    <w:rsid w:val="00CB0664"/>
    <w:rsid w:val="00D101C7"/>
    <w:rsid w:val="00D24D3E"/>
    <w:rsid w:val="00D93023"/>
    <w:rsid w:val="00E225C2"/>
    <w:rsid w:val="00EA743C"/>
    <w:rsid w:val="00F82989"/>
    <w:rsid w:val="00FC693F"/>
    <w:rsid w:val="01A16D01"/>
    <w:rsid w:val="05C1C993"/>
    <w:rsid w:val="05CF002A"/>
    <w:rsid w:val="061B64C1"/>
    <w:rsid w:val="06C4A541"/>
    <w:rsid w:val="0AAEE6E2"/>
    <w:rsid w:val="0B65C1CB"/>
    <w:rsid w:val="1242441B"/>
    <w:rsid w:val="12D33D55"/>
    <w:rsid w:val="160FE554"/>
    <w:rsid w:val="176E2472"/>
    <w:rsid w:val="1828E0E0"/>
    <w:rsid w:val="1A61DF6E"/>
    <w:rsid w:val="1AA053F4"/>
    <w:rsid w:val="20D07123"/>
    <w:rsid w:val="23936FD1"/>
    <w:rsid w:val="239A4005"/>
    <w:rsid w:val="2491E7EF"/>
    <w:rsid w:val="24D81583"/>
    <w:rsid w:val="2517EEE4"/>
    <w:rsid w:val="27DD843E"/>
    <w:rsid w:val="2D9C9DB0"/>
    <w:rsid w:val="2F284571"/>
    <w:rsid w:val="2FABC3F0"/>
    <w:rsid w:val="31754457"/>
    <w:rsid w:val="3178416E"/>
    <w:rsid w:val="33143ED3"/>
    <w:rsid w:val="35433DFD"/>
    <w:rsid w:val="3572195F"/>
    <w:rsid w:val="36B6DD82"/>
    <w:rsid w:val="36B8260F"/>
    <w:rsid w:val="38A5AF1B"/>
    <w:rsid w:val="3C7C99F3"/>
    <w:rsid w:val="3DAB70AD"/>
    <w:rsid w:val="3EABF509"/>
    <w:rsid w:val="3FDA30A8"/>
    <w:rsid w:val="3FDD2058"/>
    <w:rsid w:val="40A4D49B"/>
    <w:rsid w:val="4179CB53"/>
    <w:rsid w:val="43F3093D"/>
    <w:rsid w:val="452F3999"/>
    <w:rsid w:val="464D0B07"/>
    <w:rsid w:val="46FB37FB"/>
    <w:rsid w:val="493F8014"/>
    <w:rsid w:val="4A1D484D"/>
    <w:rsid w:val="4BB08607"/>
    <w:rsid w:val="4DAF2323"/>
    <w:rsid w:val="52A107D4"/>
    <w:rsid w:val="52AD3075"/>
    <w:rsid w:val="52F6E285"/>
    <w:rsid w:val="57922A9B"/>
    <w:rsid w:val="57B83273"/>
    <w:rsid w:val="58B044D2"/>
    <w:rsid w:val="5A246927"/>
    <w:rsid w:val="5AE8B282"/>
    <w:rsid w:val="5BC0AA12"/>
    <w:rsid w:val="5BC78571"/>
    <w:rsid w:val="5C082995"/>
    <w:rsid w:val="5CF1DB59"/>
    <w:rsid w:val="5D051FB3"/>
    <w:rsid w:val="5DBA3BB5"/>
    <w:rsid w:val="5F423206"/>
    <w:rsid w:val="5FA6EDA5"/>
    <w:rsid w:val="62D7F3E6"/>
    <w:rsid w:val="648E269B"/>
    <w:rsid w:val="66AC74EA"/>
    <w:rsid w:val="6DCD081A"/>
    <w:rsid w:val="6F3F0359"/>
    <w:rsid w:val="6FC22F7A"/>
    <w:rsid w:val="711A5704"/>
    <w:rsid w:val="733E76E4"/>
    <w:rsid w:val="73622C3E"/>
    <w:rsid w:val="74446166"/>
    <w:rsid w:val="76170C52"/>
    <w:rsid w:val="7AE20C1C"/>
    <w:rsid w:val="7E53E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171D5"/>
  <w14:defaultImageDpi w14:val="300"/>
  <w15:docId w15:val="{6A201354-7708-4843-806E-B0071B4E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4019202BB0841B1A607F344EB4836" ma:contentTypeVersion="18" ma:contentTypeDescription="Create a new document." ma:contentTypeScope="" ma:versionID="2b4125a92697b8d10c17822fc48706da">
  <xsd:schema xmlns:xsd="http://www.w3.org/2001/XMLSchema" xmlns:xs="http://www.w3.org/2001/XMLSchema" xmlns:p="http://schemas.microsoft.com/office/2006/metadata/properties" xmlns:ns3="bf81b531-f2d5-49d0-8b82-d74b33ecb7f4" xmlns:ns4="f7422647-5b85-4f01-b373-dec02e5949a7" targetNamespace="http://schemas.microsoft.com/office/2006/metadata/properties" ma:root="true" ma:fieldsID="766b086a5861bf6bbcc2e65e9b01b894" ns3:_="" ns4:_="">
    <xsd:import namespace="bf81b531-f2d5-49d0-8b82-d74b33ecb7f4"/>
    <xsd:import namespace="f7422647-5b85-4f01-b373-dec02e5949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1b531-f2d5-49d0-8b82-d74b33ec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2647-5b85-4f01-b373-dec02e5949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81b531-f2d5-49d0-8b82-d74b33ecb7f4" xsi:nil="true"/>
  </documentManagement>
</p:properties>
</file>

<file path=customXml/itemProps1.xml><?xml version="1.0" encoding="utf-8"?>
<ds:datastoreItem xmlns:ds="http://schemas.openxmlformats.org/officeDocument/2006/customXml" ds:itemID="{05B6920F-375C-4D68-B9D6-4D8CE86DB9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A93194-C732-49C2-AC33-53639F1C8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1b531-f2d5-49d0-8b82-d74b33ecb7f4"/>
    <ds:schemaRef ds:uri="f7422647-5b85-4f01-b373-dec02e594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40A91-CE9C-4925-A77F-70129E0FAFA7}">
  <ds:schemaRefs>
    <ds:schemaRef ds:uri="http://schemas.microsoft.com/office/2006/metadata/properties"/>
    <ds:schemaRef ds:uri="http://schemas.microsoft.com/office/infopath/2007/PartnerControls"/>
    <ds:schemaRef ds:uri="bf81b531-f2d5-49d0-8b82-d74b33ecb7f4"/>
  </ds:schemaRefs>
</ds:datastoreItem>
</file>

<file path=docMetadata/LabelInfo.xml><?xml version="1.0" encoding="utf-8"?>
<clbl:labelList xmlns:clbl="http://schemas.microsoft.com/office/2020/mipLabelMetadata">
  <clbl:label id="{70d32b73-b457-49d1-950c-4f78aeffc21b}" enabled="0" method="" siteId="{70d32b73-b457-49d1-950c-4f78aeffc2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1026</Words>
  <Characters>5849</Characters>
  <Application>Microsoft Office Word</Application>
  <DocSecurity>0</DocSecurity>
  <Lines>48</Lines>
  <Paragraphs>13</Paragraphs>
  <ScaleCrop>false</ScaleCrop>
  <Manager/>
  <Company/>
  <LinksUpToDate>false</LinksUpToDate>
  <CharactersWithSpaces>6862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Tiernan Bentley</dc:creator>
  <cp:keywords/>
  <dc:description>generated by python-docx</dc:description>
  <cp:lastModifiedBy>Avril Hevey-Doucette</cp:lastModifiedBy>
  <cp:revision>11</cp:revision>
  <dcterms:created xsi:type="dcterms:W3CDTF">2026-08-17T15:39:00Z</dcterms:created>
  <dcterms:modified xsi:type="dcterms:W3CDTF">2026-09-25T16:18:00Z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0x0101004824019202BB0841B1A607F344EB4836</vt:lpwstr>
  </property>
</Properties>
</file>