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B489" w14:textId="77777777" w:rsidR="00D24D3E" w:rsidRDefault="00710C6A">
      <w:pPr>
        <w:pStyle w:val="Title"/>
      </w:pPr>
      <w:r>
        <w:t>Salem State University Advising Map</w:t>
      </w:r>
    </w:p>
    <w:p w14:paraId="05FDD3A0" w14:textId="77777777" w:rsidR="00D24D3E" w:rsidRDefault="00710C6A" w:rsidP="43F3093D">
      <w:pPr>
        <w:pStyle w:val="Heading1"/>
      </w:pPr>
      <w:r>
        <w:t>Middlesex Community College – Business Administration Transfer Associate Degree transfers to Salem State University BSBA Finance</w:t>
      </w:r>
    </w:p>
    <w:p w14:paraId="75AC4B4F" w14:textId="77777777" w:rsidR="00D24D3E" w:rsidRDefault="00710C6A">
      <w:pPr>
        <w:pStyle w:val="Heading2"/>
      </w:pPr>
      <w:r>
        <w:t>Catalog Information</w:t>
      </w:r>
    </w:p>
    <w:p w14:paraId="6DD1F9A7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2B63617F" w14:textId="77777777" w:rsidR="00D24D3E" w:rsidRDefault="00710C6A">
      <w:pPr>
        <w:pStyle w:val="Heading2"/>
      </w:pPr>
      <w:r>
        <w:t>Advising Notes</w:t>
      </w:r>
    </w:p>
    <w:p w14:paraId="1EA01949" w14:textId="77777777" w:rsidR="00D24D3E" w:rsidRDefault="00710C6A">
      <w:r>
        <w:t>This map is a Salem State University advising tool only. Middlesex Community College students should work with their MCC advisor. This program includes the required courses for the MassTransfer General Education Foundation.</w:t>
      </w:r>
    </w:p>
    <w:p w14:paraId="7EF6B851" w14:textId="77777777" w:rsidR="00D24D3E" w:rsidRDefault="00710C6A">
      <w:pPr>
        <w:pStyle w:val="Heading2"/>
      </w:pPr>
      <w:r>
        <w:t>MassTransfer General Education Foundation</w:t>
      </w:r>
    </w:p>
    <w:p w14:paraId="5A0A0179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62EC773" w14:textId="77777777" w:rsidTr="43F3093D">
        <w:trPr>
          <w:tblHeader/>
        </w:trPr>
        <w:tc>
          <w:tcPr>
            <w:tcW w:w="7200" w:type="dxa"/>
          </w:tcPr>
          <w:p w14:paraId="4CE75726" w14:textId="77777777" w:rsidR="003D26E2" w:rsidRDefault="00C67DA3">
            <w:r>
              <w:t>MassTransfer Requirement</w:t>
            </w:r>
          </w:p>
        </w:tc>
        <w:tc>
          <w:tcPr>
            <w:tcW w:w="7200" w:type="dxa"/>
          </w:tcPr>
          <w:p w14:paraId="62071EA0" w14:textId="77777777" w:rsidR="003D26E2" w:rsidRDefault="00C67DA3">
            <w:r>
              <w:t>MCC Course(s)</w:t>
            </w:r>
          </w:p>
        </w:tc>
      </w:tr>
      <w:tr w:rsidR="00D24D3E" w14:paraId="629D39EC" w14:textId="77777777" w:rsidTr="43F3093D">
        <w:tc>
          <w:tcPr>
            <w:tcW w:w="7200" w:type="dxa"/>
          </w:tcPr>
          <w:p w14:paraId="0BA67321" w14:textId="77777777" w:rsidR="003D26E2" w:rsidRDefault="00C67DA3">
            <w:r>
              <w:t>Composition I</w:t>
            </w:r>
          </w:p>
        </w:tc>
        <w:tc>
          <w:tcPr>
            <w:tcW w:w="7200" w:type="dxa"/>
          </w:tcPr>
          <w:p w14:paraId="0B9B5F21" w14:textId="77777777" w:rsidR="003D26E2" w:rsidRDefault="00C67DA3">
            <w:r>
              <w:t>ENG 101</w:t>
            </w:r>
          </w:p>
        </w:tc>
      </w:tr>
      <w:tr w:rsidR="00D24D3E" w14:paraId="7965FD2A" w14:textId="77777777" w:rsidTr="43F3093D">
        <w:tc>
          <w:tcPr>
            <w:tcW w:w="7200" w:type="dxa"/>
          </w:tcPr>
          <w:p w14:paraId="44C3F0C5" w14:textId="77777777" w:rsidR="003D26E2" w:rsidRDefault="00C67DA3">
            <w:r>
              <w:t>Composition II</w:t>
            </w:r>
          </w:p>
        </w:tc>
        <w:tc>
          <w:tcPr>
            <w:tcW w:w="7200" w:type="dxa"/>
          </w:tcPr>
          <w:p w14:paraId="2BF88DD5" w14:textId="77777777" w:rsidR="003D26E2" w:rsidRDefault="00C67DA3">
            <w:r>
              <w:t>ENG 102</w:t>
            </w:r>
          </w:p>
        </w:tc>
      </w:tr>
      <w:tr w:rsidR="00D24D3E" w14:paraId="5DC28FDB" w14:textId="77777777" w:rsidTr="43F3093D">
        <w:tc>
          <w:tcPr>
            <w:tcW w:w="7200" w:type="dxa"/>
          </w:tcPr>
          <w:p w14:paraId="58AE3DD3" w14:textId="77777777" w:rsidR="003D26E2" w:rsidRDefault="00C67DA3">
            <w:r>
              <w:t>Behavioral/Social Science</w:t>
            </w:r>
          </w:p>
        </w:tc>
        <w:tc>
          <w:tcPr>
            <w:tcW w:w="7200" w:type="dxa"/>
          </w:tcPr>
          <w:p w14:paraId="2F86B460" w14:textId="77777777" w:rsidR="003D26E2" w:rsidRDefault="00C67DA3">
            <w:r>
              <w:t>ECO140</w:t>
            </w:r>
          </w:p>
        </w:tc>
      </w:tr>
      <w:tr w:rsidR="00D24D3E" w14:paraId="5D4BD98D" w14:textId="77777777" w:rsidTr="43F3093D">
        <w:tc>
          <w:tcPr>
            <w:tcW w:w="7200" w:type="dxa"/>
          </w:tcPr>
          <w:p w14:paraId="0C159B41" w14:textId="77777777" w:rsidR="003D26E2" w:rsidRDefault="00C67DA3">
            <w:r>
              <w:t>Behavioral/Social Science</w:t>
            </w:r>
          </w:p>
        </w:tc>
        <w:tc>
          <w:tcPr>
            <w:tcW w:w="7200" w:type="dxa"/>
          </w:tcPr>
          <w:p w14:paraId="33F1C629" w14:textId="77777777" w:rsidR="003D26E2" w:rsidRDefault="00C67DA3">
            <w:r>
              <w:t>ECO150</w:t>
            </w:r>
          </w:p>
        </w:tc>
      </w:tr>
      <w:tr w:rsidR="00D24D3E" w14:paraId="1C3F875E" w14:textId="77777777" w:rsidTr="43F3093D">
        <w:tc>
          <w:tcPr>
            <w:tcW w:w="7200" w:type="dxa"/>
          </w:tcPr>
          <w:p w14:paraId="41E5DB14" w14:textId="77777777" w:rsidR="003D26E2" w:rsidRDefault="00C67DA3">
            <w:r>
              <w:t>Behavioral/Social Science</w:t>
            </w:r>
          </w:p>
        </w:tc>
        <w:tc>
          <w:tcPr>
            <w:tcW w:w="7200" w:type="dxa"/>
          </w:tcPr>
          <w:p w14:paraId="2A12547A" w14:textId="77777777" w:rsidR="003D26E2" w:rsidRDefault="00C67DA3">
            <w:r>
              <w:t>IDS101</w:t>
            </w:r>
          </w:p>
        </w:tc>
      </w:tr>
      <w:tr w:rsidR="00D24D3E" w14:paraId="3181BF11" w14:textId="77777777" w:rsidTr="43F3093D">
        <w:tc>
          <w:tcPr>
            <w:tcW w:w="7200" w:type="dxa"/>
          </w:tcPr>
          <w:p w14:paraId="4C38D9B8" w14:textId="77777777" w:rsidR="003D26E2" w:rsidRDefault="00C67DA3">
            <w:r>
              <w:t>Humanities/Fine Arts</w:t>
            </w:r>
          </w:p>
        </w:tc>
        <w:tc>
          <w:tcPr>
            <w:tcW w:w="7200" w:type="dxa"/>
          </w:tcPr>
          <w:p w14:paraId="3C054701" w14:textId="77777777" w:rsidR="003D26E2" w:rsidRDefault="00C67DA3">
            <w:r>
              <w:t>General Education Humanities Elective</w:t>
            </w:r>
          </w:p>
        </w:tc>
      </w:tr>
      <w:tr w:rsidR="00D24D3E" w14:paraId="0A0812C5" w14:textId="77777777" w:rsidTr="43F3093D">
        <w:tc>
          <w:tcPr>
            <w:tcW w:w="7200" w:type="dxa"/>
          </w:tcPr>
          <w:p w14:paraId="598BB083" w14:textId="77777777" w:rsidR="003D26E2" w:rsidRDefault="00C67DA3">
            <w:r>
              <w:t>Humanities/Fine Arts</w:t>
            </w:r>
          </w:p>
        </w:tc>
        <w:tc>
          <w:tcPr>
            <w:tcW w:w="7200" w:type="dxa"/>
          </w:tcPr>
          <w:p w14:paraId="5EFF7A6A" w14:textId="77777777" w:rsidR="003D26E2" w:rsidRDefault="00C67DA3">
            <w:r>
              <w:t>General Education Humanities Elective</w:t>
            </w:r>
          </w:p>
        </w:tc>
      </w:tr>
      <w:tr w:rsidR="00D24D3E" w14:paraId="157C874E" w14:textId="77777777" w:rsidTr="43F3093D">
        <w:tc>
          <w:tcPr>
            <w:tcW w:w="7200" w:type="dxa"/>
          </w:tcPr>
          <w:p w14:paraId="72C4D65F" w14:textId="77777777" w:rsidR="003D26E2" w:rsidRDefault="00C67DA3">
            <w:r>
              <w:t>Humanities/Fine Arts</w:t>
            </w:r>
          </w:p>
        </w:tc>
        <w:tc>
          <w:tcPr>
            <w:tcW w:w="7200" w:type="dxa"/>
          </w:tcPr>
          <w:p w14:paraId="0460ED4E" w14:textId="77777777" w:rsidR="003D26E2" w:rsidRDefault="00C67DA3">
            <w:r>
              <w:t>General Education Humanities Elective</w:t>
            </w:r>
          </w:p>
        </w:tc>
      </w:tr>
      <w:tr w:rsidR="00D24D3E" w14:paraId="704A080C" w14:textId="77777777" w:rsidTr="43F3093D">
        <w:tc>
          <w:tcPr>
            <w:tcW w:w="7200" w:type="dxa"/>
          </w:tcPr>
          <w:p w14:paraId="655F7720" w14:textId="77777777" w:rsidR="003D26E2" w:rsidRDefault="00C67DA3">
            <w:r>
              <w:t>Laboratory Science</w:t>
            </w:r>
          </w:p>
        </w:tc>
        <w:tc>
          <w:tcPr>
            <w:tcW w:w="7200" w:type="dxa"/>
          </w:tcPr>
          <w:p w14:paraId="1A6A04E2" w14:textId="77777777" w:rsidR="003D26E2" w:rsidRDefault="00C67DA3">
            <w:r>
              <w:t>General Education Laboratory Science Elective</w:t>
            </w:r>
          </w:p>
        </w:tc>
      </w:tr>
      <w:tr w:rsidR="00D24D3E" w14:paraId="51D02E0D" w14:textId="77777777" w:rsidTr="43F3093D">
        <w:tc>
          <w:tcPr>
            <w:tcW w:w="7200" w:type="dxa"/>
          </w:tcPr>
          <w:p w14:paraId="6323AC2B" w14:textId="77777777" w:rsidR="003D26E2" w:rsidRDefault="00C67DA3">
            <w:r>
              <w:t>Science</w:t>
            </w:r>
          </w:p>
        </w:tc>
        <w:tc>
          <w:tcPr>
            <w:tcW w:w="7200" w:type="dxa"/>
          </w:tcPr>
          <w:p w14:paraId="6A90D88B" w14:textId="77777777" w:rsidR="003D26E2" w:rsidRDefault="00C67DA3">
            <w:r>
              <w:t>General Education Science Elective</w:t>
            </w:r>
          </w:p>
        </w:tc>
      </w:tr>
      <w:tr w:rsidR="00D24D3E" w14:paraId="01C7702B" w14:textId="77777777" w:rsidTr="43F3093D">
        <w:tc>
          <w:tcPr>
            <w:tcW w:w="7200" w:type="dxa"/>
          </w:tcPr>
          <w:p w14:paraId="3A839598" w14:textId="77777777" w:rsidR="003D26E2" w:rsidRDefault="00C67DA3">
            <w:r>
              <w:t>Mathematics</w:t>
            </w:r>
          </w:p>
        </w:tc>
        <w:tc>
          <w:tcPr>
            <w:tcW w:w="7200" w:type="dxa"/>
          </w:tcPr>
          <w:p w14:paraId="650EBF22" w14:textId="77777777" w:rsidR="003D26E2" w:rsidRDefault="00C67DA3">
            <w:r>
              <w:t>MAT177</w:t>
            </w:r>
          </w:p>
        </w:tc>
      </w:tr>
    </w:tbl>
    <w:p w14:paraId="5B26DBEA" w14:textId="77777777" w:rsidR="00D24D3E" w:rsidRDefault="00710C6A">
      <w:pPr>
        <w:pStyle w:val="Heading2"/>
      </w:pPr>
      <w:r>
        <w:t>Middlesex Community College to Salem State University Course Articulation</w:t>
      </w:r>
    </w:p>
    <w:p w14:paraId="7CCF85FC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5B594E70" w14:textId="77777777" w:rsidR="001D7423" w:rsidRDefault="001D7423"/>
    <w:p w14:paraId="1B40A60C" w14:textId="77777777" w:rsidR="001D7423" w:rsidRDefault="001D74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1D7423" w14:paraId="5FEE0C6C" w14:textId="77777777" w:rsidTr="001C1FFB">
        <w:trPr>
          <w:tblHeader/>
        </w:trPr>
        <w:tc>
          <w:tcPr>
            <w:tcW w:w="2880" w:type="dxa"/>
          </w:tcPr>
          <w:p w14:paraId="1D8EAC8E" w14:textId="77777777" w:rsidR="001D7423" w:rsidRDefault="001D7423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057E8F91" w14:textId="77777777" w:rsidR="001D7423" w:rsidRDefault="001D7423" w:rsidP="001C1FFB">
            <w:r>
              <w:t>Course Title</w:t>
            </w:r>
          </w:p>
        </w:tc>
        <w:tc>
          <w:tcPr>
            <w:tcW w:w="2880" w:type="dxa"/>
          </w:tcPr>
          <w:p w14:paraId="63566831" w14:textId="77777777" w:rsidR="001D7423" w:rsidRDefault="001D7423" w:rsidP="001C1FFB">
            <w:r>
              <w:t>Credits</w:t>
            </w:r>
          </w:p>
        </w:tc>
        <w:tc>
          <w:tcPr>
            <w:tcW w:w="2880" w:type="dxa"/>
          </w:tcPr>
          <w:p w14:paraId="04E81AB0" w14:textId="77777777" w:rsidR="001D7423" w:rsidRDefault="001D7423" w:rsidP="001C1FFB">
            <w:r>
              <w:t>Salem State Equivalent</w:t>
            </w:r>
          </w:p>
        </w:tc>
        <w:tc>
          <w:tcPr>
            <w:tcW w:w="2880" w:type="dxa"/>
          </w:tcPr>
          <w:p w14:paraId="57548137" w14:textId="77777777" w:rsidR="001D7423" w:rsidRDefault="001D7423" w:rsidP="001C1FFB">
            <w:r>
              <w:t>Application to Salem State Program</w:t>
            </w:r>
          </w:p>
        </w:tc>
      </w:tr>
      <w:tr w:rsidR="001D7423" w14:paraId="5C9D0168" w14:textId="77777777" w:rsidTr="001C1FFB">
        <w:tc>
          <w:tcPr>
            <w:tcW w:w="2880" w:type="dxa"/>
          </w:tcPr>
          <w:p w14:paraId="4A5F6539" w14:textId="77777777" w:rsidR="001D7423" w:rsidRDefault="001D7423" w:rsidP="001C1FFB">
            <w:r>
              <w:t>ENG 101</w:t>
            </w:r>
          </w:p>
        </w:tc>
        <w:tc>
          <w:tcPr>
            <w:tcW w:w="2880" w:type="dxa"/>
          </w:tcPr>
          <w:p w14:paraId="48BB1B51" w14:textId="77777777" w:rsidR="001D7423" w:rsidRDefault="001D7423" w:rsidP="001C1FFB">
            <w:r>
              <w:t>English Composition I</w:t>
            </w:r>
          </w:p>
        </w:tc>
        <w:tc>
          <w:tcPr>
            <w:tcW w:w="2880" w:type="dxa"/>
          </w:tcPr>
          <w:p w14:paraId="4D13C393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0A42AD61" w14:textId="77777777" w:rsidR="001D7423" w:rsidRDefault="001D7423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3B0226F3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65C24A03" w14:textId="77777777" w:rsidTr="001C1FFB">
        <w:tc>
          <w:tcPr>
            <w:tcW w:w="2880" w:type="dxa"/>
          </w:tcPr>
          <w:p w14:paraId="0E4BD76A" w14:textId="77777777" w:rsidR="001D7423" w:rsidRDefault="001D7423" w:rsidP="001C1FFB">
            <w:r>
              <w:t>BUS 110 or BUS 130</w:t>
            </w:r>
          </w:p>
        </w:tc>
        <w:tc>
          <w:tcPr>
            <w:tcW w:w="2880" w:type="dxa"/>
          </w:tcPr>
          <w:p w14:paraId="0E93AED0" w14:textId="77777777" w:rsidR="001D7423" w:rsidRDefault="001D7423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52A628F8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4B7E8FE7" w14:textId="77777777" w:rsidR="001D7423" w:rsidRDefault="001D7423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51637AA4" w14:textId="77777777" w:rsidR="001D7423" w:rsidRDefault="001D7423" w:rsidP="001C1FFB">
            <w:r>
              <w:t>Major Core Course</w:t>
            </w:r>
          </w:p>
          <w:p w14:paraId="7064CABB" w14:textId="77777777" w:rsidR="001D7423" w:rsidRDefault="001D7423" w:rsidP="001C1FFB">
            <w:r>
              <w:t>(Either is fine / will count)</w:t>
            </w:r>
          </w:p>
        </w:tc>
      </w:tr>
      <w:tr w:rsidR="001D7423" w14:paraId="7EB4723C" w14:textId="77777777" w:rsidTr="001C1FFB">
        <w:tc>
          <w:tcPr>
            <w:tcW w:w="2880" w:type="dxa"/>
          </w:tcPr>
          <w:p w14:paraId="699E4C73" w14:textId="77777777" w:rsidR="001D7423" w:rsidRDefault="001D7423" w:rsidP="001C1FFB">
            <w:r>
              <w:t>CAP 101</w:t>
            </w:r>
          </w:p>
        </w:tc>
        <w:tc>
          <w:tcPr>
            <w:tcW w:w="2880" w:type="dxa"/>
          </w:tcPr>
          <w:p w14:paraId="78E7BF2D" w14:textId="77777777" w:rsidR="001D7423" w:rsidRDefault="001D7423" w:rsidP="001C1FFB">
            <w:r>
              <w:t>Computer Applications</w:t>
            </w:r>
          </w:p>
        </w:tc>
        <w:tc>
          <w:tcPr>
            <w:tcW w:w="2880" w:type="dxa"/>
          </w:tcPr>
          <w:p w14:paraId="6D9E14A9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648B8636" w14:textId="77777777" w:rsidR="001D7423" w:rsidRDefault="001D7423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57A8B855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7D0657C1" w14:textId="77777777" w:rsidTr="001C1FFB">
        <w:tc>
          <w:tcPr>
            <w:tcW w:w="2880" w:type="dxa"/>
          </w:tcPr>
          <w:p w14:paraId="6B8F746F" w14:textId="77777777" w:rsidR="001D7423" w:rsidRDefault="001D7423" w:rsidP="001C1FFB">
            <w:r>
              <w:t>GEN ED</w:t>
            </w:r>
          </w:p>
          <w:p w14:paraId="7972C447" w14:textId="77777777" w:rsidR="001D7423" w:rsidRDefault="001D7423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42E0BEAB" w14:textId="77777777" w:rsidR="001D7423" w:rsidRDefault="001D7423" w:rsidP="001C1FFB">
            <w:r>
              <w:t xml:space="preserve">General Education Behavioral Science Elective </w:t>
            </w:r>
          </w:p>
          <w:p w14:paraId="42FF8F19" w14:textId="77777777" w:rsidR="001D7423" w:rsidRDefault="001D7423" w:rsidP="001C1FFB"/>
          <w:p w14:paraId="612177EA" w14:textId="77777777" w:rsidR="001D7423" w:rsidRDefault="001D7423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5C0230EF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5B1C345D" w14:textId="77777777" w:rsidR="001D7423" w:rsidRDefault="001D7423" w:rsidP="001C1FFB">
            <w:r>
              <w:t xml:space="preserve">SOC 110 Introduction to Sociology </w:t>
            </w:r>
          </w:p>
          <w:p w14:paraId="6411B112" w14:textId="77777777" w:rsidR="001D7423" w:rsidRDefault="001D7423" w:rsidP="001C1FFB">
            <w:r>
              <w:t>Or</w:t>
            </w:r>
          </w:p>
          <w:p w14:paraId="15C2DEDA" w14:textId="77777777" w:rsidR="001D7423" w:rsidRDefault="001D7423" w:rsidP="001C1FFB">
            <w:r>
              <w:t xml:space="preserve">Elective </w:t>
            </w:r>
            <w:r>
              <w:br/>
            </w:r>
          </w:p>
          <w:p w14:paraId="6FEC0677" w14:textId="77777777" w:rsidR="001D7423" w:rsidRDefault="001D7423" w:rsidP="001C1FFB"/>
        </w:tc>
        <w:tc>
          <w:tcPr>
            <w:tcW w:w="2880" w:type="dxa"/>
          </w:tcPr>
          <w:p w14:paraId="4CC1090D" w14:textId="77777777" w:rsidR="001D7423" w:rsidRDefault="001D7423" w:rsidP="001C1FFB">
            <w:r>
              <w:t xml:space="preserve">(SOC) Major support course requirement </w:t>
            </w:r>
          </w:p>
          <w:p w14:paraId="24852173" w14:textId="77777777" w:rsidR="001D7423" w:rsidRDefault="001D7423" w:rsidP="001C1FFB">
            <w:r>
              <w:t>Or</w:t>
            </w:r>
          </w:p>
          <w:p w14:paraId="2260F792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3EA7E459" w14:textId="77777777" w:rsidTr="001C1FFB">
        <w:tc>
          <w:tcPr>
            <w:tcW w:w="2880" w:type="dxa"/>
          </w:tcPr>
          <w:p w14:paraId="77617E65" w14:textId="77777777" w:rsidR="001D7423" w:rsidRDefault="001D7423" w:rsidP="001C1FFB">
            <w:r>
              <w:t>MAT 177</w:t>
            </w:r>
          </w:p>
        </w:tc>
        <w:tc>
          <w:tcPr>
            <w:tcW w:w="2880" w:type="dxa"/>
          </w:tcPr>
          <w:p w14:paraId="723AEF7C" w14:textId="77777777" w:rsidR="001D7423" w:rsidRDefault="001D7423" w:rsidP="001C1FFB">
            <w:r>
              <w:t>Statistics</w:t>
            </w:r>
          </w:p>
        </w:tc>
        <w:tc>
          <w:tcPr>
            <w:tcW w:w="2880" w:type="dxa"/>
          </w:tcPr>
          <w:p w14:paraId="5A025F8E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2818C000" w14:textId="77777777" w:rsidR="001D7423" w:rsidRDefault="001D7423" w:rsidP="001C1FFB">
            <w:r>
              <w:t>MAT 147 STATISTICS (3)</w:t>
            </w:r>
          </w:p>
        </w:tc>
        <w:tc>
          <w:tcPr>
            <w:tcW w:w="2880" w:type="dxa"/>
          </w:tcPr>
          <w:p w14:paraId="588A8BAD" w14:textId="77777777" w:rsidR="001D7423" w:rsidRDefault="001D7423" w:rsidP="001C1FFB">
            <w:r>
              <w:t>Major Required Support Course – in place of MAT128</w:t>
            </w:r>
          </w:p>
          <w:p w14:paraId="561D5738" w14:textId="77777777" w:rsidR="001D7423" w:rsidRDefault="001D7423" w:rsidP="001C1FFB"/>
        </w:tc>
      </w:tr>
      <w:tr w:rsidR="001D7423" w14:paraId="172C44DA" w14:textId="77777777" w:rsidTr="001C1FFB">
        <w:tc>
          <w:tcPr>
            <w:tcW w:w="2880" w:type="dxa"/>
          </w:tcPr>
          <w:p w14:paraId="49EFFE7A" w14:textId="77777777" w:rsidR="001D7423" w:rsidRDefault="001D7423" w:rsidP="001C1FFB">
            <w:r>
              <w:t>IDS 101</w:t>
            </w:r>
          </w:p>
        </w:tc>
        <w:tc>
          <w:tcPr>
            <w:tcW w:w="2880" w:type="dxa"/>
          </w:tcPr>
          <w:p w14:paraId="1702677D" w14:textId="77777777" w:rsidR="001D7423" w:rsidRDefault="001D7423" w:rsidP="001C1FFB">
            <w:r>
              <w:t>First-Year Experience</w:t>
            </w:r>
          </w:p>
        </w:tc>
        <w:tc>
          <w:tcPr>
            <w:tcW w:w="2880" w:type="dxa"/>
          </w:tcPr>
          <w:p w14:paraId="5248DFBB" w14:textId="77777777" w:rsidR="001D7423" w:rsidRDefault="001D7423" w:rsidP="001C1FFB">
            <w:r>
              <w:t>1</w:t>
            </w:r>
          </w:p>
        </w:tc>
        <w:tc>
          <w:tcPr>
            <w:tcW w:w="2880" w:type="dxa"/>
          </w:tcPr>
          <w:p w14:paraId="50BBE10C" w14:textId="77777777" w:rsidR="001D7423" w:rsidRDefault="001D7423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52B57A93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5C0E8D56" w14:textId="77777777" w:rsidTr="001C1FFB">
        <w:tc>
          <w:tcPr>
            <w:tcW w:w="2880" w:type="dxa"/>
          </w:tcPr>
          <w:p w14:paraId="185A24CE" w14:textId="77777777" w:rsidR="001D7423" w:rsidRDefault="001D7423" w:rsidP="001C1FFB">
            <w:r>
              <w:t>ENG 102</w:t>
            </w:r>
          </w:p>
        </w:tc>
        <w:tc>
          <w:tcPr>
            <w:tcW w:w="2880" w:type="dxa"/>
          </w:tcPr>
          <w:p w14:paraId="5542C2DC" w14:textId="77777777" w:rsidR="001D7423" w:rsidRDefault="001D7423" w:rsidP="001C1FFB">
            <w:r>
              <w:t>English Composition II</w:t>
            </w:r>
          </w:p>
        </w:tc>
        <w:tc>
          <w:tcPr>
            <w:tcW w:w="2880" w:type="dxa"/>
          </w:tcPr>
          <w:p w14:paraId="7D3A4B75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406DCA08" w14:textId="77777777" w:rsidR="001D7423" w:rsidRDefault="001D7423" w:rsidP="001C1FFB">
            <w:r>
              <w:t>ENL 110 FOUNDATIONS OF WRITING (3)</w:t>
            </w:r>
          </w:p>
        </w:tc>
        <w:tc>
          <w:tcPr>
            <w:tcW w:w="2880" w:type="dxa"/>
          </w:tcPr>
          <w:p w14:paraId="4EEC5891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7954BB21" w14:textId="77777777" w:rsidTr="001C1FFB">
        <w:tc>
          <w:tcPr>
            <w:tcW w:w="2880" w:type="dxa"/>
          </w:tcPr>
          <w:p w14:paraId="35511434" w14:textId="77777777" w:rsidR="001D7423" w:rsidRDefault="001D7423" w:rsidP="001C1FFB">
            <w:r>
              <w:t>BUS 221</w:t>
            </w:r>
          </w:p>
        </w:tc>
        <w:tc>
          <w:tcPr>
            <w:tcW w:w="2880" w:type="dxa"/>
          </w:tcPr>
          <w:p w14:paraId="0280E151" w14:textId="77777777" w:rsidR="001D7423" w:rsidRDefault="001D7423" w:rsidP="001C1FFB">
            <w:r>
              <w:t>Financial Accounting</w:t>
            </w:r>
          </w:p>
        </w:tc>
        <w:tc>
          <w:tcPr>
            <w:tcW w:w="2880" w:type="dxa"/>
          </w:tcPr>
          <w:p w14:paraId="25508C69" w14:textId="77777777" w:rsidR="001D7423" w:rsidRDefault="001D7423" w:rsidP="001C1FFB">
            <w:r>
              <w:t>4</w:t>
            </w:r>
          </w:p>
        </w:tc>
        <w:tc>
          <w:tcPr>
            <w:tcW w:w="2880" w:type="dxa"/>
          </w:tcPr>
          <w:p w14:paraId="1E276387" w14:textId="77777777" w:rsidR="001D7423" w:rsidRDefault="001D7423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6821F22E" w14:textId="77777777" w:rsidR="001D7423" w:rsidRDefault="001D7423" w:rsidP="001C1FFB">
            <w:r>
              <w:t>Major Core Course</w:t>
            </w:r>
          </w:p>
        </w:tc>
      </w:tr>
      <w:tr w:rsidR="001D7423" w14:paraId="6133B6D7" w14:textId="77777777" w:rsidTr="001C1FFB">
        <w:tc>
          <w:tcPr>
            <w:tcW w:w="2880" w:type="dxa"/>
          </w:tcPr>
          <w:p w14:paraId="429BDAD2" w14:textId="77777777" w:rsidR="001D7423" w:rsidRDefault="001D7423" w:rsidP="001C1FFB">
            <w:r>
              <w:t>GEN ED</w:t>
            </w:r>
          </w:p>
        </w:tc>
        <w:tc>
          <w:tcPr>
            <w:tcW w:w="2880" w:type="dxa"/>
          </w:tcPr>
          <w:p w14:paraId="7026919D" w14:textId="77777777" w:rsidR="001D7423" w:rsidRDefault="001D742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12AD2062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16C01C42" w14:textId="77777777" w:rsidR="001D7423" w:rsidRDefault="001D7423" w:rsidP="001C1FFB">
            <w:r>
              <w:t>Direct Equivalency or elective</w:t>
            </w:r>
          </w:p>
        </w:tc>
        <w:tc>
          <w:tcPr>
            <w:tcW w:w="2880" w:type="dxa"/>
          </w:tcPr>
          <w:p w14:paraId="6308BC7B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13D40402" w14:textId="77777777" w:rsidTr="001C1FFB">
        <w:tc>
          <w:tcPr>
            <w:tcW w:w="2880" w:type="dxa"/>
          </w:tcPr>
          <w:p w14:paraId="17FA2F20" w14:textId="77777777" w:rsidR="001D7423" w:rsidRDefault="001D7423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73EE8A01" w14:textId="77777777" w:rsidR="001D7423" w:rsidRDefault="001D7423" w:rsidP="001C1FFB">
            <w:r>
              <w:t>Business Career Exploration</w:t>
            </w:r>
          </w:p>
        </w:tc>
        <w:tc>
          <w:tcPr>
            <w:tcW w:w="2880" w:type="dxa"/>
          </w:tcPr>
          <w:p w14:paraId="21314F16" w14:textId="77777777" w:rsidR="001D7423" w:rsidRDefault="001D7423" w:rsidP="001C1FFB">
            <w:r>
              <w:t>1</w:t>
            </w:r>
          </w:p>
        </w:tc>
        <w:tc>
          <w:tcPr>
            <w:tcW w:w="2880" w:type="dxa"/>
          </w:tcPr>
          <w:p w14:paraId="7BB3C93E" w14:textId="77777777" w:rsidR="001D7423" w:rsidRDefault="001D7423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3B3C4FF3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50D5A4BE" w14:textId="77777777" w:rsidTr="001C1FFB">
        <w:tc>
          <w:tcPr>
            <w:tcW w:w="2880" w:type="dxa"/>
          </w:tcPr>
          <w:p w14:paraId="47AA7553" w14:textId="77777777" w:rsidR="001D7423" w:rsidRDefault="001D7423" w:rsidP="001C1FFB">
            <w:r>
              <w:t>GEN ED</w:t>
            </w:r>
          </w:p>
        </w:tc>
        <w:tc>
          <w:tcPr>
            <w:tcW w:w="2880" w:type="dxa"/>
          </w:tcPr>
          <w:p w14:paraId="7163DE9F" w14:textId="77777777" w:rsidR="001D7423" w:rsidRDefault="001D7423" w:rsidP="001C1FFB">
            <w:r>
              <w:t>Interdisciplinary Elective</w:t>
            </w:r>
          </w:p>
        </w:tc>
        <w:tc>
          <w:tcPr>
            <w:tcW w:w="2880" w:type="dxa"/>
          </w:tcPr>
          <w:p w14:paraId="1F606210" w14:textId="77777777" w:rsidR="001D7423" w:rsidRDefault="001D7423" w:rsidP="001C1FFB">
            <w:r>
              <w:t>1</w:t>
            </w:r>
          </w:p>
        </w:tc>
        <w:tc>
          <w:tcPr>
            <w:tcW w:w="2880" w:type="dxa"/>
          </w:tcPr>
          <w:p w14:paraId="4F9ED3A8" w14:textId="77777777" w:rsidR="001D7423" w:rsidRDefault="001D7423" w:rsidP="001C1FFB">
            <w:r>
              <w:t>INTERDISCIPLINARY FREE ELECTIVE (1)</w:t>
            </w:r>
          </w:p>
        </w:tc>
        <w:tc>
          <w:tcPr>
            <w:tcW w:w="2880" w:type="dxa"/>
          </w:tcPr>
          <w:p w14:paraId="1B2AB7B0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3F7EAB7A" w14:textId="77777777" w:rsidTr="001C1FFB">
        <w:tc>
          <w:tcPr>
            <w:tcW w:w="2880" w:type="dxa"/>
          </w:tcPr>
          <w:p w14:paraId="2F1DE3A4" w14:textId="77777777" w:rsidR="001D7423" w:rsidRDefault="001D7423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28B2E385" w14:textId="77777777" w:rsidR="001D7423" w:rsidRDefault="001D7423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71CF3018" w14:textId="77777777" w:rsidR="001D7423" w:rsidRDefault="001D7423" w:rsidP="001C1FFB">
            <w:r>
              <w:t>Business Core Elective (choose one)</w:t>
            </w:r>
          </w:p>
        </w:tc>
        <w:tc>
          <w:tcPr>
            <w:tcW w:w="2880" w:type="dxa"/>
          </w:tcPr>
          <w:p w14:paraId="3474ED33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04BC8756" w14:textId="77777777" w:rsidR="001D7423" w:rsidRDefault="001D7423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4FA09E7F" w14:textId="77777777" w:rsidR="001D7423" w:rsidRDefault="001D7423" w:rsidP="001C1FFB">
            <w:r>
              <w:t>MGT 231 and MKT241N are Major Core Courses.</w:t>
            </w:r>
          </w:p>
          <w:p w14:paraId="5FED4713" w14:textId="77777777" w:rsidR="001D7423" w:rsidRDefault="001D7423" w:rsidP="001C1FFB"/>
          <w:p w14:paraId="2CCC950C" w14:textId="77777777" w:rsidR="001D7423" w:rsidRDefault="001D7423" w:rsidP="001C1FFB">
            <w:r>
              <w:t>For concentrations that do not require MGT231 specifically or as a concentration elective, it can count in place of MGT332</w:t>
            </w:r>
          </w:p>
        </w:tc>
      </w:tr>
      <w:tr w:rsidR="001D7423" w14:paraId="21E14306" w14:textId="77777777" w:rsidTr="001C1FFB">
        <w:tc>
          <w:tcPr>
            <w:tcW w:w="2880" w:type="dxa"/>
          </w:tcPr>
          <w:p w14:paraId="7985310C" w14:textId="77777777" w:rsidR="001D7423" w:rsidRDefault="001D7423" w:rsidP="001C1FFB">
            <w:r>
              <w:t>ECO 140</w:t>
            </w:r>
          </w:p>
        </w:tc>
        <w:tc>
          <w:tcPr>
            <w:tcW w:w="2880" w:type="dxa"/>
          </w:tcPr>
          <w:p w14:paraId="05B78F60" w14:textId="77777777" w:rsidR="001D7423" w:rsidRDefault="001D7423" w:rsidP="001C1FFB">
            <w:r>
              <w:t>Principles of Macroeconomics</w:t>
            </w:r>
          </w:p>
        </w:tc>
        <w:tc>
          <w:tcPr>
            <w:tcW w:w="2880" w:type="dxa"/>
          </w:tcPr>
          <w:p w14:paraId="6E040CA5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2C660DAE" w14:textId="77777777" w:rsidR="001D7423" w:rsidRDefault="001D7423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622789E0" w14:textId="77777777" w:rsidR="001D7423" w:rsidRDefault="001D7423" w:rsidP="001C1FFB">
            <w:r>
              <w:t>Required Major Support Course</w:t>
            </w:r>
          </w:p>
        </w:tc>
      </w:tr>
      <w:tr w:rsidR="001D7423" w14:paraId="7FEE9420" w14:textId="77777777" w:rsidTr="001C1FFB">
        <w:tc>
          <w:tcPr>
            <w:tcW w:w="2880" w:type="dxa"/>
          </w:tcPr>
          <w:p w14:paraId="59D4FF31" w14:textId="77777777" w:rsidR="001D7423" w:rsidRDefault="001D7423" w:rsidP="001C1FFB">
            <w:r>
              <w:t>BUS 223</w:t>
            </w:r>
          </w:p>
        </w:tc>
        <w:tc>
          <w:tcPr>
            <w:tcW w:w="2880" w:type="dxa"/>
          </w:tcPr>
          <w:p w14:paraId="5B4ED59D" w14:textId="77777777" w:rsidR="001D7423" w:rsidRDefault="001D7423" w:rsidP="001C1FFB">
            <w:r>
              <w:t>Managerial Accounting</w:t>
            </w:r>
          </w:p>
        </w:tc>
        <w:tc>
          <w:tcPr>
            <w:tcW w:w="2880" w:type="dxa"/>
          </w:tcPr>
          <w:p w14:paraId="7A65C791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2DA5F638" w14:textId="77777777" w:rsidR="001D7423" w:rsidRDefault="001D7423" w:rsidP="001C1FFB">
            <w:r>
              <w:t>ACC 202 MANAGERIAL ACCOUNTING (3)</w:t>
            </w:r>
          </w:p>
        </w:tc>
        <w:tc>
          <w:tcPr>
            <w:tcW w:w="2880" w:type="dxa"/>
          </w:tcPr>
          <w:p w14:paraId="52E39597" w14:textId="77777777" w:rsidR="001D7423" w:rsidRDefault="001D7423" w:rsidP="001C1FFB">
            <w:r>
              <w:t>Major Core Course</w:t>
            </w:r>
          </w:p>
        </w:tc>
      </w:tr>
      <w:tr w:rsidR="001D7423" w14:paraId="3ED8349A" w14:textId="77777777" w:rsidTr="001C1FFB">
        <w:tc>
          <w:tcPr>
            <w:tcW w:w="2880" w:type="dxa"/>
          </w:tcPr>
          <w:p w14:paraId="7EB57A65" w14:textId="77777777" w:rsidR="001D7423" w:rsidRDefault="001D7423" w:rsidP="001C1FFB">
            <w:r>
              <w:t>GEN ED</w:t>
            </w:r>
          </w:p>
        </w:tc>
        <w:tc>
          <w:tcPr>
            <w:tcW w:w="2880" w:type="dxa"/>
          </w:tcPr>
          <w:p w14:paraId="13256EC1" w14:textId="77777777" w:rsidR="001D7423" w:rsidRDefault="001D742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1E16918C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62DA5A82" w14:textId="77777777" w:rsidR="001D7423" w:rsidRDefault="001D7423" w:rsidP="001C1FFB">
            <w:r>
              <w:t>Direct Equivalency or elective</w:t>
            </w:r>
          </w:p>
        </w:tc>
        <w:tc>
          <w:tcPr>
            <w:tcW w:w="2880" w:type="dxa"/>
          </w:tcPr>
          <w:p w14:paraId="6DCF2556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06236BA0" w14:textId="77777777" w:rsidTr="001C1FFB">
        <w:tc>
          <w:tcPr>
            <w:tcW w:w="2880" w:type="dxa"/>
          </w:tcPr>
          <w:p w14:paraId="0766C234" w14:textId="77777777" w:rsidR="001D7423" w:rsidRDefault="001D7423" w:rsidP="001C1FFB">
            <w:r>
              <w:t>MAT 182</w:t>
            </w:r>
          </w:p>
        </w:tc>
        <w:tc>
          <w:tcPr>
            <w:tcW w:w="2880" w:type="dxa"/>
          </w:tcPr>
          <w:p w14:paraId="0C34F898" w14:textId="77777777" w:rsidR="001D7423" w:rsidRDefault="001D7423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67319F6E" w14:textId="77777777" w:rsidR="001D7423" w:rsidRDefault="001D7423" w:rsidP="001C1FFB">
            <w:r>
              <w:t>4</w:t>
            </w:r>
          </w:p>
        </w:tc>
        <w:tc>
          <w:tcPr>
            <w:tcW w:w="2880" w:type="dxa"/>
          </w:tcPr>
          <w:p w14:paraId="75BE3259" w14:textId="77777777" w:rsidR="001D7423" w:rsidRDefault="001D7423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1C9E760C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409D2E90" w14:textId="77777777" w:rsidTr="001C1FFB">
        <w:tc>
          <w:tcPr>
            <w:tcW w:w="2880" w:type="dxa"/>
          </w:tcPr>
          <w:p w14:paraId="17E4949F" w14:textId="77777777" w:rsidR="001D7423" w:rsidRDefault="001D7423" w:rsidP="001C1FFB">
            <w:r>
              <w:t>GEN ED</w:t>
            </w:r>
          </w:p>
        </w:tc>
        <w:tc>
          <w:tcPr>
            <w:tcW w:w="2880" w:type="dxa"/>
          </w:tcPr>
          <w:p w14:paraId="372653C8" w14:textId="77777777" w:rsidR="001D7423" w:rsidRDefault="001D7423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5468E617" w14:textId="77777777" w:rsidR="001D7423" w:rsidRDefault="001D7423" w:rsidP="001C1FFB">
            <w:r>
              <w:t>4</w:t>
            </w:r>
          </w:p>
        </w:tc>
        <w:tc>
          <w:tcPr>
            <w:tcW w:w="2880" w:type="dxa"/>
          </w:tcPr>
          <w:p w14:paraId="574FD04E" w14:textId="77777777" w:rsidR="001D7423" w:rsidRDefault="001D7423" w:rsidP="001C1FFB">
            <w:r>
              <w:t>Direct Equivalency or elective</w:t>
            </w:r>
          </w:p>
        </w:tc>
        <w:tc>
          <w:tcPr>
            <w:tcW w:w="2880" w:type="dxa"/>
          </w:tcPr>
          <w:p w14:paraId="2BF712E9" w14:textId="77777777" w:rsidR="001D7423" w:rsidRDefault="001D7423" w:rsidP="001C1FFB">
            <w:r>
              <w:t>Free Elective due to MassTransfer Gen Ed Exemption</w:t>
            </w:r>
          </w:p>
        </w:tc>
      </w:tr>
      <w:tr w:rsidR="001D7423" w14:paraId="10D8C790" w14:textId="77777777" w:rsidTr="001C1FFB">
        <w:tc>
          <w:tcPr>
            <w:tcW w:w="2880" w:type="dxa"/>
          </w:tcPr>
          <w:p w14:paraId="691033CF" w14:textId="77777777" w:rsidR="001D7423" w:rsidRDefault="001D7423" w:rsidP="001C1FFB">
            <w:r>
              <w:t>GEN ED</w:t>
            </w:r>
          </w:p>
        </w:tc>
        <w:tc>
          <w:tcPr>
            <w:tcW w:w="2880" w:type="dxa"/>
          </w:tcPr>
          <w:p w14:paraId="2DA082D0" w14:textId="77777777" w:rsidR="001D7423" w:rsidRDefault="001D742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01C72DA6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512EE2BD" w14:textId="77777777" w:rsidR="001D7423" w:rsidRDefault="001D7423" w:rsidP="001C1FFB">
            <w:r>
              <w:t>Direct Equivalency or elective</w:t>
            </w:r>
          </w:p>
        </w:tc>
        <w:tc>
          <w:tcPr>
            <w:tcW w:w="2880" w:type="dxa"/>
          </w:tcPr>
          <w:p w14:paraId="0EBD57AA" w14:textId="77777777" w:rsidR="001D7423" w:rsidRDefault="001D7423" w:rsidP="001C1FFB">
            <w:r>
              <w:t>Free Elective</w:t>
            </w:r>
          </w:p>
        </w:tc>
      </w:tr>
      <w:tr w:rsidR="001D7423" w14:paraId="772094B6" w14:textId="77777777" w:rsidTr="001C1FFB">
        <w:tc>
          <w:tcPr>
            <w:tcW w:w="2880" w:type="dxa"/>
          </w:tcPr>
          <w:p w14:paraId="676C98A1" w14:textId="77777777" w:rsidR="001D7423" w:rsidRDefault="001D7423" w:rsidP="001C1FFB">
            <w:r>
              <w:t>ECO 150</w:t>
            </w:r>
          </w:p>
        </w:tc>
        <w:tc>
          <w:tcPr>
            <w:tcW w:w="2880" w:type="dxa"/>
          </w:tcPr>
          <w:p w14:paraId="4C2856F8" w14:textId="77777777" w:rsidR="001D7423" w:rsidRDefault="001D7423" w:rsidP="001C1FFB">
            <w:r>
              <w:t>Principles of Microeconomics</w:t>
            </w:r>
          </w:p>
        </w:tc>
        <w:tc>
          <w:tcPr>
            <w:tcW w:w="2880" w:type="dxa"/>
          </w:tcPr>
          <w:p w14:paraId="429D32F3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23B8595D" w14:textId="77777777" w:rsidR="001D7423" w:rsidRDefault="001D7423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72490A64" w14:textId="77777777" w:rsidR="001D7423" w:rsidRDefault="001D7423" w:rsidP="001C1FFB">
            <w:r>
              <w:t>Require Major Support Course</w:t>
            </w:r>
          </w:p>
        </w:tc>
      </w:tr>
      <w:tr w:rsidR="001D7423" w14:paraId="730B3A50" w14:textId="77777777" w:rsidTr="001C1FFB">
        <w:tc>
          <w:tcPr>
            <w:tcW w:w="2880" w:type="dxa"/>
          </w:tcPr>
          <w:p w14:paraId="37F60A05" w14:textId="77777777" w:rsidR="001D7423" w:rsidRDefault="001D7423" w:rsidP="001C1FFB">
            <w:r>
              <w:t>LGL 102</w:t>
            </w:r>
          </w:p>
        </w:tc>
        <w:tc>
          <w:tcPr>
            <w:tcW w:w="2880" w:type="dxa"/>
          </w:tcPr>
          <w:p w14:paraId="74EB3E0D" w14:textId="77777777" w:rsidR="001D7423" w:rsidRDefault="001D7423" w:rsidP="001C1FFB">
            <w:r>
              <w:t>Business Law</w:t>
            </w:r>
          </w:p>
        </w:tc>
        <w:tc>
          <w:tcPr>
            <w:tcW w:w="2880" w:type="dxa"/>
          </w:tcPr>
          <w:p w14:paraId="7FB86990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60B6A86E" w14:textId="77777777" w:rsidR="001D7423" w:rsidRDefault="001D7423" w:rsidP="001C1FFB">
            <w:r>
              <w:t>BUS 252 BUSINESS LAW I (3)</w:t>
            </w:r>
          </w:p>
        </w:tc>
        <w:tc>
          <w:tcPr>
            <w:tcW w:w="2880" w:type="dxa"/>
          </w:tcPr>
          <w:p w14:paraId="5A686C2F" w14:textId="77777777" w:rsidR="001D7423" w:rsidRDefault="001D7423" w:rsidP="001C1FFB">
            <w:r>
              <w:t>Major Core Course</w:t>
            </w:r>
          </w:p>
        </w:tc>
      </w:tr>
      <w:tr w:rsidR="001D7423" w14:paraId="70C5C905" w14:textId="77777777" w:rsidTr="001C1FFB">
        <w:tc>
          <w:tcPr>
            <w:tcW w:w="2880" w:type="dxa"/>
          </w:tcPr>
          <w:p w14:paraId="10C8F6D7" w14:textId="77777777" w:rsidR="001D7423" w:rsidRDefault="001D7423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08B25F9D" w14:textId="77777777" w:rsidR="001D7423" w:rsidRDefault="001D7423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3E0AC4C8" w14:textId="77777777" w:rsidR="001D7423" w:rsidRDefault="001D7423" w:rsidP="001C1FFB">
            <w:r>
              <w:t>Business Core Elective (choose one)</w:t>
            </w:r>
          </w:p>
        </w:tc>
        <w:tc>
          <w:tcPr>
            <w:tcW w:w="2880" w:type="dxa"/>
          </w:tcPr>
          <w:p w14:paraId="3E2BEFB8" w14:textId="77777777" w:rsidR="001D7423" w:rsidRDefault="001D7423" w:rsidP="001C1FFB">
            <w:r>
              <w:t>3</w:t>
            </w:r>
          </w:p>
        </w:tc>
        <w:tc>
          <w:tcPr>
            <w:tcW w:w="2880" w:type="dxa"/>
          </w:tcPr>
          <w:p w14:paraId="36982F20" w14:textId="77777777" w:rsidR="001D7423" w:rsidRDefault="001D7423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0754AAD5" w14:textId="77777777" w:rsidR="001D7423" w:rsidRDefault="001D7423" w:rsidP="001C1FFB">
            <w:r>
              <w:t>MGT 231 and MKT241N are Major Core Courses.</w:t>
            </w:r>
          </w:p>
          <w:p w14:paraId="562A5670" w14:textId="77777777" w:rsidR="001D7423" w:rsidRDefault="001D7423" w:rsidP="001C1FFB"/>
          <w:p w14:paraId="3142F535" w14:textId="77777777" w:rsidR="001D7423" w:rsidRDefault="001D7423" w:rsidP="001C1FFB">
            <w:r>
              <w:t>For concentrations that do not require MGT231 specifically or as a concentration elective, it can count in place of MGT332</w:t>
            </w:r>
          </w:p>
        </w:tc>
      </w:tr>
      <w:tr w:rsidR="001D7423" w14:paraId="4F5041B8" w14:textId="77777777" w:rsidTr="001C1FFB">
        <w:tc>
          <w:tcPr>
            <w:tcW w:w="2880" w:type="dxa"/>
          </w:tcPr>
          <w:p w14:paraId="6EBDABB1" w14:textId="77777777" w:rsidR="001D7423" w:rsidRDefault="001D7423" w:rsidP="001C1FFB">
            <w:r>
              <w:t>GEN ED</w:t>
            </w:r>
          </w:p>
        </w:tc>
        <w:tc>
          <w:tcPr>
            <w:tcW w:w="2880" w:type="dxa"/>
          </w:tcPr>
          <w:p w14:paraId="7D708E46" w14:textId="77777777" w:rsidR="001D7423" w:rsidRDefault="001D7423" w:rsidP="001C1FFB">
            <w:r>
              <w:t>General Education Science Elective</w:t>
            </w:r>
          </w:p>
        </w:tc>
        <w:tc>
          <w:tcPr>
            <w:tcW w:w="2880" w:type="dxa"/>
          </w:tcPr>
          <w:p w14:paraId="620EFFB3" w14:textId="77777777" w:rsidR="001D7423" w:rsidRDefault="001D7423" w:rsidP="001C1FFB">
            <w:r>
              <w:t>3–4</w:t>
            </w:r>
          </w:p>
        </w:tc>
        <w:tc>
          <w:tcPr>
            <w:tcW w:w="2880" w:type="dxa"/>
          </w:tcPr>
          <w:p w14:paraId="747461FF" w14:textId="77777777" w:rsidR="001D7423" w:rsidRDefault="001D7423" w:rsidP="001C1FFB">
            <w:r>
              <w:t>Direct Equivalency or elective</w:t>
            </w:r>
          </w:p>
        </w:tc>
        <w:tc>
          <w:tcPr>
            <w:tcW w:w="2880" w:type="dxa"/>
          </w:tcPr>
          <w:p w14:paraId="2FE06A06" w14:textId="77777777" w:rsidR="001D7423" w:rsidRDefault="001D7423" w:rsidP="001C1FFB">
            <w:r>
              <w:t>Free Elective</w:t>
            </w:r>
          </w:p>
        </w:tc>
      </w:tr>
      <w:tr w:rsidR="001D7423" w14:paraId="7C938A1D" w14:textId="77777777" w:rsidTr="001C1FFB">
        <w:tc>
          <w:tcPr>
            <w:tcW w:w="2880" w:type="dxa"/>
          </w:tcPr>
          <w:p w14:paraId="54F60C01" w14:textId="77777777" w:rsidR="001D7423" w:rsidRDefault="001D7423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7E376C3C" w14:textId="77777777" w:rsidR="001D7423" w:rsidRDefault="001D7423" w:rsidP="001C1FFB">
            <w:r>
              <w:t>Total Transfer Credits:</w:t>
            </w:r>
          </w:p>
        </w:tc>
        <w:tc>
          <w:tcPr>
            <w:tcW w:w="2880" w:type="dxa"/>
          </w:tcPr>
          <w:p w14:paraId="2F402CE3" w14:textId="77777777" w:rsidR="001D7423" w:rsidRDefault="001D7423" w:rsidP="001C1FFB">
            <w:r>
              <w:t>63-64</w:t>
            </w:r>
          </w:p>
        </w:tc>
        <w:tc>
          <w:tcPr>
            <w:tcW w:w="2880" w:type="dxa"/>
          </w:tcPr>
          <w:p w14:paraId="4C06DA4E" w14:textId="77777777" w:rsidR="001D7423" w:rsidRDefault="001D7423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3DF1B402" w14:textId="77777777" w:rsidR="001D7423" w:rsidRDefault="001D7423" w:rsidP="001C1FFB">
            <w:r>
              <w:t>63-64</w:t>
            </w:r>
          </w:p>
        </w:tc>
      </w:tr>
    </w:tbl>
    <w:p w14:paraId="108A1D31" w14:textId="77777777" w:rsidR="001D7423" w:rsidRDefault="001D7423"/>
    <w:p w14:paraId="3EEF5EB0" w14:textId="77777777" w:rsidR="00D24D3E" w:rsidRDefault="00710C6A">
      <w:pPr>
        <w:pStyle w:val="Heading2"/>
      </w:pPr>
      <w:r>
        <w:t>Program Credit Summary</w:t>
      </w:r>
    </w:p>
    <w:p w14:paraId="00104E19" w14:textId="77777777" w:rsidR="00D24D3E" w:rsidRDefault="00710C6A">
      <w:r>
        <w:t>Total Program Credits: 63–64</w:t>
      </w:r>
      <w:r>
        <w:br/>
        <w:t>Total Transfer Credits Applicable to Salem State University Program: 63–64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7423"/>
    <w:rsid w:val="00265115"/>
    <w:rsid w:val="0029639D"/>
    <w:rsid w:val="00326F90"/>
    <w:rsid w:val="00347817"/>
    <w:rsid w:val="003D26E2"/>
    <w:rsid w:val="00567A3F"/>
    <w:rsid w:val="00671DD9"/>
    <w:rsid w:val="00710C6A"/>
    <w:rsid w:val="007F3A1A"/>
    <w:rsid w:val="00896F9E"/>
    <w:rsid w:val="009348EF"/>
    <w:rsid w:val="00AA1D8D"/>
    <w:rsid w:val="00B47730"/>
    <w:rsid w:val="00C62D4D"/>
    <w:rsid w:val="00CB0664"/>
    <w:rsid w:val="00D101C7"/>
    <w:rsid w:val="00D24D3E"/>
    <w:rsid w:val="00DC46E2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60E67E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4393</Characters>
  <Application>Microsoft Office Word</Application>
  <DocSecurity>0</DocSecurity>
  <Lines>36</Lines>
  <Paragraphs>10</Paragraphs>
  <ScaleCrop>false</ScaleCrop>
  <Manager/>
  <Company/>
  <LinksUpToDate>false</LinksUpToDate>
  <CharactersWithSpaces>5153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2026-05-07T20:27:00Z</dcterms:created>
  <dcterms:modified xsi:type="dcterms:W3CDTF">2026-07-16T20:06:00Z</dcterms:modified>
  <cp:category/>
</cp:coreProperties>
</file>