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5661" w14:textId="77777777" w:rsidR="00D24D3E" w:rsidRDefault="00710C6A">
      <w:pPr>
        <w:pStyle w:val="Title"/>
      </w:pPr>
      <w:r>
        <w:t>Salem State University Advising Map</w:t>
      </w:r>
    </w:p>
    <w:p w14:paraId="6CA9AB44" w14:textId="72E752D5" w:rsidR="00D24D3E" w:rsidRDefault="7AE20C1C" w:rsidP="43F3093D">
      <w:pPr>
        <w:pStyle w:val="Heading1"/>
      </w:pPr>
      <w:r>
        <w:t>Northern Essex Community College Business Transfer Associate Degree mapped to Salem State University Finance Concentration BSBA</w:t>
      </w:r>
      <w:r w:rsidR="061B64C1"/>
      <w:r w:rsidR="5A246927"/>
      <w:r w:rsidR="061B64C1"/>
      <w:r w:rsidR="2D9C9DB0"/>
    </w:p>
    <w:p w14:paraId="441C3C59" w14:textId="77777777" w:rsidR="00D24D3E" w:rsidRDefault="00710C6A">
      <w:pPr>
        <w:pStyle w:val="Heading2"/>
      </w:pPr>
      <w:r>
        <w:t>Catalog Information</w:t>
      </w:r>
    </w:p>
    <w:p w14:paraId="0A440ADC" w14:textId="50B13A35" w:rsidR="00D24D3E" w:rsidRDefault="23936FD1">
      <w:r>
        <w:t>Northern Essex Community College Catalog Year: 2025–2026</w:t>
        <w:br/>
        <w:t>Salem State University Catalog Year: 2025–2026</w:t>
      </w:r>
      <w:r w:rsidR="5F423206"/>
      <w:r w:rsidR="3572195F"/>
      <w:r w:rsidR="5CF1DB59"/>
      <w:r w:rsidR="3572195F"/>
      <w:r w:rsidR="20D07123"/>
      <w:r w:rsidR="3572195F"/>
      <w:r w:rsidR="1242441B"/>
      <w:r w:rsidR="3572195F"/>
    </w:p>
    <w:p w14:paraId="6F615C4E" w14:textId="77777777" w:rsidR="00D24D3E" w:rsidRDefault="00710C6A">
      <w:pPr>
        <w:pStyle w:val="Heading2"/>
      </w:pPr>
      <w:r>
        <w:t>Advising Notes</w:t>
      </w:r>
    </w:p>
    <w:p w14:paraId="051F19FF" w14:textId="4ADA1DB9" w:rsidR="00D24D3E" w:rsidRDefault="58B044D2">
      <w:r>
        <w:t>This map is a Salem State University advising tool only. Northern Essex Community College students should work with their NECC advisor. This program has the required courses for the MassTransfer General Education Foundation built in.</w:t>
      </w:r>
      <w:r w:rsidR="62D7F3E6"/>
      <w:r/>
      <w:r w:rsidR="33143ED3"/>
      <w:r/>
    </w:p>
    <w:p w14:paraId="1534F048" w14:textId="77777777" w:rsidR="00D24D3E" w:rsidRDefault="00710C6A">
      <w:pPr>
        <w:pStyle w:val="Heading2"/>
      </w:pPr>
      <w:r>
        <w:t>MassTransfer General Education Foundation</w:t>
      </w:r>
    </w:p>
    <w:p w14:paraId="2AF2A6D1" w14:textId="6B55B55C" w:rsidR="00D24D3E" w:rsidRDefault="58B044D2">
      <w:r>
        <w:t>The following table lists MassTransfer General Education requirements and their corresponding NECC courses.</w:t>
      </w:r>
      <w:r w:rsidR="5D051FB3"/>
      <w:r/>
    </w:p>
    <w:tbl>
      <w:tblPr>
        <w:tblStyle w:val="TableGrid"/>
        <w:tblW w:w="0" w:type="auto"/>
        <w:tblLook w:val="04A0" w:firstRow="1" w:lastRow="0" w:firstColumn="1" w:lastColumn="0" w:noHBand="0" w:noVBand="1"/>
      </w:tblPr>
      <w:tblGrid>
        <w:gridCol w:w="7200"/>
        <w:gridCol w:w="7200"/>
      </w:tblGrid>
      <w:tr w:rsidR="00D24D3E" w14:paraId="4CF6AD50" w14:textId="77777777" w:rsidTr="3178416E">
        <w:trPr>
          <w:tblHeader/>
        </w:trPr>
        <w:tc>
          <w:tcPr>
            <w:tcW w:w="7200" w:type="dxa"/>
          </w:tcPr>
          <w:p w14:paraId="39F65D4B" w14:textId="77777777" w:rsidR="00D24D3E" w:rsidRDefault="00710C6A">
            <w:r>
              <w:t>MassTransfer Requirement</w:t>
            </w:r>
          </w:p>
        </w:tc>
        <w:tc>
          <w:tcPr>
            <w:tcW w:w="7200" w:type="dxa"/>
          </w:tcPr>
          <w:p w14:paraId="3B65D705" w14:textId="0A8C07AB" w:rsidR="00D24D3E" w:rsidRDefault="5DBA3BB5">
            <w:r>
              <w:t>NECC Course(s)</w:t>
            </w:r>
            <w:r w:rsidR="58B044D2"/>
          </w:p>
        </w:tc>
      </w:tr>
      <w:tr w:rsidR="00D24D3E" w14:paraId="17634F03" w14:textId="77777777" w:rsidTr="3178416E">
        <w:tc>
          <w:tcPr>
            <w:tcW w:w="7200" w:type="dxa"/>
          </w:tcPr>
          <w:p w14:paraId="2E63AF61" w14:textId="77777777" w:rsidR="00D24D3E" w:rsidRDefault="00710C6A">
            <w:r>
              <w:t>Composition I</w:t>
            </w:r>
          </w:p>
        </w:tc>
        <w:tc>
          <w:tcPr>
            <w:tcW w:w="7200" w:type="dxa"/>
          </w:tcPr>
          <w:p w14:paraId="414BE37F" w14:textId="1B0B20A0" w:rsidR="00D24D3E" w:rsidRDefault="00D24D3E">
            <w:r>
              <w:t>ENG101</w:t>
            </w:r>
          </w:p>
        </w:tc>
      </w:tr>
      <w:tr w:rsidR="00D24D3E" w14:paraId="40099D84" w14:textId="77777777" w:rsidTr="3178416E">
        <w:tc>
          <w:tcPr>
            <w:tcW w:w="7200" w:type="dxa"/>
          </w:tcPr>
          <w:p w14:paraId="57DAF1B1" w14:textId="77777777" w:rsidR="00D24D3E" w:rsidRDefault="00710C6A">
            <w:r>
              <w:t>Composition II</w:t>
            </w:r>
          </w:p>
        </w:tc>
        <w:tc>
          <w:tcPr>
            <w:tcW w:w="7200" w:type="dxa"/>
          </w:tcPr>
          <w:p w14:paraId="0576F7B5" w14:textId="571E4B69" w:rsidR="00D24D3E" w:rsidRDefault="00D24D3E">
            <w:r>
              <w:t>ENG102</w:t>
            </w:r>
          </w:p>
        </w:tc>
      </w:tr>
      <w:tr w:rsidR="00D24D3E" w14:paraId="2CEC041E" w14:textId="77777777" w:rsidTr="3178416E">
        <w:tc>
          <w:tcPr>
            <w:tcW w:w="7200" w:type="dxa"/>
          </w:tcPr>
          <w:p w14:paraId="4BECA4B9" w14:textId="77777777" w:rsidR="00D24D3E" w:rsidRDefault="00710C6A">
            <w:r>
              <w:t>Behavioral/Social Science</w:t>
            </w:r>
          </w:p>
        </w:tc>
        <w:tc>
          <w:tcPr>
            <w:tcW w:w="7200" w:type="dxa"/>
          </w:tcPr>
          <w:p w14:paraId="507829E5" w14:textId="4DF6B735" w:rsidR="00D24D3E" w:rsidRDefault="00D24D3E">
            <w:r>
              <w:t>ECO201</w:t>
            </w:r>
          </w:p>
        </w:tc>
      </w:tr>
      <w:tr w:rsidR="00D24D3E" w14:paraId="2D81FBAB" w14:textId="77777777" w:rsidTr="3178416E">
        <w:tc>
          <w:tcPr>
            <w:tcW w:w="7200" w:type="dxa"/>
          </w:tcPr>
          <w:p w14:paraId="7566C923" w14:textId="77777777" w:rsidR="00D24D3E" w:rsidRDefault="00710C6A">
            <w:r>
              <w:t>Behavioral/Social Science</w:t>
            </w:r>
          </w:p>
        </w:tc>
        <w:tc>
          <w:tcPr>
            <w:tcW w:w="7200" w:type="dxa"/>
          </w:tcPr>
          <w:p w14:paraId="033F468B" w14:textId="7B847EFA" w:rsidR="00D24D3E" w:rsidRDefault="00D24D3E">
            <w:r>
              <w:t>ECO202</w:t>
            </w:r>
          </w:p>
        </w:tc>
      </w:tr>
      <w:tr w:rsidR="00D24D3E" w14:paraId="2836D92C" w14:textId="77777777" w:rsidTr="3178416E">
        <w:tc>
          <w:tcPr>
            <w:tcW w:w="7200" w:type="dxa"/>
          </w:tcPr>
          <w:p w14:paraId="6EA0994D" w14:textId="77777777" w:rsidR="00D24D3E" w:rsidRDefault="00710C6A">
            <w:r>
              <w:t>Behavioral/Social Science</w:t>
            </w:r>
          </w:p>
        </w:tc>
        <w:tc>
          <w:tcPr>
            <w:tcW w:w="7200" w:type="dxa"/>
          </w:tcPr>
          <w:p w14:paraId="22260913" w14:textId="682631B1" w:rsidR="00D24D3E" w:rsidRDefault="00D24D3E">
            <w:r>
              <w:t>PSY101</w:t>
            </w:r>
          </w:p>
        </w:tc>
      </w:tr>
      <w:tr w:rsidR="00D24D3E" w14:paraId="68C6AF95" w14:textId="77777777" w:rsidTr="3178416E">
        <w:tc>
          <w:tcPr>
            <w:tcW w:w="7200" w:type="dxa"/>
          </w:tcPr>
          <w:p w14:paraId="5B363A75" w14:textId="77777777" w:rsidR="00D24D3E" w:rsidRDefault="00710C6A">
            <w:r>
              <w:t>Humanities/Fine Arts</w:t>
            </w:r>
          </w:p>
        </w:tc>
        <w:tc>
          <w:tcPr>
            <w:tcW w:w="7200" w:type="dxa"/>
          </w:tcPr>
          <w:p w14:paraId="4A6D93AA" w14:textId="6034959E" w:rsidR="00D24D3E" w:rsidRDefault="00D24D3E">
            <w:r>
              <w:t>COM111</w:t>
            </w:r>
          </w:p>
        </w:tc>
      </w:tr>
      <w:tr w:rsidR="00D24D3E" w14:paraId="371F5AC8" w14:textId="77777777" w:rsidTr="3178416E">
        <w:tc>
          <w:tcPr>
            <w:tcW w:w="7200" w:type="dxa"/>
          </w:tcPr>
          <w:p w14:paraId="294AC444" w14:textId="77777777" w:rsidR="00D24D3E" w:rsidRDefault="00710C6A">
            <w:r>
              <w:t>Humanities/Fine Arts</w:t>
            </w:r>
          </w:p>
        </w:tc>
        <w:tc>
          <w:tcPr>
            <w:tcW w:w="7200" w:type="dxa"/>
          </w:tcPr>
          <w:p w14:paraId="34583614" w14:textId="79D84EB5" w:rsidR="00D24D3E" w:rsidRDefault="00D24D3E">
            <w:r>
              <w:t>Humanities Elective</w:t>
            </w:r>
          </w:p>
        </w:tc>
      </w:tr>
      <w:tr w:rsidR="00D24D3E" w14:paraId="0F6A3A7C" w14:textId="77777777" w:rsidTr="3178416E">
        <w:tc>
          <w:tcPr>
            <w:tcW w:w="7200" w:type="dxa"/>
          </w:tcPr>
          <w:p w14:paraId="48EA895E" w14:textId="77777777" w:rsidR="00D24D3E" w:rsidRDefault="00710C6A">
            <w:r>
              <w:t>Humanities/Fine Arts</w:t>
            </w:r>
          </w:p>
        </w:tc>
        <w:tc>
          <w:tcPr>
            <w:tcW w:w="7200" w:type="dxa"/>
          </w:tcPr>
          <w:p w14:paraId="68A4A566" w14:textId="3C8CCDAB" w:rsidR="00D24D3E" w:rsidRDefault="00D24D3E">
            <w:r>
              <w:t>Humanities Elective</w:t>
            </w:r>
          </w:p>
        </w:tc>
      </w:tr>
      <w:tr w:rsidR="00D24D3E" w14:paraId="470EDF7F" w14:textId="77777777" w:rsidTr="3178416E">
        <w:tc>
          <w:tcPr>
            <w:tcW w:w="7200" w:type="dxa"/>
          </w:tcPr>
          <w:p w14:paraId="79526742" w14:textId="77777777" w:rsidR="00D24D3E" w:rsidRDefault="00710C6A">
            <w:r>
              <w:t>Laboratory Science</w:t>
            </w:r>
          </w:p>
        </w:tc>
        <w:tc>
          <w:tcPr>
            <w:tcW w:w="7200" w:type="dxa"/>
          </w:tcPr>
          <w:p w14:paraId="6950425D" w14:textId="421B3F6B" w:rsidR="00D24D3E" w:rsidRDefault="00D24D3E">
            <w:r>
              <w:t>Science Elective – Lab Science Elective</w:t>
            </w:r>
          </w:p>
        </w:tc>
      </w:tr>
      <w:tr w:rsidR="00D24D3E" w14:paraId="4A109927" w14:textId="77777777" w:rsidTr="3178416E">
        <w:tc>
          <w:tcPr>
            <w:tcW w:w="7200" w:type="dxa"/>
          </w:tcPr>
          <w:p w14:paraId="20A0F2B1" w14:textId="77777777" w:rsidR="00D24D3E" w:rsidRDefault="00710C6A">
            <w:r>
              <w:t>Science</w:t>
            </w:r>
          </w:p>
        </w:tc>
        <w:tc>
          <w:tcPr>
            <w:tcW w:w="7200" w:type="dxa"/>
          </w:tcPr>
          <w:p w14:paraId="598B24D3" w14:textId="5894EE85" w:rsidR="00D24D3E" w:rsidRDefault="00D24D3E">
            <w:r>
              <w:t>Science Elective</w:t>
            </w:r>
          </w:p>
        </w:tc>
      </w:tr>
      <w:tr w:rsidR="00D24D3E" w14:paraId="177D5C7B" w14:textId="77777777" w:rsidTr="3178416E">
        <w:tc>
          <w:tcPr>
            <w:tcW w:w="7200" w:type="dxa"/>
          </w:tcPr>
          <w:p w14:paraId="79D05996" w14:textId="77777777" w:rsidR="00D24D3E" w:rsidRDefault="00710C6A">
            <w:r>
              <w:t>Mathematics</w:t>
            </w:r>
          </w:p>
        </w:tc>
        <w:tc>
          <w:tcPr>
            <w:tcW w:w="7200" w:type="dxa"/>
          </w:tcPr>
          <w:p w14:paraId="4909C953" w14:textId="122FC6C2" w:rsidR="00D24D3E" w:rsidRDefault="00D24D3E">
            <w:r>
              <w:t>Math Elective - SSU recommends one of the following: MAT125, MAT130, MAT145, MAT171, or MAT251</w:t>
            </w:r>
          </w:p>
        </w:tc>
      </w:tr>
    </w:tbl>
    <w:p w14:paraId="3F51A0AB" w14:textId="1A46917B" w:rsidR="00D24D3E" w:rsidRDefault="52AD3075">
      <w:pPr>
        <w:pStyle w:val="Heading2"/>
      </w:pPr>
      <w:r>
        <w:t>NECC to Salem State Course Articulation</w:t>
      </w:r>
      <w:r w:rsidR="58B044D2"/>
    </w:p>
    <w:p w14:paraId="398D8CA0" w14:textId="040D97D0" w:rsidR="00D24D3E" w:rsidRDefault="58B044D2">
      <w:r>
        <w:t>The following table shows NECC courses, their Salem State equivalents, credits, and how each course applies to the Salem State program.</w:t>
      </w:r>
      <w:r w:rsidR="31754457"/>
      <w:r/>
    </w:p>
    <w:tbl>
      <w:tblPr>
        <w:tblStyle w:val="TableGrid"/>
        <w:tblW w:w="0" w:type="auto"/>
        <w:tblLook w:val="04A0" w:firstRow="1" w:lastRow="0" w:firstColumn="1" w:lastColumn="0" w:noHBand="0" w:noVBand="1"/>
      </w:tblPr>
      <w:tblGrid>
        <w:gridCol w:w="2880"/>
        <w:gridCol w:w="2880"/>
        <w:gridCol w:w="2880"/>
        <w:gridCol w:w="2880"/>
        <w:gridCol w:w="2880"/>
      </w:tblGrid>
      <w:tr w:rsidR="00D24D3E" w14:paraId="481F55C7" w14:textId="77777777" w:rsidTr="3178416E">
        <w:trPr>
          <w:tblHeader/>
        </w:trPr>
        <w:tc>
          <w:tcPr>
            <w:tcW w:w="2880" w:type="dxa"/>
          </w:tcPr>
          <w:p w14:paraId="06589B10" w14:textId="2E6CA0A3" w:rsidR="00D24D3E" w:rsidRDefault="46FB37FB">
            <w:r>
              <w:t>NECC Course Number</w:t>
            </w:r>
            <w:r w:rsidR="58B044D2"/>
          </w:p>
        </w:tc>
        <w:tc>
          <w:tcPr>
            <w:tcW w:w="2880" w:type="dxa"/>
          </w:tcPr>
          <w:p w14:paraId="10416C7D" w14:textId="77777777" w:rsidR="00D24D3E" w:rsidRDefault="00710C6A">
            <w:r>
              <w:t>Course Title</w:t>
            </w:r>
          </w:p>
        </w:tc>
        <w:tc>
          <w:tcPr>
            <w:tcW w:w="2880" w:type="dxa"/>
          </w:tcPr>
          <w:p w14:paraId="38EBA950" w14:textId="77777777" w:rsidR="00D24D3E" w:rsidRDefault="00710C6A">
            <w:r>
              <w:t>Credits</w:t>
            </w:r>
          </w:p>
        </w:tc>
        <w:tc>
          <w:tcPr>
            <w:tcW w:w="2880" w:type="dxa"/>
          </w:tcPr>
          <w:p w14:paraId="43CB3ADA" w14:textId="77777777" w:rsidR="00D24D3E" w:rsidRDefault="00710C6A">
            <w:r>
              <w:t>Salem State Equivalent</w:t>
            </w:r>
          </w:p>
        </w:tc>
        <w:tc>
          <w:tcPr>
            <w:tcW w:w="2880" w:type="dxa"/>
          </w:tcPr>
          <w:p w14:paraId="669DA066" w14:textId="77777777" w:rsidR="00D24D3E" w:rsidRDefault="00710C6A">
            <w:r>
              <w:t>Application to Salem State Program</w:t>
            </w:r>
          </w:p>
        </w:tc>
      </w:tr>
      <w:tr w:rsidR="00D24D3E" w14:paraId="7433819F" w14:textId="77777777" w:rsidTr="3178416E">
        <w:tc>
          <w:tcPr>
            <w:tcW w:w="2880" w:type="dxa"/>
          </w:tcPr>
          <w:p w14:paraId="752A7C45" w14:textId="0FA47C00" w:rsidR="00D24D3E" w:rsidRDefault="00D24D3E">
            <w:r>
              <w:t>ACC101</w:t>
            </w:r>
          </w:p>
        </w:tc>
        <w:tc>
          <w:tcPr>
            <w:tcW w:w="2880" w:type="dxa"/>
          </w:tcPr>
          <w:p w14:paraId="79EE601E" w14:textId="1B8CA646" w:rsidR="00D24D3E" w:rsidRDefault="00D24D3E">
            <w:r>
              <w:t>Introductory Accounting I</w:t>
            </w:r>
          </w:p>
        </w:tc>
        <w:tc>
          <w:tcPr>
            <w:tcW w:w="2880" w:type="dxa"/>
          </w:tcPr>
          <w:p w14:paraId="48EA653F" w14:textId="664CFBE1" w:rsidR="00D24D3E" w:rsidRDefault="00D24D3E">
            <w:r>
              <w:t>3</w:t>
            </w:r>
          </w:p>
        </w:tc>
        <w:tc>
          <w:tcPr>
            <w:tcW w:w="2880" w:type="dxa"/>
          </w:tcPr>
          <w:p w14:paraId="633AEF96" w14:textId="04147793" w:rsidR="00D24D3E" w:rsidRDefault="00D24D3E">
            <w:r>
              <w:t>SSUT61</w:t>
            </w:r>
          </w:p>
        </w:tc>
        <w:tc>
          <w:tcPr>
            <w:tcW w:w="2880" w:type="dxa"/>
          </w:tcPr>
          <w:p w14:paraId="67063531" w14:textId="74AD761E" w:rsidR="00D24D3E" w:rsidRDefault="00D24D3E">
            <w:r>
              <w:t>Free Elective due to MassTransfer Gen Ed Exemption</w:t>
            </w:r>
          </w:p>
        </w:tc>
      </w:tr>
      <w:tr w:rsidR="00D24D3E" w14:paraId="383D01FC" w14:textId="77777777" w:rsidTr="3178416E">
        <w:tc>
          <w:tcPr>
            <w:tcW w:w="2880" w:type="dxa"/>
          </w:tcPr>
          <w:p w14:paraId="7700B562" w14:textId="20AB29EF" w:rsidR="00D24D3E" w:rsidRDefault="00D24D3E">
            <w:r>
              <w:t>ENG101</w:t>
            </w:r>
          </w:p>
        </w:tc>
        <w:tc>
          <w:tcPr>
            <w:tcW w:w="2880" w:type="dxa"/>
          </w:tcPr>
          <w:p w14:paraId="713B5DEB" w14:textId="50F0DCA0" w:rsidR="00D24D3E" w:rsidRDefault="00D24D3E">
            <w:r>
              <w:t>English Composition I</w:t>
            </w:r>
          </w:p>
        </w:tc>
        <w:tc>
          <w:tcPr>
            <w:tcW w:w="2880" w:type="dxa"/>
          </w:tcPr>
          <w:p w14:paraId="0D8F012D" w14:textId="7E13D4AF" w:rsidR="00D24D3E" w:rsidRDefault="00D24D3E">
            <w:r>
              <w:t>3</w:t>
            </w:r>
          </w:p>
        </w:tc>
        <w:tc>
          <w:tcPr>
            <w:tcW w:w="2880" w:type="dxa"/>
          </w:tcPr>
          <w:p w14:paraId="422CD81D" w14:textId="4FFB538E" w:rsidR="00D24D3E" w:rsidRDefault="00D24D3E">
            <w:r>
              <w:t>ENL 105 INTRODUCTION TO COLLEGE WRITING (3)</w:t>
            </w:r>
          </w:p>
        </w:tc>
        <w:tc>
          <w:tcPr>
            <w:tcW w:w="2880" w:type="dxa"/>
          </w:tcPr>
          <w:p w14:paraId="4D6BB64A" w14:textId="6C889E9E" w:rsidR="00D24D3E" w:rsidRDefault="00D24D3E">
            <w:r>
              <w:t>Free Elective due to MassTransfer Gen Ed Exemption</w:t>
            </w:r>
          </w:p>
        </w:tc>
      </w:tr>
      <w:tr w:rsidR="00D24D3E" w14:paraId="78A201D5" w14:textId="77777777" w:rsidTr="3178416E">
        <w:tc>
          <w:tcPr>
            <w:tcW w:w="2880" w:type="dxa"/>
          </w:tcPr>
          <w:p w14:paraId="1781F6DE" w14:textId="5903B74D" w:rsidR="00D24D3E" w:rsidRDefault="00D24D3E">
            <w:r>
              <w:t>PSY101</w:t>
              <w:br/>
              <w:t>Or</w:t>
              <w:br/>
              <w:t>SOC101</w:t>
            </w:r>
          </w:p>
        </w:tc>
        <w:tc>
          <w:tcPr>
            <w:tcW w:w="2880" w:type="dxa"/>
          </w:tcPr>
          <w:p w14:paraId="6FE85FB6" w14:textId="77FEF648" w:rsidR="00D24D3E" w:rsidRDefault="00D24D3E">
            <w:r>
              <w:t>Introduction to Psychology</w:t>
              <w:br/>
              <w:t>Or</w:t>
              <w:br/>
              <w:t>Introduction to Sociology</w:t>
            </w:r>
          </w:p>
        </w:tc>
        <w:tc>
          <w:tcPr>
            <w:tcW w:w="2880" w:type="dxa"/>
          </w:tcPr>
          <w:p w14:paraId="40ACCABE" w14:textId="4CF0C1EC" w:rsidR="00D24D3E" w:rsidRDefault="00D24D3E">
            <w:r>
              <w:t>3</w:t>
            </w:r>
          </w:p>
        </w:tc>
        <w:tc>
          <w:tcPr>
            <w:tcW w:w="2880" w:type="dxa"/>
          </w:tcPr>
          <w:p w14:paraId="3FEABE27" w14:textId="241762F7" w:rsidR="00D24D3E" w:rsidRDefault="00D24D3E">
            <w:r>
              <w:t xml:space="preserve">PSY 101 </w:t>
              <w:br/>
              <w:t>Or</w:t>
              <w:br/>
              <w:t>SOC 110</w:t>
            </w:r>
          </w:p>
        </w:tc>
        <w:tc>
          <w:tcPr>
            <w:tcW w:w="2880" w:type="dxa"/>
          </w:tcPr>
          <w:p w14:paraId="2B8DC3EC" w14:textId="4BF0F03C" w:rsidR="00D24D3E" w:rsidRDefault="00D24D3E">
            <w:r>
              <w:t>SOC is a Required Major Support Course</w:t>
              <w:br/>
              <w:t>If PSY is chosen =</w:t>
              <w:br/>
              <w:t>Free Elective due to MassTransfer Gen Ed Exemption</w:t>
            </w:r>
          </w:p>
        </w:tc>
      </w:tr>
      <w:tr w:rsidR="00D24D3E" w14:paraId="1D61B18D" w14:textId="77777777" w:rsidTr="3178416E">
        <w:tc>
          <w:tcPr>
            <w:tcW w:w="2880" w:type="dxa"/>
          </w:tcPr>
          <w:p w14:paraId="7A2D450E" w14:textId="665135F5" w:rsidR="00D24D3E" w:rsidRDefault="00D24D3E">
            <w:r>
              <w:t>Math Elective</w:t>
            </w:r>
          </w:p>
        </w:tc>
        <w:tc>
          <w:tcPr>
            <w:tcW w:w="2880" w:type="dxa"/>
          </w:tcPr>
          <w:p w14:paraId="35BF33E1" w14:textId="77BFCDDB" w:rsidR="00D24D3E" w:rsidRDefault="00D24D3E">
            <w:r>
              <w:t>See Elective Advice</w:t>
              <w:br/>
              <w:t>Choose a MassTransfer Math Elective</w:t>
              <w:br/>
              <w:t>SSU recommends one of the following: MAT125, MAT130, MAT145, MAT171, or MAT251</w:t>
            </w:r>
          </w:p>
        </w:tc>
        <w:tc>
          <w:tcPr>
            <w:tcW w:w="2880" w:type="dxa"/>
          </w:tcPr>
          <w:p w14:paraId="03361A14" w14:textId="62DED21D" w:rsidR="00D24D3E" w:rsidRDefault="00D24D3E">
            <w:r>
              <w:t>3-4</w:t>
            </w:r>
          </w:p>
        </w:tc>
        <w:tc>
          <w:tcPr>
            <w:tcW w:w="2880" w:type="dxa"/>
          </w:tcPr>
          <w:p w14:paraId="4D9334DA" w14:textId="6354575B" w:rsidR="00D24D3E" w:rsidRDefault="00D24D3E">
            <w:r>
              <w:t>Per SSU equivalency – SSU recommends one of the following: SSU recommends one of the following: MAT125, MAT130, MAT145, MAT171, or MAT251</w:t>
            </w:r>
          </w:p>
        </w:tc>
        <w:tc>
          <w:tcPr>
            <w:tcW w:w="2880" w:type="dxa"/>
          </w:tcPr>
          <w:p w14:paraId="235F62E5" w14:textId="7351B4F4" w:rsidR="00D24D3E" w:rsidRDefault="00D24D3E">
            <w:r>
              <w:t>In place of Required Major Support Course MAT128</w:t>
            </w:r>
          </w:p>
        </w:tc>
      </w:tr>
      <w:tr w:rsidR="00D24D3E" w14:paraId="368A9DDE" w14:textId="77777777" w:rsidTr="3178416E">
        <w:tc>
          <w:tcPr>
            <w:tcW w:w="2880" w:type="dxa"/>
          </w:tcPr>
          <w:p w14:paraId="47E53734" w14:textId="1A6CE8E0" w:rsidR="00D24D3E" w:rsidRDefault="00D24D3E">
            <w:r>
              <w:t>Science Elective</w:t>
            </w:r>
          </w:p>
        </w:tc>
        <w:tc>
          <w:tcPr>
            <w:tcW w:w="2880" w:type="dxa"/>
          </w:tcPr>
          <w:p w14:paraId="3F839C95" w14:textId="501A58C2" w:rsidR="00D24D3E" w:rsidRDefault="00D24D3E">
            <w:r>
              <w:t xml:space="preserve">See Elective Advice </w:t>
              <w:br/>
              <w:t>Choose a MassTransfer Lab Science Elective</w:t>
            </w:r>
          </w:p>
        </w:tc>
        <w:tc>
          <w:tcPr>
            <w:tcW w:w="2880" w:type="dxa"/>
          </w:tcPr>
          <w:p w14:paraId="371AE00A" w14:textId="74077443" w:rsidR="00D24D3E" w:rsidRDefault="00D24D3E">
            <w:r>
              <w:t>4</w:t>
            </w:r>
          </w:p>
        </w:tc>
        <w:tc>
          <w:tcPr>
            <w:tcW w:w="2880" w:type="dxa"/>
          </w:tcPr>
          <w:p w14:paraId="1D11A64B" w14:textId="7443A85E" w:rsidR="00D24D3E" w:rsidRDefault="00D24D3E">
            <w:r>
              <w:t>Per SSU equivalency</w:t>
            </w:r>
          </w:p>
        </w:tc>
        <w:tc>
          <w:tcPr>
            <w:tcW w:w="2880" w:type="dxa"/>
          </w:tcPr>
          <w:p w14:paraId="492549BC" w14:textId="60E6C18E" w:rsidR="00D24D3E" w:rsidRDefault="00D24D3E">
            <w:r>
              <w:t>Free Elective due to MassTransfer Gen Ed Exemption</w:t>
            </w:r>
          </w:p>
        </w:tc>
      </w:tr>
      <w:tr w:rsidR="00D24D3E" w14:paraId="7326057A" w14:textId="77777777" w:rsidTr="3178416E">
        <w:tc>
          <w:tcPr>
            <w:tcW w:w="2880" w:type="dxa"/>
          </w:tcPr>
          <w:p w14:paraId="7ED72F0D" w14:textId="2847E395" w:rsidR="00D24D3E" w:rsidRDefault="00D24D3E">
            <w:r>
              <w:t>ACC102</w:t>
            </w:r>
          </w:p>
        </w:tc>
        <w:tc>
          <w:tcPr>
            <w:tcW w:w="2880" w:type="dxa"/>
          </w:tcPr>
          <w:p w14:paraId="20350B06" w14:textId="68E48AB2" w:rsidR="00D24D3E" w:rsidRDefault="00D24D3E">
            <w:r>
              <w:t>Introductory Accounting II</w:t>
            </w:r>
          </w:p>
        </w:tc>
        <w:tc>
          <w:tcPr>
            <w:tcW w:w="2880" w:type="dxa"/>
          </w:tcPr>
          <w:p w14:paraId="2DF49E0D" w14:textId="16A5285F" w:rsidR="00D24D3E" w:rsidRDefault="00D24D3E">
            <w:r>
              <w:t>3</w:t>
            </w:r>
          </w:p>
        </w:tc>
        <w:tc>
          <w:tcPr>
            <w:tcW w:w="2880" w:type="dxa"/>
          </w:tcPr>
          <w:p w14:paraId="1C602D65" w14:textId="6868771A" w:rsidR="00D24D3E" w:rsidRDefault="00D24D3E">
            <w:r>
              <w:t>ACC 106 FINANCIAL ACCOUNTING (3)</w:t>
            </w:r>
          </w:p>
        </w:tc>
        <w:tc>
          <w:tcPr>
            <w:tcW w:w="2880" w:type="dxa"/>
          </w:tcPr>
          <w:p w14:paraId="30BA38E9" w14:textId="18C10B93" w:rsidR="00D24D3E" w:rsidRDefault="00D24D3E">
            <w:r>
              <w:t>Major Core Course</w:t>
            </w:r>
          </w:p>
        </w:tc>
      </w:tr>
      <w:tr w:rsidR="00D24D3E" w14:paraId="6ADAF84E" w14:textId="77777777" w:rsidTr="3178416E">
        <w:tc>
          <w:tcPr>
            <w:tcW w:w="2880" w:type="dxa"/>
          </w:tcPr>
          <w:p w14:paraId="14AD1A6D" w14:textId="29F8F816" w:rsidR="00D24D3E" w:rsidRDefault="00D24D3E">
            <w:r>
              <w:t>BUS101</w:t>
            </w:r>
          </w:p>
        </w:tc>
        <w:tc>
          <w:tcPr>
            <w:tcW w:w="2880" w:type="dxa"/>
          </w:tcPr>
          <w:p w14:paraId="4FDB79E0" w14:textId="63759E71" w:rsidR="00D24D3E" w:rsidRDefault="00D24D3E">
            <w:r>
              <w:t>Introduction to Business</w:t>
            </w:r>
          </w:p>
        </w:tc>
        <w:tc>
          <w:tcPr>
            <w:tcW w:w="2880" w:type="dxa"/>
          </w:tcPr>
          <w:p w14:paraId="31DF5BA5" w14:textId="17E474B8" w:rsidR="00D24D3E" w:rsidRDefault="00D24D3E">
            <w:r>
              <w:t>3</w:t>
            </w:r>
          </w:p>
        </w:tc>
        <w:tc>
          <w:tcPr>
            <w:tcW w:w="2880" w:type="dxa"/>
          </w:tcPr>
          <w:p w14:paraId="60CB978A" w14:textId="3149227E" w:rsidR="00D24D3E" w:rsidRDefault="00D24D3E">
            <w:r>
              <w:t>BUS 170 INTRODUCTION TO BUSINESS (3)</w:t>
            </w:r>
          </w:p>
        </w:tc>
        <w:tc>
          <w:tcPr>
            <w:tcW w:w="2880" w:type="dxa"/>
          </w:tcPr>
          <w:p w14:paraId="7D8177B9" w14:textId="21D3E560" w:rsidR="00D24D3E" w:rsidRDefault="00D24D3E">
            <w:r>
              <w:t>Major Core Course</w:t>
            </w:r>
          </w:p>
        </w:tc>
      </w:tr>
      <w:tr w:rsidR="00D24D3E" w14:paraId="7AE768BF" w14:textId="77777777" w:rsidTr="3178416E">
        <w:tc>
          <w:tcPr>
            <w:tcW w:w="2880" w:type="dxa"/>
          </w:tcPr>
          <w:p w14:paraId="6D74AB2A" w14:textId="76C88CF9" w:rsidR="00D24D3E" w:rsidRDefault="00D24D3E">
            <w:r>
              <w:t>ENG102</w:t>
            </w:r>
          </w:p>
        </w:tc>
        <w:tc>
          <w:tcPr>
            <w:tcW w:w="2880" w:type="dxa"/>
          </w:tcPr>
          <w:p w14:paraId="2FD75A94" w14:textId="652034B7" w:rsidR="00D24D3E" w:rsidRDefault="00D24D3E">
            <w:r>
              <w:t>English Composition II</w:t>
            </w:r>
          </w:p>
        </w:tc>
        <w:tc>
          <w:tcPr>
            <w:tcW w:w="2880" w:type="dxa"/>
          </w:tcPr>
          <w:p w14:paraId="73BA9E07" w14:textId="1675D6E2" w:rsidR="00D24D3E" w:rsidRDefault="00D24D3E">
            <w:r>
              <w:t>3</w:t>
            </w:r>
          </w:p>
        </w:tc>
        <w:tc>
          <w:tcPr>
            <w:tcW w:w="2880" w:type="dxa"/>
          </w:tcPr>
          <w:p w14:paraId="594D7092" w14:textId="4FB88678" w:rsidR="00D24D3E" w:rsidRDefault="00D24D3E">
            <w:r>
              <w:t>ENL 110 FOUNDATIONS OF WRITING (3)</w:t>
            </w:r>
          </w:p>
        </w:tc>
        <w:tc>
          <w:tcPr>
            <w:tcW w:w="2880" w:type="dxa"/>
          </w:tcPr>
          <w:p w14:paraId="0AE47EF6" w14:textId="5E3AB89B" w:rsidR="00D24D3E" w:rsidRDefault="00D24D3E">
            <w:r>
              <w:t>Free Elective due to MassTransfer Gen Ed Exemption</w:t>
            </w:r>
          </w:p>
        </w:tc>
      </w:tr>
      <w:tr w:rsidR="00D24D3E" w14:paraId="50323F9F" w14:textId="77777777" w:rsidTr="3178416E">
        <w:tc>
          <w:tcPr>
            <w:tcW w:w="2880" w:type="dxa"/>
          </w:tcPr>
          <w:p w14:paraId="1AAA6F3C" w14:textId="55B2FDD9" w:rsidR="00D24D3E" w:rsidRDefault="00D24D3E">
            <w:r>
              <w:t>PSY101</w:t>
              <w:br/>
              <w:t>Or</w:t>
              <w:br/>
              <w:t>SOC101</w:t>
            </w:r>
          </w:p>
        </w:tc>
        <w:tc>
          <w:tcPr>
            <w:tcW w:w="2880" w:type="dxa"/>
          </w:tcPr>
          <w:p w14:paraId="177A106A" w14:textId="2BEDAC5C" w:rsidR="00D24D3E" w:rsidRDefault="00D24D3E">
            <w:r>
              <w:t>Introduction to Psychology</w:t>
              <w:br/>
              <w:t>Or</w:t>
              <w:br/>
              <w:t>Introduction to Sociology</w:t>
            </w:r>
          </w:p>
        </w:tc>
        <w:tc>
          <w:tcPr>
            <w:tcW w:w="2880" w:type="dxa"/>
          </w:tcPr>
          <w:p w14:paraId="40D46E27" w14:textId="4E676086" w:rsidR="00D24D3E" w:rsidRDefault="00D24D3E">
            <w:r>
              <w:t>3</w:t>
            </w:r>
          </w:p>
        </w:tc>
        <w:tc>
          <w:tcPr>
            <w:tcW w:w="2880" w:type="dxa"/>
          </w:tcPr>
          <w:p w14:paraId="30929820" w14:textId="51F9C080" w:rsidR="00D24D3E" w:rsidRDefault="00D24D3E">
            <w:r>
              <w:t xml:space="preserve">PSY 101 </w:t>
              <w:br/>
              <w:t>Or</w:t>
              <w:br/>
              <w:t>SOC 110</w:t>
            </w:r>
          </w:p>
        </w:tc>
        <w:tc>
          <w:tcPr>
            <w:tcW w:w="2880" w:type="dxa"/>
          </w:tcPr>
          <w:p w14:paraId="02E2C1D2" w14:textId="63A79C72" w:rsidR="00D24D3E" w:rsidRDefault="00D24D3E">
            <w:r>
              <w:t>SOC is a Required Major Support Course</w:t>
              <w:br/>
              <w:t>If PSY is chosen =</w:t>
              <w:br/>
              <w:t>Free Elective due to MassTransfer Gen Ed Exemption</w:t>
            </w:r>
          </w:p>
        </w:tc>
      </w:tr>
      <w:tr w:rsidR="00D24D3E" w14:paraId="12F480B8" w14:textId="77777777" w:rsidTr="3178416E">
        <w:tc>
          <w:tcPr>
            <w:tcW w:w="2880" w:type="dxa"/>
          </w:tcPr>
          <w:p w14:paraId="32BFA8A8" w14:textId="2E09B713" w:rsidR="00D24D3E" w:rsidRDefault="00D24D3E">
            <w:r>
              <w:t>Math Elective</w:t>
            </w:r>
          </w:p>
        </w:tc>
        <w:tc>
          <w:tcPr>
            <w:tcW w:w="2880" w:type="dxa"/>
          </w:tcPr>
          <w:p w14:paraId="7DB6031A" w14:textId="6DB363BC" w:rsidR="00D24D3E" w:rsidRDefault="00D24D3E">
            <w:r>
              <w:t xml:space="preserve">See Elective Advice </w:t>
              <w:br/>
              <w:t>Choose a MassTransfer Math Elective</w:t>
            </w:r>
          </w:p>
        </w:tc>
        <w:tc>
          <w:tcPr>
            <w:tcW w:w="2880" w:type="dxa"/>
          </w:tcPr>
          <w:p w14:paraId="4AA206FD" w14:textId="15A1D26B" w:rsidR="00D24D3E" w:rsidRDefault="00D24D3E">
            <w:r>
              <w:t>4</w:t>
            </w:r>
          </w:p>
        </w:tc>
        <w:tc>
          <w:tcPr>
            <w:tcW w:w="2880" w:type="dxa"/>
          </w:tcPr>
          <w:p w14:paraId="44F2EC34" w14:textId="05D69BBF" w:rsidR="00D24D3E" w:rsidRDefault="00D24D3E">
            <w:r>
              <w:t>Per SSU equivalency</w:t>
            </w:r>
          </w:p>
        </w:tc>
        <w:tc>
          <w:tcPr>
            <w:tcW w:w="2880" w:type="dxa"/>
          </w:tcPr>
          <w:p w14:paraId="365C6DFE" w14:textId="4CA717A7" w:rsidR="00D24D3E" w:rsidRDefault="00D24D3E">
            <w:r>
              <w:t>Free Elective due to MassTransfer Gen Ed Exemption</w:t>
            </w:r>
          </w:p>
        </w:tc>
      </w:tr>
      <w:tr w:rsidR="00D24D3E" w14:paraId="07B46124" w14:textId="77777777" w:rsidTr="3178416E">
        <w:tc>
          <w:tcPr>
            <w:tcW w:w="2880" w:type="dxa"/>
          </w:tcPr>
          <w:p w14:paraId="48FAC558" w14:textId="608C837E" w:rsidR="00D24D3E" w:rsidRDefault="00D24D3E">
            <w:r>
              <w:t>ACC203</w:t>
            </w:r>
          </w:p>
        </w:tc>
        <w:tc>
          <w:tcPr>
            <w:tcW w:w="2880" w:type="dxa"/>
          </w:tcPr>
          <w:p w14:paraId="5771AB24" w14:textId="19152A9D" w:rsidR="00D24D3E" w:rsidRDefault="00D24D3E">
            <w:r>
              <w:t>Managerial Accounting</w:t>
            </w:r>
          </w:p>
        </w:tc>
        <w:tc>
          <w:tcPr>
            <w:tcW w:w="2880" w:type="dxa"/>
          </w:tcPr>
          <w:p w14:paraId="3EBF6CAE" w14:textId="09D86ABB" w:rsidR="00D24D3E" w:rsidRDefault="00D24D3E">
            <w:r>
              <w:t>3</w:t>
            </w:r>
          </w:p>
        </w:tc>
        <w:tc>
          <w:tcPr>
            <w:tcW w:w="2880" w:type="dxa"/>
          </w:tcPr>
          <w:p w14:paraId="50B91891" w14:textId="6C3EF047" w:rsidR="00D24D3E" w:rsidRDefault="00D24D3E">
            <w:r>
              <w:t>ACC 202 MANAGERIAL ACCOUNTING (3)</w:t>
            </w:r>
          </w:p>
        </w:tc>
        <w:tc>
          <w:tcPr>
            <w:tcW w:w="2880" w:type="dxa"/>
          </w:tcPr>
          <w:p w14:paraId="67F045D8" w14:textId="27793B41" w:rsidR="00D24D3E" w:rsidRDefault="00D24D3E">
            <w:r>
              <w:t>Major Core Course</w:t>
            </w:r>
          </w:p>
        </w:tc>
      </w:tr>
      <w:tr w:rsidR="00D24D3E" w14:paraId="55D01214" w14:textId="77777777" w:rsidTr="3178416E">
        <w:tc>
          <w:tcPr>
            <w:tcW w:w="2880" w:type="dxa"/>
          </w:tcPr>
          <w:p w14:paraId="2DFF443F" w14:textId="0C6CCF03" w:rsidR="00D24D3E" w:rsidRDefault="00D24D3E">
            <w:r>
              <w:t>CIS110</w:t>
            </w:r>
          </w:p>
        </w:tc>
        <w:tc>
          <w:tcPr>
            <w:tcW w:w="2880" w:type="dxa"/>
          </w:tcPr>
          <w:p w14:paraId="34E9F822" w14:textId="35B3C3E3" w:rsidR="00D24D3E" w:rsidRDefault="00D24D3E">
            <w:r>
              <w:t>Computer Applications</w:t>
            </w:r>
          </w:p>
        </w:tc>
        <w:tc>
          <w:tcPr>
            <w:tcW w:w="2880" w:type="dxa"/>
          </w:tcPr>
          <w:p w14:paraId="0EE102A0" w14:textId="326C3B40" w:rsidR="00D24D3E" w:rsidRDefault="00D24D3E">
            <w:r>
              <w:t>3</w:t>
            </w:r>
          </w:p>
        </w:tc>
        <w:tc>
          <w:tcPr>
            <w:tcW w:w="2880" w:type="dxa"/>
          </w:tcPr>
          <w:p w14:paraId="692E7888" w14:textId="3960EE26" w:rsidR="00D24D3E" w:rsidRDefault="00D24D3E">
            <w:r>
              <w:t>ITC 117 COMPUTING FOR THE PROFESSIONS (3)</w:t>
            </w:r>
          </w:p>
        </w:tc>
        <w:tc>
          <w:tcPr>
            <w:tcW w:w="2880" w:type="dxa"/>
          </w:tcPr>
          <w:p w14:paraId="36D2F364" w14:textId="0C316873" w:rsidR="00D24D3E" w:rsidRDefault="00D24D3E">
            <w:r>
              <w:t>Free Elective due to MassTransfer Gen Ed Exemption</w:t>
            </w:r>
          </w:p>
        </w:tc>
      </w:tr>
      <w:tr w:rsidR="00D24D3E" w14:paraId="6830BA95" w14:textId="77777777" w:rsidTr="3178416E">
        <w:tc>
          <w:tcPr>
            <w:tcW w:w="2880" w:type="dxa"/>
          </w:tcPr>
          <w:p w14:paraId="2A525F6F" w14:textId="7459A027" w:rsidR="00D24D3E" w:rsidRDefault="00D24D3E">
            <w:r>
              <w:t>COM111</w:t>
            </w:r>
          </w:p>
        </w:tc>
        <w:tc>
          <w:tcPr>
            <w:tcW w:w="2880" w:type="dxa"/>
          </w:tcPr>
          <w:p w14:paraId="3523FAD2" w14:textId="36A34735" w:rsidR="00D24D3E" w:rsidRDefault="00D24D3E">
            <w:r>
              <w:t>Public Speaking</w:t>
            </w:r>
          </w:p>
        </w:tc>
        <w:tc>
          <w:tcPr>
            <w:tcW w:w="2880" w:type="dxa"/>
          </w:tcPr>
          <w:p w14:paraId="405A076E" w14:textId="31D05EA4" w:rsidR="00D24D3E" w:rsidRDefault="00D24D3E">
            <w:r>
              <w:t>3</w:t>
            </w:r>
          </w:p>
        </w:tc>
        <w:tc>
          <w:tcPr>
            <w:tcW w:w="2880" w:type="dxa"/>
          </w:tcPr>
          <w:p w14:paraId="58DBE931" w14:textId="01D0E899" w:rsidR="00D24D3E" w:rsidRDefault="00D24D3E">
            <w:r>
              <w:t>SPC 101A ORAL COMMUNICATION</w:t>
            </w:r>
          </w:p>
        </w:tc>
        <w:tc>
          <w:tcPr>
            <w:tcW w:w="2880" w:type="dxa"/>
          </w:tcPr>
          <w:p w14:paraId="078DDBAA" w14:textId="6F8735A1" w:rsidR="00D24D3E" w:rsidRDefault="00D24D3E">
            <w:r>
              <w:t>Free Elective due to MassTransfer Gen Ed Exemption</w:t>
            </w:r>
          </w:p>
        </w:tc>
      </w:tr>
      <w:tr w:rsidR="00D24D3E" w14:paraId="78E9A6B4" w14:textId="77777777" w:rsidTr="3178416E">
        <w:tc>
          <w:tcPr>
            <w:tcW w:w="2880" w:type="dxa"/>
          </w:tcPr>
          <w:p w14:paraId="3072DE51" w14:textId="54570059" w:rsidR="00D24D3E" w:rsidRDefault="00D24D3E">
            <w:r>
              <w:t>ECO201</w:t>
            </w:r>
          </w:p>
        </w:tc>
        <w:tc>
          <w:tcPr>
            <w:tcW w:w="2880" w:type="dxa"/>
          </w:tcPr>
          <w:p w14:paraId="41C78A64" w14:textId="074CAD8C" w:rsidR="00D24D3E" w:rsidRDefault="00D24D3E">
            <w:r>
              <w:t>Micro Economics</w:t>
            </w:r>
          </w:p>
        </w:tc>
        <w:tc>
          <w:tcPr>
            <w:tcW w:w="2880" w:type="dxa"/>
          </w:tcPr>
          <w:p w14:paraId="1F14E450" w14:textId="1A7E90ED" w:rsidR="00D24D3E" w:rsidRDefault="00D24D3E">
            <w:r>
              <w:t>3</w:t>
            </w:r>
          </w:p>
        </w:tc>
        <w:tc>
          <w:tcPr>
            <w:tcW w:w="2880" w:type="dxa"/>
          </w:tcPr>
          <w:p w14:paraId="7F879D90" w14:textId="33296A1D" w:rsidR="00D24D3E" w:rsidRDefault="00D24D3E">
            <w:r>
              <w:t>ECO 202 PRINCIPLES OF MICROECONOMICS (3)</w:t>
            </w:r>
          </w:p>
        </w:tc>
        <w:tc>
          <w:tcPr>
            <w:tcW w:w="2880" w:type="dxa"/>
          </w:tcPr>
          <w:p w14:paraId="10B4889D" w14:textId="53A66F17" w:rsidR="00D24D3E" w:rsidRDefault="00D24D3E">
            <w:r>
              <w:t>Required Major Support Course</w:t>
            </w:r>
          </w:p>
        </w:tc>
      </w:tr>
      <w:tr w:rsidR="00D24D3E" w14:paraId="1A890E6E" w14:textId="77777777" w:rsidTr="3178416E">
        <w:tc>
          <w:tcPr>
            <w:tcW w:w="2880" w:type="dxa"/>
          </w:tcPr>
          <w:p w14:paraId="36AD4605" w14:textId="552A2BAD" w:rsidR="00D24D3E" w:rsidRDefault="00D24D3E">
            <w:r>
              <w:t>MKT210</w:t>
            </w:r>
          </w:p>
        </w:tc>
        <w:tc>
          <w:tcPr>
            <w:tcW w:w="2880" w:type="dxa"/>
          </w:tcPr>
          <w:p w14:paraId="306406C2" w14:textId="739A8AEA" w:rsidR="00D24D3E" w:rsidRDefault="00D24D3E">
            <w:r>
              <w:t>Principles of Marketing</w:t>
            </w:r>
          </w:p>
        </w:tc>
        <w:tc>
          <w:tcPr>
            <w:tcW w:w="2880" w:type="dxa"/>
          </w:tcPr>
          <w:p w14:paraId="08640B42" w14:textId="5F6CBD31" w:rsidR="00D24D3E" w:rsidRDefault="00D24D3E">
            <w:r>
              <w:t>3</w:t>
            </w:r>
          </w:p>
        </w:tc>
        <w:tc>
          <w:tcPr>
            <w:tcW w:w="2880" w:type="dxa"/>
          </w:tcPr>
          <w:p w14:paraId="0110A119" w14:textId="134B60E4" w:rsidR="00D24D3E" w:rsidRDefault="00D24D3E">
            <w:r>
              <w:t>MKT 241N PRINCIPLES OF MARKETING (3)</w:t>
            </w:r>
          </w:p>
        </w:tc>
        <w:tc>
          <w:tcPr>
            <w:tcW w:w="2880" w:type="dxa"/>
          </w:tcPr>
          <w:p w14:paraId="7600DF72" w14:textId="1ACA0518" w:rsidR="00D24D3E" w:rsidRDefault="00D24D3E">
            <w:r>
              <w:t>Major Core Course</w:t>
            </w:r>
          </w:p>
        </w:tc>
      </w:tr>
      <w:tr w:rsidR="00D24D3E" w14:paraId="4C313D2B" w14:textId="77777777" w:rsidTr="3178416E">
        <w:tc>
          <w:tcPr>
            <w:tcW w:w="2880" w:type="dxa"/>
          </w:tcPr>
          <w:p w14:paraId="16FB5446" w14:textId="6090B3E5" w:rsidR="00D24D3E" w:rsidRDefault="00D24D3E">
            <w:r>
              <w:t>ECO202</w:t>
            </w:r>
          </w:p>
        </w:tc>
        <w:tc>
          <w:tcPr>
            <w:tcW w:w="2880" w:type="dxa"/>
          </w:tcPr>
          <w:p w14:paraId="42DCD1C1" w14:textId="3A6F7CEE" w:rsidR="00D24D3E" w:rsidRDefault="00D24D3E">
            <w:r>
              <w:t>Macro Economics</w:t>
            </w:r>
          </w:p>
        </w:tc>
        <w:tc>
          <w:tcPr>
            <w:tcW w:w="2880" w:type="dxa"/>
          </w:tcPr>
          <w:p w14:paraId="2C67A82A" w14:textId="1C47DF95" w:rsidR="00D24D3E" w:rsidRDefault="00D24D3E">
            <w:r>
              <w:t>3</w:t>
            </w:r>
          </w:p>
        </w:tc>
        <w:tc>
          <w:tcPr>
            <w:tcW w:w="2880" w:type="dxa"/>
          </w:tcPr>
          <w:p w14:paraId="1FAB1EF0" w14:textId="1683D60B" w:rsidR="00D24D3E" w:rsidRDefault="00D24D3E">
            <w:r>
              <w:t>ECO 201 PRINCIPLES OF MACROECONOMICS (3)</w:t>
            </w:r>
          </w:p>
        </w:tc>
        <w:tc>
          <w:tcPr>
            <w:tcW w:w="2880" w:type="dxa"/>
          </w:tcPr>
          <w:p w14:paraId="02CEA233" w14:textId="0170AAF1" w:rsidR="00D24D3E" w:rsidRDefault="00D24D3E">
            <w:r>
              <w:t>Required Major Support Course</w:t>
            </w:r>
          </w:p>
        </w:tc>
      </w:tr>
      <w:tr w:rsidR="00D24D3E" w14:paraId="71BFB782" w14:textId="77777777" w:rsidTr="3178416E">
        <w:tc>
          <w:tcPr>
            <w:tcW w:w="2880" w:type="dxa"/>
          </w:tcPr>
          <w:p w14:paraId="18046EC5" w14:textId="37B00DBB" w:rsidR="00D24D3E" w:rsidRDefault="00D24D3E">
            <w:r>
              <w:t>Business Elective</w:t>
              <w:br/>
              <w:t>Or</w:t>
              <w:br/>
              <w:t>COP110</w:t>
            </w:r>
          </w:p>
        </w:tc>
        <w:tc>
          <w:tcPr>
            <w:tcW w:w="2880" w:type="dxa"/>
          </w:tcPr>
          <w:p w14:paraId="7D1A455E" w14:textId="01B0E315" w:rsidR="00D24D3E" w:rsidRDefault="00D24D3E">
            <w:r>
              <w:t>See Elective Advice</w:t>
              <w:br/>
              <w:t>Or</w:t>
              <w:br/>
              <w:t>Internship Education</w:t>
            </w:r>
          </w:p>
        </w:tc>
        <w:tc>
          <w:tcPr>
            <w:tcW w:w="2880" w:type="dxa"/>
          </w:tcPr>
          <w:p w14:paraId="73E42420" w14:textId="6CCE51C8" w:rsidR="00D24D3E" w:rsidRDefault="00D24D3E">
            <w:r>
              <w:t>3</w:t>
            </w:r>
          </w:p>
        </w:tc>
        <w:tc>
          <w:tcPr>
            <w:tcW w:w="2880" w:type="dxa"/>
          </w:tcPr>
          <w:p w14:paraId="124ADEEE" w14:textId="7A8A95DA" w:rsidR="00D24D3E" w:rsidRDefault="00D24D3E">
            <w:r>
              <w:t>Per SSU equivalency</w:t>
              <w:br/>
              <w:t xml:space="preserve">Or </w:t>
              <w:br/>
              <w:t>SSUT61</w:t>
            </w:r>
          </w:p>
        </w:tc>
        <w:tc>
          <w:tcPr>
            <w:tcW w:w="2880" w:type="dxa"/>
          </w:tcPr>
          <w:p w14:paraId="5D571B50" w14:textId="2ACAE420" w:rsidR="00D24D3E" w:rsidRDefault="00D24D3E">
            <w:r>
              <w:t>Free Elective due to MassTransfer Gen Ed Exemption</w:t>
            </w:r>
          </w:p>
        </w:tc>
      </w:tr>
      <w:tr w:rsidR="00D24D3E" w14:paraId="4606279F" w14:textId="77777777" w:rsidTr="3178416E">
        <w:tc>
          <w:tcPr>
            <w:tcW w:w="2880" w:type="dxa"/>
          </w:tcPr>
          <w:p w14:paraId="62EFE232" w14:textId="0B816CBA" w:rsidR="00D24D3E" w:rsidRDefault="00D24D3E">
            <w:r>
              <w:t>Humanities Elective</w:t>
            </w:r>
          </w:p>
        </w:tc>
        <w:tc>
          <w:tcPr>
            <w:tcW w:w="2880" w:type="dxa"/>
          </w:tcPr>
          <w:p w14:paraId="27C58EA1" w14:textId="1745FF99" w:rsidR="00D24D3E" w:rsidRDefault="00D24D3E">
            <w:r>
              <w:t>See Elective Advice Choose a MassTransfer Humanities Elective</w:t>
              <w:br/>
              <w:t>Co</w:t>
            </w:r>
          </w:p>
        </w:tc>
        <w:tc>
          <w:tcPr>
            <w:tcW w:w="2880" w:type="dxa"/>
          </w:tcPr>
          <w:p w14:paraId="60FD70A2" w14:textId="4975B4BF" w:rsidR="00D24D3E" w:rsidRDefault="00D24D3E">
            <w:r>
              <w:t>3</w:t>
            </w:r>
          </w:p>
        </w:tc>
        <w:tc>
          <w:tcPr>
            <w:tcW w:w="2880" w:type="dxa"/>
          </w:tcPr>
          <w:p w14:paraId="75D6CEE4" w14:textId="1BB04014" w:rsidR="00D24D3E" w:rsidRDefault="00D24D3E">
            <w:r>
              <w:t>Per SSU equivalency</w:t>
            </w:r>
          </w:p>
        </w:tc>
        <w:tc>
          <w:tcPr>
            <w:tcW w:w="2880" w:type="dxa"/>
          </w:tcPr>
          <w:p w14:paraId="4CCBEB13" w14:textId="6D302EE0" w:rsidR="00D24D3E" w:rsidRDefault="00D24D3E">
            <w:r>
              <w:t>Free Elective due to MassTransfer Gen Ed Exemption</w:t>
            </w:r>
          </w:p>
        </w:tc>
      </w:tr>
      <w:tr w:rsidR="00D24D3E" w14:paraId="7782A11A" w14:textId="77777777" w:rsidTr="3178416E">
        <w:tc>
          <w:tcPr>
            <w:tcW w:w="2880" w:type="dxa"/>
          </w:tcPr>
          <w:p w14:paraId="752AD1EE" w14:textId="3C127BFF" w:rsidR="00D24D3E" w:rsidRDefault="00D24D3E">
            <w:r>
              <w:t>Humanities Elective</w:t>
            </w:r>
          </w:p>
        </w:tc>
        <w:tc>
          <w:tcPr>
            <w:tcW w:w="2880" w:type="dxa"/>
          </w:tcPr>
          <w:p w14:paraId="06C48922" w14:textId="73739241" w:rsidR="00D24D3E" w:rsidRDefault="00D24D3E">
            <w:r>
              <w:t>See Elective Advice Choose a MassTransfer Humanities Elective</w:t>
            </w:r>
          </w:p>
        </w:tc>
        <w:tc>
          <w:tcPr>
            <w:tcW w:w="2880" w:type="dxa"/>
          </w:tcPr>
          <w:p w14:paraId="3CCD7F98" w14:textId="70198139" w:rsidR="00D24D3E" w:rsidRDefault="00D24D3E">
            <w:r>
              <w:t>3</w:t>
            </w:r>
          </w:p>
        </w:tc>
        <w:tc>
          <w:tcPr>
            <w:tcW w:w="2880" w:type="dxa"/>
          </w:tcPr>
          <w:p w14:paraId="32A4C46F" w14:textId="1170277F" w:rsidR="00D24D3E" w:rsidRDefault="00D24D3E">
            <w:r>
              <w:t>Per SSU equivalency</w:t>
            </w:r>
          </w:p>
        </w:tc>
        <w:tc>
          <w:tcPr>
            <w:tcW w:w="2880" w:type="dxa"/>
          </w:tcPr>
          <w:p w14:paraId="7610A479" w14:textId="1DC94C67" w:rsidR="00D24D3E" w:rsidRDefault="00D24D3E">
            <w:r>
              <w:t>Free Elective</w:t>
            </w:r>
          </w:p>
        </w:tc>
      </w:tr>
      <w:tr w:rsidR="00D24D3E" w14:paraId="588B9407" w14:textId="77777777" w:rsidTr="3178416E">
        <w:tc>
          <w:tcPr>
            <w:tcW w:w="2880" w:type="dxa"/>
          </w:tcPr>
          <w:p w14:paraId="696B590E" w14:textId="205090F9" w:rsidR="00D24D3E" w:rsidRDefault="00D24D3E">
            <w:r>
              <w:t>Science Elective</w:t>
            </w:r>
          </w:p>
        </w:tc>
        <w:tc>
          <w:tcPr>
            <w:tcW w:w="2880" w:type="dxa"/>
          </w:tcPr>
          <w:p w14:paraId="56445C9B" w14:textId="675B5EE6" w:rsidR="00D24D3E" w:rsidRDefault="00D24D3E">
            <w:r>
              <w:t>See Elective Advice</w:t>
              <w:br/>
              <w:t>Choose a MassTransfer Science Elective</w:t>
            </w:r>
          </w:p>
        </w:tc>
        <w:tc>
          <w:tcPr>
            <w:tcW w:w="2880" w:type="dxa"/>
          </w:tcPr>
          <w:p w14:paraId="17A17D14" w14:textId="382AD9DE" w:rsidR="00D24D3E" w:rsidRDefault="00D24D3E">
            <w:r>
              <w:t>4</w:t>
            </w:r>
          </w:p>
        </w:tc>
        <w:tc>
          <w:tcPr>
            <w:tcW w:w="2880" w:type="dxa"/>
          </w:tcPr>
          <w:p w14:paraId="294828C8" w14:textId="0DAD6656" w:rsidR="00D24D3E" w:rsidRDefault="00D24D3E">
            <w:r>
              <w:t>Per SSU equivalency</w:t>
            </w:r>
          </w:p>
        </w:tc>
        <w:tc>
          <w:tcPr>
            <w:tcW w:w="2880" w:type="dxa"/>
          </w:tcPr>
          <w:p w14:paraId="50514331" w14:textId="50773469" w:rsidR="00D24D3E" w:rsidRDefault="00D24D3E">
            <w:r>
              <w:t>Free Elective</w:t>
            </w:r>
          </w:p>
        </w:tc>
      </w:tr>
    </w:tbl>
    <w:p w14:paraId="7DBAB997" w14:textId="77777777" w:rsidR="00D24D3E" w:rsidRDefault="00710C6A">
      <w:pPr>
        <w:pStyle w:val="Heading2"/>
      </w:pPr>
      <w:r>
        <w:t>Program Credit Summary</w:t>
      </w:r>
    </w:p>
    <w:p w14:paraId="7F6EC904" w14:textId="5C5CAA24" w:rsidR="00D24D3E" w:rsidRDefault="27DD843E">
      <w:r>
        <w:t>Total Program Credits: 66–67</w:t>
        <w:br/>
        <w:t>Total Transfer Credits Applicable to Salem State University Program: 66–67</w:t>
      </w:r>
      <w:r w:rsidR="648E269B"/>
      <w:r w:rsidR="00710C6A"/>
      <w:r/>
      <w:r w:rsidR="4BB08607"/>
    </w:p>
    <w:sectPr w:rsidR="00D24D3E"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39">
    <w:abstractNumId w:val="1"/>
  </w:num>
  <w:num w:numId="2" w16cid:durableId="1654479306">
    <w:abstractNumId w:val="3"/>
  </w:num>
  <w:num w:numId="3" w16cid:durableId="1772584400">
    <w:abstractNumId w:val="0"/>
  </w:num>
  <w:num w:numId="4" w16cid:durableId="1794127085">
    <w:abstractNumId w:val="2"/>
  </w:num>
  <w:num w:numId="5" w16cid:durableId="1980071552">
    <w:abstractNumId w:val="6"/>
  </w:num>
  <w:num w:numId="6" w16cid:durableId="213666824">
    <w:abstractNumId w:val="4"/>
  </w:num>
  <w:num w:numId="7" w16cid:durableId="504636639">
    <w:abstractNumId w:val="5"/>
  </w:num>
  <w:num w:numId="8" w16cid:durableId="568347779">
    <w:abstractNumId w:val="7"/>
  </w:num>
  <w:num w:numId="9" w16cid:durableId="768279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8AF"/>
    <w:rsid w:val="00034616"/>
    <w:rsid w:val="0006063C"/>
    <w:rsid w:val="0015024D"/>
    <w:rsid w:val="0015074B"/>
    <w:rsid w:val="00265115"/>
    <w:rsid w:val="0029639D"/>
    <w:rsid w:val="00326F90"/>
    <w:rsid w:val="00347817"/>
    <w:rsid w:val="00671DD9"/>
    <w:rsid w:val="00710C6A"/>
    <w:rsid w:val="00896F9E"/>
    <w:rsid w:val="009348EF"/>
    <w:rsid w:val="00AA1D8D"/>
    <w:rsid w:val="00B47730"/>
    <w:rsid w:val="00CB0664"/>
    <w:rsid w:val="00D101C7"/>
    <w:rsid w:val="00D24D3E"/>
    <w:rsid w:val="00F82989"/>
    <w:rsid w:val="00FC693F"/>
    <w:rsid w:val="061B64C1"/>
    <w:rsid w:val="1242441B"/>
    <w:rsid w:val="160FE554"/>
    <w:rsid w:val="1AA053F4"/>
    <w:rsid w:val="20D07123"/>
    <w:rsid w:val="23936FD1"/>
    <w:rsid w:val="27DD843E"/>
    <w:rsid w:val="2D9C9DB0"/>
    <w:rsid w:val="2F284571"/>
    <w:rsid w:val="2FABC3F0"/>
    <w:rsid w:val="31754457"/>
    <w:rsid w:val="3178416E"/>
    <w:rsid w:val="33143ED3"/>
    <w:rsid w:val="3572195F"/>
    <w:rsid w:val="38A5AF1B"/>
    <w:rsid w:val="43F3093D"/>
    <w:rsid w:val="46FB37FB"/>
    <w:rsid w:val="4BB08607"/>
    <w:rsid w:val="4DAF2323"/>
    <w:rsid w:val="52AD3075"/>
    <w:rsid w:val="58B044D2"/>
    <w:rsid w:val="5A246927"/>
    <w:rsid w:val="5C082995"/>
    <w:rsid w:val="5CF1DB59"/>
    <w:rsid w:val="5D051FB3"/>
    <w:rsid w:val="5DBA3BB5"/>
    <w:rsid w:val="5F423206"/>
    <w:rsid w:val="62D7F3E6"/>
    <w:rsid w:val="648E269B"/>
    <w:rsid w:val="7AE20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9171D5"/>
  <w14:defaultImageDpi w14:val="300"/>
  <w15:docId w15:val="{6A201354-7708-4843-806E-B0071B4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4019202BB0841B1A607F344EB4836" ma:contentTypeVersion="18" ma:contentTypeDescription="Create a new document." ma:contentTypeScope="" ma:versionID="2b4125a92697b8d10c17822fc48706da">
  <xsd:schema xmlns:xsd="http://www.w3.org/2001/XMLSchema" xmlns:xs="http://www.w3.org/2001/XMLSchema" xmlns:p="http://schemas.microsoft.com/office/2006/metadata/properties" xmlns:ns3="bf81b531-f2d5-49d0-8b82-d74b33ecb7f4" xmlns:ns4="f7422647-5b85-4f01-b373-dec02e5949a7" targetNamespace="http://schemas.microsoft.com/office/2006/metadata/properties" ma:root="true" ma:fieldsID="766b086a5861bf6bbcc2e65e9b01b894" ns3:_="" ns4:_="">
    <xsd:import namespace="bf81b531-f2d5-49d0-8b82-d74b33ecb7f4"/>
    <xsd:import namespace="f7422647-5b85-4f01-b373-dec02e594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1b531-f2d5-49d0-8b82-d74b33ecb7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22647-5b85-4f01-b373-dec02e594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81b531-f2d5-49d0-8b82-d74b33ecb7f4" xsi:nil="true"/>
  </documentManagement>
</p:properties>
</file>

<file path=customXml/itemProps1.xml><?xml version="1.0" encoding="utf-8"?>
<ds:datastoreItem xmlns:ds="http://schemas.openxmlformats.org/officeDocument/2006/customXml" ds:itemID="{05B6920F-375C-4D68-B9D6-4D8CE86DB980}">
  <ds:schemaRefs>
    <ds:schemaRef ds:uri="http://schemas.microsoft.com/sharepoint/v3/contenttype/forms"/>
  </ds:schemaRefs>
</ds:datastoreItem>
</file>

<file path=customXml/itemProps2.xml><?xml version="1.0" encoding="utf-8"?>
<ds:datastoreItem xmlns:ds="http://schemas.openxmlformats.org/officeDocument/2006/customXml" ds:itemID="{3FA93194-C732-49C2-AC33-53639F1C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1b531-f2d5-49d0-8b82-d74b33ecb7f4"/>
    <ds:schemaRef ds:uri="f7422647-5b85-4f01-b373-dec02e594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40A91-CE9C-4925-A77F-70129E0FAFA7}">
  <ds:schemaRefs>
    <ds:schemaRef ds:uri="http://schemas.microsoft.com/office/2006/metadata/properties"/>
    <ds:schemaRef ds:uri="http://schemas.microsoft.com/office/infopath/2007/PartnerControls"/>
    <ds:schemaRef ds:uri="bf81b531-f2d5-49d0-8b82-d74b33ecb7f4"/>
  </ds:schemaRefs>
</ds:datastoreItem>
</file>

<file path=docMetadata/LabelInfo.xml><?xml version="1.0" encoding="utf-8"?>
<clbl:labelList xmlns:clbl="http://schemas.microsoft.com/office/2020/mipLabelMetadata">
  <clbl:label id="{70d32b73-b457-49d1-950c-4f78aeffc21b}" enabled="0" method="" siteId="{70d32b73-b457-49d1-950c-4f78aeffc2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Tiernan Bentley</dc:creator>
  <keywords/>
  <dc:description>generated by python-docx</dc:description>
  <lastModifiedBy>Tiernan Bentley</lastModifiedBy>
  <revision>3</revision>
  <dcterms:created xsi:type="dcterms:W3CDTF">2026-07-16T13:34:02.6630100Z</dcterms:created>
  <dcterms:modified xsi:type="dcterms:W3CDTF">2026-07-16T13:34:02.6630100Z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0x0101004824019202BB0841B1A607F344EB4836</vt:lpwstr>
  </property>
</Properties>
</file>