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Management Concentration BSBA</w:t>
      </w:r>
      <w:r w:rsidR="061B64C1"/>
      <w:r w:rsidR="5A246927"/>
      <w:r w:rsidR="061B64C1"/>
      <w:r w:rsidR="2D9C9DB0"/>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br/>
        <w:t>Salem State University Catalog Year: 2025–2026</w:t>
      </w:r>
      <w:r w:rsidR="5F423206"/>
      <w:r w:rsidR="3572195F"/>
      <w:r w:rsidR="5CF1DB59"/>
      <w:r w:rsidR="3572195F"/>
      <w:r w:rsidR="20D07123"/>
      <w:r w:rsidR="3572195F"/>
      <w:r w:rsidR="1242441B"/>
      <w:r w:rsidR="3572195F"/>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r w:rsidR="62D7F3E6"/>
      <w:r/>
      <w:r w:rsidR="33143ED3"/>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r w:rsidR="5D051FB3"/>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r w:rsidR="58B044D2"/>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r w:rsidR="58B044D2"/>
    </w:p>
    <w:p w14:paraId="398D8CA0" w14:textId="040D97D0" w:rsidR="00D24D3E" w:rsidRDefault="58B044D2">
      <w:r>
        <w:t>The following table shows NECC courses, their Salem State equivalents, credits, and how each course applies to the Salem State program.</w:t>
      </w:r>
      <w:r w:rsidR="31754457"/>
      <w:r/>
    </w:p>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t>NECC Course Number</w:t>
            </w:r>
            <w:r w:rsidR="58B044D2"/>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br/>
              <w:t>Or</w:t>
              <w:br/>
              <w:t>SOC101</w:t>
            </w:r>
          </w:p>
        </w:tc>
        <w:tc>
          <w:tcPr>
            <w:tcW w:w="2880" w:type="dxa"/>
          </w:tcPr>
          <w:p w14:paraId="6FE85FB6" w14:textId="77FEF648" w:rsidR="00D24D3E" w:rsidRDefault="00D24D3E">
            <w:r>
              <w:t>Introduction to Psychology</w:t>
              <w:br/>
              <w:t>Or</w:t>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br/>
              <w:t>Or</w:t>
              <w:br/>
              <w:t>SOC 110</w:t>
            </w:r>
          </w:p>
        </w:tc>
        <w:tc>
          <w:tcPr>
            <w:tcW w:w="2880" w:type="dxa"/>
          </w:tcPr>
          <w:p w14:paraId="2B8DC3EC" w14:textId="4BF0F03C" w:rsidR="00D24D3E" w:rsidRDefault="00D24D3E">
            <w:r>
              <w:t>SOC is a Required Major Support Course</w:t>
              <w:br/>
              <w:t>If PSY is chosen =</w:t>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br/>
              <w:t>Choose a MassTransfer Math Elective</w:t>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 xml:space="preserve">See Elective Advice </w:t>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br/>
              <w:t>Or</w:t>
              <w:br/>
              <w:t>SOC101</w:t>
            </w:r>
          </w:p>
        </w:tc>
        <w:tc>
          <w:tcPr>
            <w:tcW w:w="2880" w:type="dxa"/>
          </w:tcPr>
          <w:p w14:paraId="177A106A" w14:textId="2BEDAC5C" w:rsidR="00D24D3E" w:rsidRDefault="00D24D3E">
            <w:r>
              <w:t>Introduction to Psychology</w:t>
              <w:br/>
              <w:t>Or</w:t>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br/>
              <w:t>Or</w:t>
              <w:br/>
              <w:t>SOC 110</w:t>
            </w:r>
          </w:p>
        </w:tc>
        <w:tc>
          <w:tcPr>
            <w:tcW w:w="2880" w:type="dxa"/>
          </w:tcPr>
          <w:p w14:paraId="02E2C1D2" w14:textId="63A79C72" w:rsidR="00D24D3E" w:rsidRDefault="00D24D3E">
            <w:r>
              <w:t>SOC is a Required Major Support Course</w:t>
              <w:br/>
              <w:t>If PSY is chosen =</w:t>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 xml:space="preserve">See Elective Advice </w:t>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365C6DFE" w14:textId="4CA717A7" w:rsidR="00D24D3E" w:rsidRDefault="00D24D3E">
            <w:r>
              <w:t>Free Elective due to MassTransfer Gen Ed Exemption</w:t>
            </w:r>
          </w:p>
        </w:tc>
      </w:tr>
      <w:tr w:rsidR="00D24D3E" w14:paraId="07B46124" w14:textId="77777777" w:rsidTr="3178416E">
        <w:tc>
          <w:tcPr>
            <w:tcW w:w="2880" w:type="dxa"/>
          </w:tcPr>
          <w:p w14:paraId="48FAC558" w14:textId="608C837E" w:rsidR="00D24D3E" w:rsidRDefault="00D24D3E">
            <w:r>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r>
              <w:t>Micro Economics</w:t>
            </w:r>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br/>
              <w:t>Or</w:t>
              <w:br/>
              <w:t>COP110</w:t>
            </w:r>
          </w:p>
        </w:tc>
        <w:tc>
          <w:tcPr>
            <w:tcW w:w="2880" w:type="dxa"/>
          </w:tcPr>
          <w:p w14:paraId="7D1A455E" w14:textId="01B0E315" w:rsidR="00D24D3E" w:rsidRDefault="00D24D3E">
            <w:r>
              <w:t>See Elective Advice</w:t>
              <w:br/>
              <w:t>Or</w:t>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br/>
              <w:t xml:space="preserve">Or </w:t>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 Choose a MassTransfer Humanities Elective</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 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See Elective Advice</w:t>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br/>
        <w:t>Total Transfer Credits Applicable to Salem State University Program: 66–67</w:t>
      </w:r>
      <w:r w:rsidR="648E269B"/>
      <w:r w:rsidR="00710C6A"/>
      <w:r/>
      <w:r w:rsidR="4BB08607"/>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671DD9"/>
    <w:rsid w:val="00710C6A"/>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2.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Tiernan Bentley</dc:creator>
  <keywords/>
  <dc:description>generated by python-docx</dc:description>
  <lastModifiedBy>Tiernan Bentley</lastModifiedBy>
  <revision>3</revision>
  <dcterms:created xsi:type="dcterms:W3CDTF">2026-07-16T13:44:28.0714972Z</dcterms:created>
  <dcterms:modified xsi:type="dcterms:W3CDTF">2026-07-16T13:44:28.0714972Z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