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17BDFFBD" wp14:textId="77777777">
      <w:r>
        <w:rPr>
          <w:b/>
          <w:color w:val="0070C0"/>
        </w:rPr>
        <w:t xml:space="preserve">Salem State University Advising Map </w:t>
      </w:r>
    </w:p>
    <w:p xmlns:wp14="http://schemas.microsoft.com/office/word/2010/wordml" w:rsidP="53D29D92" w14:paraId="3C080724" wp14:textId="122B9083">
      <w:pPr>
        <w:rPr>
          <w:color w:val="0070C0"/>
        </w:rPr>
      </w:pPr>
      <w:r w:rsidRPr="24236BD9" w:rsidR="7896E3CB">
        <w:rPr>
          <w:color w:val="0070C0"/>
        </w:rPr>
        <w:t>North</w:t>
      </w:r>
      <w:r w:rsidRPr="24236BD9" w:rsidR="17A8D32C">
        <w:rPr>
          <w:color w:val="0070C0"/>
        </w:rPr>
        <w:t>ern Essex</w:t>
      </w:r>
      <w:r w:rsidRPr="24236BD9" w:rsidR="7896E3CB">
        <w:rPr>
          <w:color w:val="0070C0"/>
        </w:rPr>
        <w:t xml:space="preserve"> Community College – </w:t>
      </w:r>
      <w:r w:rsidRPr="24236BD9" w:rsidR="5C298F71">
        <w:rPr>
          <w:color w:val="0070C0"/>
        </w:rPr>
        <w:t>Liberal Arts Psychology Pathway</w:t>
      </w:r>
      <w:r w:rsidRPr="24236BD9" w:rsidR="7896E3CB">
        <w:rPr>
          <w:color w:val="0070C0"/>
        </w:rPr>
        <w:t xml:space="preserve"> transfers to Salem State University </w:t>
      </w:r>
      <w:r w:rsidRPr="24236BD9" w:rsidR="68C9C5C1">
        <w:rPr>
          <w:color w:val="0070C0"/>
        </w:rPr>
        <w:t>Psychology BS</w:t>
      </w:r>
      <w:r w:rsidRPr="24236BD9" w:rsidR="7896E3CB">
        <w:rPr>
          <w:color w:val="0070C0"/>
        </w:rPr>
        <w:t xml:space="preserve"> as follows:</w:t>
      </w:r>
    </w:p>
    <w:p xmlns:wp14="http://schemas.microsoft.com/office/word/2010/wordml" w:rsidP="53D29D92" w14:paraId="629D9982" wp14:textId="05702CCC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53D29D92">
        <w:rPr/>
        <w:t xml:space="preserve">This map is a Salem State University </w:t>
      </w:r>
      <w:r w:rsidR="53D29D92">
        <w:rPr/>
        <w:t>advising</w:t>
      </w:r>
      <w:r w:rsidR="53D29D92">
        <w:rPr/>
        <w:t xml:space="preserve"> tool only. North</w:t>
      </w:r>
      <w:r w:rsidR="561E2DBB">
        <w:rPr/>
        <w:t xml:space="preserve">ern Essex </w:t>
      </w:r>
      <w:r w:rsidR="53D29D92">
        <w:rPr/>
        <w:t>Community College students should work with their N</w:t>
      </w:r>
      <w:r w:rsidR="64EB63FB">
        <w:rPr/>
        <w:t>E</w:t>
      </w:r>
      <w:r w:rsidR="53D29D92">
        <w:rPr/>
        <w:t>CC advisor.</w:t>
      </w:r>
    </w:p>
    <w:p xmlns:wp14="http://schemas.microsoft.com/office/word/2010/wordml" w14:paraId="212D255A" wp14:textId="77777777">
      <w:r>
        <w:t>Salem State University Notes:</w:t>
      </w:r>
    </w:p>
    <w:p xmlns:wp14="http://schemas.microsoft.com/office/word/2010/wordml" w14:paraId="09F15FCD" wp14:textId="77777777">
      <w:r>
        <w:t>This program has the required courses for the Mass Transfer Gen Ed Foundation built in:</w:t>
      </w:r>
    </w:p>
    <w:tbl>
      <w:tblPr>
        <w:tblW w:w="0" w:type="auto"/>
        <w:tblLook w:val="04A0" w:firstRow="1" w:lastRow="0" w:firstColumn="1" w:lastColumn="0" w:noHBand="0" w:noVBand="1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8"/>
          <w:insideV w:val="single" w:color="000000" w:sz="8"/>
        </w:tblBorders>
      </w:tblPr>
      <w:tblGrid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 xmlns:wp14="http://schemas.microsoft.com/office/word/2010/wordml" w:rsidTr="53D29D92" w14:paraId="2F3469A6" wp14:textId="77777777">
        <w:tc>
          <w:tcPr>
            <w:tcW w:w="1309" w:type="dxa"/>
            <w:tcMar/>
          </w:tcPr>
          <w:p w14:paraId="53D57046" wp14:textId="77777777">
            <w:r>
              <w:t>Comp I</w:t>
            </w:r>
          </w:p>
        </w:tc>
        <w:tc>
          <w:tcPr>
            <w:tcW w:w="1309" w:type="dxa"/>
            <w:tcMar/>
          </w:tcPr>
          <w:p w14:paraId="2FADC878" wp14:textId="77777777">
            <w:r>
              <w:t>Comp II</w:t>
            </w:r>
          </w:p>
        </w:tc>
        <w:tc>
          <w:tcPr>
            <w:tcW w:w="1309" w:type="dxa"/>
            <w:tcMar/>
          </w:tcPr>
          <w:p w14:paraId="3EF9C93B" wp14:textId="77777777">
            <w:r>
              <w:t>Beh/SS</w:t>
            </w:r>
          </w:p>
        </w:tc>
        <w:tc>
          <w:tcPr>
            <w:tcW w:w="1309" w:type="dxa"/>
            <w:tcMar/>
          </w:tcPr>
          <w:p w14:paraId="633B600C" wp14:textId="77777777">
            <w:r>
              <w:t>Beh/SS</w:t>
            </w:r>
          </w:p>
        </w:tc>
        <w:tc>
          <w:tcPr>
            <w:tcW w:w="1309" w:type="dxa"/>
            <w:tcMar/>
          </w:tcPr>
          <w:p w14:paraId="2E3C8F22" wp14:textId="77777777">
            <w:r>
              <w:t>Beh/SS</w:t>
            </w:r>
          </w:p>
        </w:tc>
        <w:tc>
          <w:tcPr>
            <w:tcW w:w="1309" w:type="dxa"/>
            <w:tcMar/>
          </w:tcPr>
          <w:p w14:paraId="7782541D" wp14:textId="77777777">
            <w:r>
              <w:t>Hum/FA</w:t>
            </w:r>
          </w:p>
        </w:tc>
        <w:tc>
          <w:tcPr>
            <w:tcW w:w="1309" w:type="dxa"/>
            <w:tcMar/>
          </w:tcPr>
          <w:p w14:paraId="29CE9595" wp14:textId="77777777">
            <w:r>
              <w:t>Hum/FA</w:t>
            </w:r>
          </w:p>
        </w:tc>
        <w:tc>
          <w:tcPr>
            <w:tcW w:w="1309" w:type="dxa"/>
            <w:tcMar/>
          </w:tcPr>
          <w:p w14:paraId="76F55C86" wp14:textId="77777777">
            <w:r>
              <w:t>Hum/FA</w:t>
            </w:r>
          </w:p>
        </w:tc>
        <w:tc>
          <w:tcPr>
            <w:tcW w:w="1309" w:type="dxa"/>
            <w:tcMar/>
          </w:tcPr>
          <w:p w14:paraId="0FA341E1" wp14:textId="77777777">
            <w:r>
              <w:t>Sci- Lab</w:t>
            </w:r>
          </w:p>
        </w:tc>
        <w:tc>
          <w:tcPr>
            <w:tcW w:w="1309" w:type="dxa"/>
            <w:tcMar/>
          </w:tcPr>
          <w:p w14:paraId="2B837394" wp14:textId="77777777">
            <w:r>
              <w:t>Sci</w:t>
            </w:r>
          </w:p>
        </w:tc>
        <w:tc>
          <w:tcPr>
            <w:tcW w:w="1309" w:type="dxa"/>
            <w:tcMar/>
          </w:tcPr>
          <w:p w14:paraId="4B17663B" wp14:textId="77777777">
            <w:r>
              <w:t>MAT</w:t>
            </w:r>
          </w:p>
        </w:tc>
      </w:tr>
      <w:tr xmlns:wp14="http://schemas.microsoft.com/office/word/2010/wordml" w:rsidTr="53D29D92" w14:paraId="672A6659" wp14:textId="77777777">
        <w:tc>
          <w:tcPr>
            <w:tcW w:w="1309" w:type="dxa"/>
            <w:tcMar/>
          </w:tcPr>
          <w:p w14:paraId="0A37501D" wp14:textId="0C3FC667">
            <w:r w:rsidR="77964B05">
              <w:rPr/>
              <w:t>ENG101</w:t>
            </w:r>
          </w:p>
        </w:tc>
        <w:tc>
          <w:tcPr>
            <w:tcW w:w="1309" w:type="dxa"/>
            <w:tcMar/>
          </w:tcPr>
          <w:p w14:paraId="5DAB6C7B" wp14:textId="21F13A13">
            <w:r w:rsidR="77964B05">
              <w:rPr/>
              <w:t>ENG102</w:t>
            </w:r>
          </w:p>
        </w:tc>
        <w:tc>
          <w:tcPr>
            <w:tcW w:w="1309" w:type="dxa"/>
            <w:tcMar/>
          </w:tcPr>
          <w:p w14:paraId="02EB378F" wp14:textId="5292F722">
            <w:r w:rsidR="7046CEFB">
              <w:rPr/>
              <w:t>PSY200</w:t>
            </w:r>
          </w:p>
        </w:tc>
        <w:tc>
          <w:tcPr>
            <w:tcW w:w="1309" w:type="dxa"/>
            <w:tcMar/>
          </w:tcPr>
          <w:p w14:paraId="6A05A809" wp14:textId="703C6D86">
            <w:r w:rsidR="50201DB8">
              <w:rPr/>
              <w:t>PSY206</w:t>
            </w:r>
          </w:p>
        </w:tc>
        <w:tc>
          <w:tcPr>
            <w:tcW w:w="1309" w:type="dxa"/>
            <w:tcMar/>
          </w:tcPr>
          <w:p w14:paraId="5A39BBE3" wp14:textId="17CAAF48">
            <w:r w:rsidR="50201DB8">
              <w:rPr/>
              <w:t>PSY209</w:t>
            </w:r>
          </w:p>
        </w:tc>
        <w:tc>
          <w:tcPr>
            <w:tcW w:w="1309" w:type="dxa"/>
            <w:tcMar/>
          </w:tcPr>
          <w:p w14:paraId="41C8F396" wp14:textId="449B45E6">
            <w:r w:rsidR="29A510DD">
              <w:rPr/>
              <w:t>SPN112</w:t>
            </w:r>
          </w:p>
        </w:tc>
        <w:tc>
          <w:tcPr>
            <w:tcW w:w="1309" w:type="dxa"/>
            <w:tcMar/>
          </w:tcPr>
          <w:p w14:paraId="72A3D3EC" wp14:textId="73A80868">
            <w:r w:rsidR="193CC2CA">
              <w:rPr/>
              <w:t>PHI101</w:t>
            </w:r>
          </w:p>
        </w:tc>
        <w:tc>
          <w:tcPr>
            <w:tcW w:w="1309" w:type="dxa"/>
            <w:tcMar/>
          </w:tcPr>
          <w:p w14:paraId="0D0B940D" wp14:textId="14A25508">
            <w:r w:rsidR="193CC2CA">
              <w:rPr/>
              <w:t>LIT271</w:t>
            </w:r>
          </w:p>
        </w:tc>
        <w:tc>
          <w:tcPr>
            <w:tcW w:w="1309" w:type="dxa"/>
            <w:tcMar/>
          </w:tcPr>
          <w:p w14:paraId="0E27B00A" wp14:textId="34BF48FE">
            <w:r w:rsidR="26D98AA9">
              <w:rPr/>
              <w:t>BIO122 or BIO112</w:t>
            </w:r>
          </w:p>
        </w:tc>
        <w:tc>
          <w:tcPr>
            <w:tcW w:w="1309" w:type="dxa"/>
            <w:tcMar/>
          </w:tcPr>
          <w:p w14:paraId="60061E4C" wp14:textId="4FCA87FA">
            <w:r w:rsidR="487545F7">
              <w:rPr/>
              <w:t>BIO121 or BIO111</w:t>
            </w:r>
          </w:p>
        </w:tc>
        <w:tc>
          <w:tcPr>
            <w:tcW w:w="1309" w:type="dxa"/>
            <w:tcMar/>
          </w:tcPr>
          <w:p w14:paraId="44EAFD9C" wp14:textId="4DDAD9DA">
            <w:r w:rsidR="77964B05">
              <w:rPr/>
              <w:t>MAT12</w:t>
            </w:r>
            <w:r w:rsidR="669B016A">
              <w:rPr/>
              <w:t>5</w:t>
            </w:r>
          </w:p>
        </w:tc>
      </w:tr>
    </w:tbl>
    <w:p xmlns:wp14="http://schemas.microsoft.com/office/word/2010/wordml" w14:paraId="4B94D5A5" wp14:textId="77777777"/>
    <w:p xmlns:wp14="http://schemas.microsoft.com/office/word/2010/wordml" w14:paraId="3DEEC669" wp14:textId="77777777"/>
    <w:tbl>
      <w:tblPr>
        <w:tblW w:w="0" w:type="auto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8"/>
          <w:insideV w:val="single" w:color="000000" w:sz="8"/>
        </w:tblBorders>
      </w:tblPr>
      <w:tblGrid>
        <w:gridCol w:w="2880"/>
        <w:gridCol w:w="2880"/>
        <w:gridCol w:w="2880"/>
        <w:gridCol w:w="2880"/>
        <w:gridCol w:w="2880"/>
      </w:tblGrid>
      <w:tr xmlns:wp14="http://schemas.microsoft.com/office/word/2010/wordml" w:rsidTr="0429D3FE" w14:paraId="7106511F" wp14:textId="77777777">
        <w:tc>
          <w:tcPr>
            <w:tcW w:w="2880" w:type="dxa"/>
            <w:tcMar/>
          </w:tcPr>
          <w:p w14:paraId="15331EB4" wp14:textId="77777777">
            <w:r>
              <w:t>NECC Course Number</w:t>
            </w:r>
          </w:p>
        </w:tc>
        <w:tc>
          <w:tcPr>
            <w:tcW w:w="2880" w:type="dxa"/>
            <w:tcMar/>
          </w:tcPr>
          <w:p w14:paraId="1E8B8940" wp14:textId="77777777">
            <w:r>
              <w:t>Course Title</w:t>
            </w:r>
          </w:p>
        </w:tc>
        <w:tc>
          <w:tcPr>
            <w:tcW w:w="2880" w:type="dxa"/>
            <w:tcMar/>
          </w:tcPr>
          <w:p w14:paraId="62A8F16E" wp14:textId="77777777">
            <w:r>
              <w:t>Credits</w:t>
            </w:r>
          </w:p>
        </w:tc>
        <w:tc>
          <w:tcPr>
            <w:tcW w:w="2880" w:type="dxa"/>
            <w:tcMar/>
          </w:tcPr>
          <w:p w14:paraId="1A43681B" wp14:textId="77777777">
            <w:r>
              <w:t>SSU Equivalent</w:t>
            </w:r>
          </w:p>
        </w:tc>
        <w:tc>
          <w:tcPr>
            <w:tcW w:w="2880" w:type="dxa"/>
            <w:tcMar/>
          </w:tcPr>
          <w:p w14:paraId="250EA5E2" wp14:textId="77777777">
            <w:r>
              <w:t>How it Applies to the SSU Program:</w:t>
            </w:r>
          </w:p>
        </w:tc>
      </w:tr>
      <w:tr xmlns:wp14="http://schemas.microsoft.com/office/word/2010/wordml" w:rsidTr="0429D3FE" w14:paraId="2959B601" wp14:textId="77777777">
        <w:tc>
          <w:tcPr>
            <w:tcW w:w="2880" w:type="dxa"/>
            <w:tcMar/>
          </w:tcPr>
          <w:p w14:paraId="04506BCE" wp14:textId="77777777">
            <w:r>
              <w:t>PSY101</w:t>
            </w:r>
          </w:p>
        </w:tc>
        <w:tc>
          <w:tcPr>
            <w:tcW w:w="2880" w:type="dxa"/>
            <w:tcMar/>
          </w:tcPr>
          <w:p w14:paraId="6B04C040" wp14:textId="77777777">
            <w:r>
              <w:t>Introduction to Psychology</w:t>
            </w:r>
          </w:p>
        </w:tc>
        <w:tc>
          <w:tcPr>
            <w:tcW w:w="2880" w:type="dxa"/>
            <w:tcMar/>
          </w:tcPr>
          <w:p w14:paraId="5FCD5EC4" wp14:textId="77777777">
            <w:r>
              <w:t>3</w:t>
            </w:r>
          </w:p>
        </w:tc>
        <w:tc>
          <w:tcPr>
            <w:tcW w:w="2880" w:type="dxa"/>
            <w:tcMar/>
          </w:tcPr>
          <w:p w14:paraId="5434F610" wp14:textId="77777777">
            <w:r>
              <w:t>PSY 101 GENERAL PSYCHOLOGY (3)</w:t>
            </w:r>
          </w:p>
        </w:tc>
        <w:tc>
          <w:tcPr>
            <w:tcW w:w="2880" w:type="dxa"/>
            <w:tcMar/>
          </w:tcPr>
          <w:p w14:paraId="62486C05" wp14:textId="0DF8D228">
            <w:r w:rsidR="4DD12CFF">
              <w:rPr/>
              <w:t>Major Introductory Course</w:t>
            </w:r>
          </w:p>
        </w:tc>
      </w:tr>
      <w:tr xmlns:wp14="http://schemas.microsoft.com/office/word/2010/wordml" w:rsidTr="0429D3FE" w14:paraId="1C58C66C" wp14:textId="77777777">
        <w:tc>
          <w:tcPr>
            <w:tcW w:w="2880" w:type="dxa"/>
            <w:tcMar/>
          </w:tcPr>
          <w:p w14:paraId="37D4029A" wp14:textId="77777777">
            <w:r>
              <w:t>ENG101</w:t>
            </w:r>
          </w:p>
        </w:tc>
        <w:tc>
          <w:tcPr>
            <w:tcW w:w="2880" w:type="dxa"/>
            <w:tcMar/>
          </w:tcPr>
          <w:p w14:paraId="4D496F07" wp14:textId="77777777">
            <w:r>
              <w:t>English Composition I</w:t>
            </w:r>
          </w:p>
        </w:tc>
        <w:tc>
          <w:tcPr>
            <w:tcW w:w="2880" w:type="dxa"/>
            <w:tcMar/>
          </w:tcPr>
          <w:p w14:paraId="0B778152" wp14:textId="77777777">
            <w:r>
              <w:t>3</w:t>
            </w:r>
          </w:p>
        </w:tc>
        <w:tc>
          <w:tcPr>
            <w:tcW w:w="2880" w:type="dxa"/>
            <w:tcMar/>
          </w:tcPr>
          <w:p w14:paraId="6CDF5163" wp14:textId="77777777">
            <w:r>
              <w:t>ENL 105 INTRODUCTION TO COLLEGE WRITING (3)</w:t>
            </w:r>
          </w:p>
        </w:tc>
        <w:tc>
          <w:tcPr>
            <w:tcW w:w="2880" w:type="dxa"/>
            <w:tcMar/>
          </w:tcPr>
          <w:p w:rsidP="24236BD9" w14:paraId="4101652C" wp14:textId="20B21ED0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0BE8400B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06E5D3CA" wp14:textId="77777777">
        <w:tc>
          <w:tcPr>
            <w:tcW w:w="2880" w:type="dxa"/>
            <w:tcMar/>
          </w:tcPr>
          <w:p w14:paraId="71D26575" wp14:textId="77777777">
            <w:r>
              <w:t>ANT101</w:t>
            </w:r>
          </w:p>
        </w:tc>
        <w:tc>
          <w:tcPr>
            <w:tcW w:w="2880" w:type="dxa"/>
            <w:tcMar/>
          </w:tcPr>
          <w:p w14:paraId="71952FFC" wp14:textId="77777777">
            <w:r>
              <w:t>Cultural Anthropology</w:t>
            </w:r>
          </w:p>
        </w:tc>
        <w:tc>
          <w:tcPr>
            <w:tcW w:w="2880" w:type="dxa"/>
            <w:tcMar/>
          </w:tcPr>
          <w:p w14:paraId="7A036E3D" wp14:textId="77777777">
            <w:r>
              <w:t>3</w:t>
            </w:r>
          </w:p>
        </w:tc>
        <w:tc>
          <w:tcPr>
            <w:tcW w:w="2880" w:type="dxa"/>
            <w:tcMar/>
          </w:tcPr>
          <w:p w14:paraId="26C76D28" wp14:textId="77777777">
            <w:r>
              <w:t>HSTGHWC (3)</w:t>
            </w:r>
          </w:p>
        </w:tc>
        <w:tc>
          <w:tcPr>
            <w:tcW w:w="2880" w:type="dxa"/>
            <w:tcMar/>
          </w:tcPr>
          <w:p w:rsidP="24236BD9" w14:paraId="4B99056E" wp14:textId="61C8C948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268E552B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6CE4F6E4" wp14:textId="77777777">
        <w:tc>
          <w:tcPr>
            <w:tcW w:w="2880" w:type="dxa"/>
            <w:tcMar/>
          </w:tcPr>
          <w:p w14:paraId="4D87FCBF" wp14:textId="77777777">
            <w:r>
              <w:t>SOC101</w:t>
            </w:r>
          </w:p>
        </w:tc>
        <w:tc>
          <w:tcPr>
            <w:tcW w:w="2880" w:type="dxa"/>
            <w:tcMar/>
          </w:tcPr>
          <w:p w14:paraId="5CD173A3" wp14:textId="77777777">
            <w:r>
              <w:t>Introduction to Sociology</w:t>
            </w:r>
          </w:p>
        </w:tc>
        <w:tc>
          <w:tcPr>
            <w:tcW w:w="2880" w:type="dxa"/>
            <w:tcMar/>
          </w:tcPr>
          <w:p w14:paraId="68D9363B" wp14:textId="77777777">
            <w:r>
              <w:t>3</w:t>
            </w:r>
          </w:p>
        </w:tc>
        <w:tc>
          <w:tcPr>
            <w:tcW w:w="2880" w:type="dxa"/>
            <w:tcMar/>
          </w:tcPr>
          <w:p w14:paraId="108CC175" wp14:textId="77777777">
            <w:r>
              <w:t>SOC 110 INTRODUCTION TO SOCIOLOGY (3)</w:t>
            </w:r>
          </w:p>
        </w:tc>
        <w:tc>
          <w:tcPr>
            <w:tcW w:w="2880" w:type="dxa"/>
            <w:tcMar/>
          </w:tcPr>
          <w:p w:rsidP="24236BD9" w14:paraId="1299C43A" wp14:textId="14885FC0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03A6C1D1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05062B3A" wp14:textId="77777777">
        <w:tc>
          <w:tcPr>
            <w:tcW w:w="2880" w:type="dxa"/>
            <w:tcMar/>
          </w:tcPr>
          <w:p w14:paraId="286CCAC9" wp14:textId="77777777">
            <w:r>
              <w:t>MAT122</w:t>
            </w:r>
          </w:p>
        </w:tc>
        <w:tc>
          <w:tcPr>
            <w:tcW w:w="2880" w:type="dxa"/>
            <w:tcMar/>
          </w:tcPr>
          <w:p w14:paraId="28E028CA" wp14:textId="77777777">
            <w:r>
              <w:t>Quantitative Reasoning</w:t>
            </w:r>
          </w:p>
        </w:tc>
        <w:tc>
          <w:tcPr>
            <w:tcW w:w="2880" w:type="dxa"/>
            <w:tcMar/>
          </w:tcPr>
          <w:p w14:paraId="57AB7477" wp14:textId="77777777">
            <w:r>
              <w:t>3</w:t>
            </w:r>
          </w:p>
        </w:tc>
        <w:tc>
          <w:tcPr>
            <w:tcW w:w="2880" w:type="dxa"/>
            <w:tcMar/>
          </w:tcPr>
          <w:p w14:paraId="515C43DA" wp14:textId="77777777">
            <w:r>
              <w:t>MAT GQ QUANTITATIVE REASONING ELECTIVE (3)</w:t>
            </w:r>
          </w:p>
        </w:tc>
        <w:tc>
          <w:tcPr>
            <w:tcW w:w="2880" w:type="dxa"/>
            <w:tcMar/>
          </w:tcPr>
          <w:p w14:paraId="4DDBEF00" wp14:textId="3D1DB08F">
            <w:r w:rsidR="2EBD1970">
              <w:rPr/>
              <w:t xml:space="preserve">Required Major </w:t>
            </w:r>
            <w:r w:rsidR="2EBD1970">
              <w:rPr/>
              <w:t>Suppor</w:t>
            </w:r>
            <w:r w:rsidR="2EBD1970">
              <w:rPr/>
              <w:t>t Course</w:t>
            </w:r>
          </w:p>
        </w:tc>
      </w:tr>
      <w:tr xmlns:wp14="http://schemas.microsoft.com/office/word/2010/wordml" w:rsidTr="0429D3FE" w14:paraId="229A2427" wp14:textId="77777777">
        <w:tc>
          <w:tcPr>
            <w:tcW w:w="2880" w:type="dxa"/>
            <w:tcMar/>
          </w:tcPr>
          <w:p w14:paraId="7E3267C5" wp14:textId="77777777">
            <w:r>
              <w:t>ENG102</w:t>
            </w:r>
          </w:p>
        </w:tc>
        <w:tc>
          <w:tcPr>
            <w:tcW w:w="2880" w:type="dxa"/>
            <w:tcMar/>
          </w:tcPr>
          <w:p w14:paraId="5ABE6D3F" wp14:textId="77777777">
            <w:r>
              <w:t>English Composition II</w:t>
            </w:r>
          </w:p>
        </w:tc>
        <w:tc>
          <w:tcPr>
            <w:tcW w:w="2880" w:type="dxa"/>
            <w:tcMar/>
          </w:tcPr>
          <w:p w14:paraId="297C039E" wp14:textId="77777777">
            <w:r>
              <w:t>3</w:t>
            </w:r>
          </w:p>
        </w:tc>
        <w:tc>
          <w:tcPr>
            <w:tcW w:w="2880" w:type="dxa"/>
            <w:tcMar/>
          </w:tcPr>
          <w:p w14:paraId="007DF7EC" wp14:textId="77777777">
            <w:r>
              <w:t>ENL 110 FOUNDATIONS OF WRITING (3)</w:t>
            </w:r>
          </w:p>
        </w:tc>
        <w:tc>
          <w:tcPr>
            <w:tcW w:w="2880" w:type="dxa"/>
            <w:tcMar/>
          </w:tcPr>
          <w:p w:rsidP="24236BD9" w14:paraId="6D98A12B" wp14:textId="7D778070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76889AEF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620C75D5" wp14:textId="77777777">
        <w:tc>
          <w:tcPr>
            <w:tcW w:w="2880" w:type="dxa"/>
            <w:tcMar/>
          </w:tcPr>
          <w:p w14:paraId="4CC037D9" wp14:textId="77777777">
            <w:r>
              <w:t>PHI101</w:t>
            </w:r>
          </w:p>
        </w:tc>
        <w:tc>
          <w:tcPr>
            <w:tcW w:w="2880" w:type="dxa"/>
            <w:tcMar/>
          </w:tcPr>
          <w:p w14:paraId="084ABEB0" wp14:textId="77777777">
            <w:r>
              <w:t>Introduction to Philosophy</w:t>
            </w:r>
          </w:p>
        </w:tc>
        <w:tc>
          <w:tcPr>
            <w:tcW w:w="2880" w:type="dxa"/>
            <w:tcMar/>
          </w:tcPr>
          <w:p w14:paraId="2A2176D0" wp14:textId="77777777">
            <w:r>
              <w:t>3</w:t>
            </w:r>
          </w:p>
        </w:tc>
        <w:tc>
          <w:tcPr>
            <w:tcW w:w="2880" w:type="dxa"/>
            <w:tcMar/>
          </w:tcPr>
          <w:p w14:paraId="1B59632D" wp14:textId="77777777">
            <w:r>
              <w:t>PHL 100 INTRODUCTION TO PHILOSOPHY (3)</w:t>
            </w:r>
          </w:p>
        </w:tc>
        <w:tc>
          <w:tcPr>
            <w:tcW w:w="2880" w:type="dxa"/>
            <w:tcMar/>
          </w:tcPr>
          <w:p w:rsidP="24236BD9" w14:paraId="2946DB82" wp14:textId="1C98B3A6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7FB5F6B5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11BD834A" wp14:textId="77777777">
        <w:tc>
          <w:tcPr>
            <w:tcW w:w="2880" w:type="dxa"/>
            <w:tcMar/>
          </w:tcPr>
          <w:p w14:paraId="21F81DA0" wp14:textId="77777777">
            <w:r>
              <w:t>PSY200</w:t>
            </w:r>
          </w:p>
        </w:tc>
        <w:tc>
          <w:tcPr>
            <w:tcW w:w="2880" w:type="dxa"/>
            <w:tcMar/>
          </w:tcPr>
          <w:p w14:paraId="2CBE375D" wp14:textId="77777777">
            <w:r>
              <w:t>Basic Research Methods for the Behavioral Sciences</w:t>
            </w:r>
          </w:p>
        </w:tc>
        <w:tc>
          <w:tcPr>
            <w:tcW w:w="2880" w:type="dxa"/>
            <w:tcMar/>
          </w:tcPr>
          <w:p w14:paraId="3C1ED14B" wp14:textId="77777777">
            <w:r>
              <w:t>3</w:t>
            </w:r>
          </w:p>
        </w:tc>
        <w:tc>
          <w:tcPr>
            <w:tcW w:w="2880" w:type="dxa"/>
            <w:tcMar/>
          </w:tcPr>
          <w:p w14:paraId="59202FBB" wp14:textId="77777777">
            <w:r>
              <w:t>PSY 208 RESEARCH METHODS IN PSYCHOLOGY (3)</w:t>
            </w:r>
          </w:p>
        </w:tc>
        <w:tc>
          <w:tcPr>
            <w:tcW w:w="2880" w:type="dxa"/>
            <w:tcMar/>
          </w:tcPr>
          <w:p w14:paraId="5997CC1D" wp14:textId="514C2873">
            <w:r w:rsidR="76103F5B">
              <w:rPr/>
              <w:t>Research Methods and Statistics Sequence</w:t>
            </w:r>
          </w:p>
        </w:tc>
      </w:tr>
      <w:tr xmlns:wp14="http://schemas.microsoft.com/office/word/2010/wordml" w:rsidTr="0429D3FE" w14:paraId="33A7609A" wp14:textId="77777777">
        <w:tc>
          <w:tcPr>
            <w:tcW w:w="2880" w:type="dxa"/>
            <w:tcMar/>
          </w:tcPr>
          <w:p w14:paraId="327A25EF" wp14:textId="77777777">
            <w:r>
              <w:t>MAT125</w:t>
            </w:r>
          </w:p>
        </w:tc>
        <w:tc>
          <w:tcPr>
            <w:tcW w:w="2880" w:type="dxa"/>
            <w:tcMar/>
          </w:tcPr>
          <w:p w14:paraId="42C57819" wp14:textId="77777777">
            <w:r>
              <w:t>Statistics</w:t>
            </w:r>
          </w:p>
        </w:tc>
        <w:tc>
          <w:tcPr>
            <w:tcW w:w="2880" w:type="dxa"/>
            <w:tcMar/>
          </w:tcPr>
          <w:p w14:paraId="2598DEE6" wp14:textId="77777777">
            <w:r>
              <w:t>4</w:t>
            </w:r>
          </w:p>
        </w:tc>
        <w:tc>
          <w:tcPr>
            <w:tcW w:w="2880" w:type="dxa"/>
            <w:tcMar/>
          </w:tcPr>
          <w:p w14:paraId="296F8183" wp14:textId="77777777">
            <w:r>
              <w:t>MAT 147 STATISTICS (3) + SSUT61 (1)</w:t>
            </w:r>
          </w:p>
        </w:tc>
        <w:tc>
          <w:tcPr>
            <w:tcW w:w="2880" w:type="dxa"/>
            <w:tcMar/>
          </w:tcPr>
          <w:p w14:paraId="110FFD37" wp14:textId="4D84E406">
            <w:r w:rsidR="08F711FB">
              <w:rPr/>
              <w:t>Required Major Support Course</w:t>
            </w:r>
          </w:p>
        </w:tc>
      </w:tr>
      <w:tr xmlns:wp14="http://schemas.microsoft.com/office/word/2010/wordml" w:rsidTr="0429D3FE" w14:paraId="32855BFE" wp14:textId="77777777">
        <w:tc>
          <w:tcPr>
            <w:tcW w:w="2880" w:type="dxa"/>
            <w:tcMar/>
          </w:tcPr>
          <w:p w14:paraId="40EE9873" wp14:textId="77777777">
            <w:r>
              <w:t>BIO121 or BIO111</w:t>
            </w:r>
          </w:p>
        </w:tc>
        <w:tc>
          <w:tcPr>
            <w:tcW w:w="2880" w:type="dxa"/>
            <w:tcMar/>
          </w:tcPr>
          <w:p w14:paraId="29E62B8A" wp14:textId="77777777">
            <w:r>
              <w:t>Anatomy &amp; Physiology I OR Introduction to Biology</w:t>
            </w:r>
          </w:p>
        </w:tc>
        <w:tc>
          <w:tcPr>
            <w:tcW w:w="2880" w:type="dxa"/>
            <w:tcMar/>
          </w:tcPr>
          <w:p w14:paraId="279935FF" wp14:textId="77777777">
            <w:r>
              <w:t>4</w:t>
            </w:r>
          </w:p>
        </w:tc>
        <w:tc>
          <w:tcPr>
            <w:tcW w:w="2880" w:type="dxa"/>
            <w:tcMar/>
          </w:tcPr>
          <w:p w14:paraId="4B60FC45" wp14:textId="77777777">
            <w:r>
              <w:t>BIO200T OR BIO132 (4)</w:t>
            </w:r>
          </w:p>
        </w:tc>
        <w:tc>
          <w:tcPr>
            <w:tcW w:w="2880" w:type="dxa"/>
            <w:tcMar/>
          </w:tcPr>
          <w:p w14:paraId="6B699379" wp14:textId="6A230E58">
            <w:r w:rsidR="6EC76C5F">
              <w:rPr/>
              <w:t>Major BIO Lab Course</w:t>
            </w:r>
          </w:p>
        </w:tc>
      </w:tr>
      <w:tr xmlns:wp14="http://schemas.microsoft.com/office/word/2010/wordml" w:rsidTr="0429D3FE" w14:paraId="4A54471E" wp14:textId="77777777">
        <w:tc>
          <w:tcPr>
            <w:tcW w:w="2880" w:type="dxa"/>
            <w:tcMar/>
          </w:tcPr>
          <w:p w14:paraId="2BED26D1" wp14:textId="77777777">
            <w:r>
              <w:t>HIS121</w:t>
            </w:r>
          </w:p>
        </w:tc>
        <w:tc>
          <w:tcPr>
            <w:tcW w:w="2880" w:type="dxa"/>
            <w:tcMar/>
          </w:tcPr>
          <w:p w14:paraId="76C2A1E2" wp14:textId="77777777">
            <w:r>
              <w:t>World Civilizations I</w:t>
            </w:r>
          </w:p>
        </w:tc>
        <w:tc>
          <w:tcPr>
            <w:tcW w:w="2880" w:type="dxa"/>
            <w:tcMar/>
          </w:tcPr>
          <w:p w14:paraId="54A90BE3" wp14:textId="77777777">
            <w:r>
              <w:t>3</w:t>
            </w:r>
          </w:p>
        </w:tc>
        <w:tc>
          <w:tcPr>
            <w:tcW w:w="2880" w:type="dxa"/>
            <w:tcMar/>
          </w:tcPr>
          <w:p w14:paraId="6E5B5EA1" wp14:textId="77777777">
            <w:r>
              <w:t>HST 101 WORLD HISTORY I (3)</w:t>
            </w:r>
          </w:p>
        </w:tc>
        <w:tc>
          <w:tcPr>
            <w:tcW w:w="2880" w:type="dxa"/>
            <w:tcMar/>
          </w:tcPr>
          <w:p w:rsidP="24236BD9" w14:paraId="07547A01" wp14:textId="63585F34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68D95762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5E896D8C" wp14:textId="77777777">
        <w:tc>
          <w:tcPr>
            <w:tcW w:w="2880" w:type="dxa"/>
            <w:tcMar/>
          </w:tcPr>
          <w:p w14:paraId="37768BC1" wp14:textId="77777777">
            <w:r>
              <w:t>LIT271</w:t>
            </w:r>
          </w:p>
        </w:tc>
        <w:tc>
          <w:tcPr>
            <w:tcW w:w="2880" w:type="dxa"/>
            <w:tcMar/>
          </w:tcPr>
          <w:p w14:paraId="1D5F8C35" wp14:textId="77777777">
            <w:r>
              <w:t>World Literature I</w:t>
            </w:r>
          </w:p>
        </w:tc>
        <w:tc>
          <w:tcPr>
            <w:tcW w:w="2880" w:type="dxa"/>
            <w:tcMar/>
          </w:tcPr>
          <w:p w14:paraId="73999762" wp14:textId="77777777">
            <w:r>
              <w:t>3</w:t>
            </w:r>
          </w:p>
        </w:tc>
        <w:tc>
          <w:tcPr>
            <w:tcW w:w="2880" w:type="dxa"/>
            <w:tcMar/>
          </w:tcPr>
          <w:p w14:paraId="2ADCE480" wp14:textId="77777777">
            <w:r>
              <w:t>ENL 162 FOUNDATIONS OF WORLD LITERATURE (3)</w:t>
            </w:r>
          </w:p>
        </w:tc>
        <w:tc>
          <w:tcPr>
            <w:tcW w:w="2880" w:type="dxa"/>
            <w:tcMar/>
          </w:tcPr>
          <w:p w:rsidP="24236BD9" w14:paraId="5043CB0F" wp14:textId="5521DF94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27DC2343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510766C9" wp14:textId="77777777">
        <w:tc>
          <w:tcPr>
            <w:tcW w:w="2880" w:type="dxa"/>
            <w:tcMar/>
          </w:tcPr>
          <w:p w14:paraId="35D8AB3C" wp14:textId="77777777">
            <w:r>
              <w:t>SPN111</w:t>
            </w:r>
          </w:p>
        </w:tc>
        <w:tc>
          <w:tcPr>
            <w:tcW w:w="2880" w:type="dxa"/>
            <w:tcMar/>
          </w:tcPr>
          <w:p w14:paraId="66C1E9B8" wp14:textId="77777777">
            <w:r>
              <w:t>Elementary Spanish Language and Culture I</w:t>
            </w:r>
          </w:p>
        </w:tc>
        <w:tc>
          <w:tcPr>
            <w:tcW w:w="2880" w:type="dxa"/>
            <w:tcMar/>
          </w:tcPr>
          <w:p w14:paraId="1B4AAD78" wp14:textId="77777777">
            <w:r>
              <w:t>3</w:t>
            </w:r>
          </w:p>
        </w:tc>
        <w:tc>
          <w:tcPr>
            <w:tcW w:w="2880" w:type="dxa"/>
            <w:tcMar/>
          </w:tcPr>
          <w:p w14:paraId="1A7E8E8B" wp14:textId="77777777">
            <w:r>
              <w:t>SPN 101 ELEMENTARY SPANISH I (3)</w:t>
            </w:r>
          </w:p>
        </w:tc>
        <w:tc>
          <w:tcPr>
            <w:tcW w:w="2880" w:type="dxa"/>
            <w:tcMar/>
          </w:tcPr>
          <w:p w:rsidP="24236BD9" w14:paraId="07459315" wp14:textId="7EC52C07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70A184CA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2D1A45B7" wp14:textId="77777777">
        <w:tc>
          <w:tcPr>
            <w:tcW w:w="2880" w:type="dxa"/>
            <w:tcMar/>
          </w:tcPr>
          <w:p w14:paraId="15F765EC" wp14:textId="77777777">
            <w:r>
              <w:t>PSY206</w:t>
            </w:r>
          </w:p>
        </w:tc>
        <w:tc>
          <w:tcPr>
            <w:tcW w:w="2880" w:type="dxa"/>
            <w:tcMar/>
          </w:tcPr>
          <w:p w14:paraId="6DCF999A" wp14:textId="77777777">
            <w:r>
              <w:t>Social Psychology</w:t>
            </w:r>
          </w:p>
        </w:tc>
        <w:tc>
          <w:tcPr>
            <w:tcW w:w="2880" w:type="dxa"/>
            <w:tcMar/>
          </w:tcPr>
          <w:p w14:paraId="5139319E" wp14:textId="77777777">
            <w:r>
              <w:t>3</w:t>
            </w:r>
          </w:p>
        </w:tc>
        <w:tc>
          <w:tcPr>
            <w:tcW w:w="2880" w:type="dxa"/>
            <w:tcMar/>
          </w:tcPr>
          <w:p w14:paraId="7B22CA2F" wp14:textId="77777777">
            <w:r>
              <w:t>PSY 216 INTRODUCTION TO SOCIAL PSYCHOLOGY (3)</w:t>
            </w:r>
          </w:p>
        </w:tc>
        <w:tc>
          <w:tcPr>
            <w:tcW w:w="2880" w:type="dxa"/>
            <w:tcMar/>
          </w:tcPr>
          <w:p w14:paraId="6537F28F" wp14:textId="7CD17011">
            <w:r w:rsidR="7CF15AFB">
              <w:rPr/>
              <w:t>Major Division B Course</w:t>
            </w:r>
          </w:p>
        </w:tc>
      </w:tr>
      <w:tr xmlns:wp14="http://schemas.microsoft.com/office/word/2010/wordml" w:rsidTr="0429D3FE" w14:paraId="0379A01D" wp14:textId="77777777">
        <w:tc>
          <w:tcPr>
            <w:tcW w:w="2880" w:type="dxa"/>
            <w:tcMar/>
          </w:tcPr>
          <w:p w14:paraId="0571FF8C" wp14:textId="77777777">
            <w:r>
              <w:t>PSY209</w:t>
            </w:r>
          </w:p>
        </w:tc>
        <w:tc>
          <w:tcPr>
            <w:tcW w:w="2880" w:type="dxa"/>
            <w:tcMar/>
          </w:tcPr>
          <w:p w14:paraId="099F472C" wp14:textId="77777777">
            <w:r>
              <w:t>Biopsychology</w:t>
            </w:r>
          </w:p>
        </w:tc>
        <w:tc>
          <w:tcPr>
            <w:tcW w:w="2880" w:type="dxa"/>
            <w:tcMar/>
          </w:tcPr>
          <w:p w14:paraId="3B3C4372" wp14:textId="77777777">
            <w:r>
              <w:t>3</w:t>
            </w:r>
          </w:p>
        </w:tc>
        <w:tc>
          <w:tcPr>
            <w:tcW w:w="2880" w:type="dxa"/>
            <w:tcMar/>
          </w:tcPr>
          <w:p w14:paraId="17BE56DC" wp14:textId="77777777">
            <w:r>
              <w:t>PSY 212 BIOPSYCHOLOGY (3)</w:t>
            </w:r>
          </w:p>
        </w:tc>
        <w:tc>
          <w:tcPr>
            <w:tcW w:w="2880" w:type="dxa"/>
            <w:tcMar/>
          </w:tcPr>
          <w:p w14:paraId="6DFB9E20" wp14:textId="2655B140">
            <w:r w:rsidR="4512A17D">
              <w:rPr/>
              <w:t>Major Division A Course</w:t>
            </w:r>
          </w:p>
        </w:tc>
      </w:tr>
      <w:tr xmlns:wp14="http://schemas.microsoft.com/office/word/2010/wordml" w:rsidTr="0429D3FE" w14:paraId="0E9CC08C" wp14:textId="77777777">
        <w:tc>
          <w:tcPr>
            <w:tcW w:w="2880" w:type="dxa"/>
            <w:tcMar/>
          </w:tcPr>
          <w:p w14:paraId="06C8FC1F" wp14:textId="77777777">
            <w:r>
              <w:t>BIO122 or BIO112</w:t>
            </w:r>
          </w:p>
        </w:tc>
        <w:tc>
          <w:tcPr>
            <w:tcW w:w="2880" w:type="dxa"/>
            <w:tcMar/>
          </w:tcPr>
          <w:p w14:paraId="752DAF21" wp14:textId="77777777">
            <w:r>
              <w:t>Anatomy &amp; Physiology II OR Introduction to Biology II</w:t>
            </w:r>
          </w:p>
        </w:tc>
        <w:tc>
          <w:tcPr>
            <w:tcW w:w="2880" w:type="dxa"/>
            <w:tcMar/>
          </w:tcPr>
          <w:p w14:paraId="7C964D78" wp14:textId="77777777">
            <w:r>
              <w:t>4</w:t>
            </w:r>
          </w:p>
        </w:tc>
        <w:tc>
          <w:tcPr>
            <w:tcW w:w="2880" w:type="dxa"/>
            <w:tcMar/>
          </w:tcPr>
          <w:p w14:paraId="4C46CBBA" wp14:textId="77777777">
            <w:r>
              <w:t>BIO201T OR BIO131 (4)</w:t>
            </w:r>
          </w:p>
        </w:tc>
        <w:tc>
          <w:tcPr>
            <w:tcW w:w="2880" w:type="dxa"/>
            <w:tcMar/>
          </w:tcPr>
          <w:p w14:paraId="3A0FF5F2" wp14:textId="016055C7">
            <w:r w:rsidR="495D8E44">
              <w:rPr/>
              <w:t>Required Major Support Course</w:t>
            </w:r>
          </w:p>
        </w:tc>
      </w:tr>
      <w:tr xmlns:wp14="http://schemas.microsoft.com/office/word/2010/wordml" w:rsidTr="0429D3FE" w14:paraId="2C88AAFA" wp14:textId="77777777">
        <w:tc>
          <w:tcPr>
            <w:tcW w:w="2880" w:type="dxa"/>
            <w:tcMar/>
          </w:tcPr>
          <w:p w14:paraId="08037A34" wp14:textId="77777777">
            <w:r>
              <w:t>HIS122</w:t>
            </w:r>
          </w:p>
        </w:tc>
        <w:tc>
          <w:tcPr>
            <w:tcW w:w="2880" w:type="dxa"/>
            <w:tcMar/>
          </w:tcPr>
          <w:p w14:paraId="238A149A" wp14:textId="77777777">
            <w:r>
              <w:t>World Civilizations II</w:t>
            </w:r>
          </w:p>
        </w:tc>
        <w:tc>
          <w:tcPr>
            <w:tcW w:w="2880" w:type="dxa"/>
            <w:tcMar/>
          </w:tcPr>
          <w:p w14:paraId="11CE27A1" wp14:textId="77777777">
            <w:r>
              <w:t>3</w:t>
            </w:r>
          </w:p>
        </w:tc>
        <w:tc>
          <w:tcPr>
            <w:tcW w:w="2880" w:type="dxa"/>
            <w:tcMar/>
          </w:tcPr>
          <w:p w14:paraId="68005117" wp14:textId="77777777">
            <w:r>
              <w:t>HST 102 WORLD HISTORY II (3)</w:t>
            </w:r>
          </w:p>
        </w:tc>
        <w:tc>
          <w:tcPr>
            <w:tcW w:w="2880" w:type="dxa"/>
            <w:tcMar/>
          </w:tcPr>
          <w:p w:rsidP="24236BD9" w14:paraId="5630AD66" wp14:textId="62F065E5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571C8100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649D4A7D" wp14:textId="77777777">
        <w:tc>
          <w:tcPr>
            <w:tcW w:w="2880" w:type="dxa"/>
            <w:tcMar/>
          </w:tcPr>
          <w:p w14:paraId="50FE2804" wp14:textId="77777777">
            <w:r>
              <w:t>SPN112</w:t>
            </w:r>
          </w:p>
        </w:tc>
        <w:tc>
          <w:tcPr>
            <w:tcW w:w="2880" w:type="dxa"/>
            <w:tcMar/>
          </w:tcPr>
          <w:p w14:paraId="7B49EF40" wp14:textId="77777777">
            <w:r>
              <w:t>Introductory Spanish II</w:t>
            </w:r>
          </w:p>
        </w:tc>
        <w:tc>
          <w:tcPr>
            <w:tcW w:w="2880" w:type="dxa"/>
            <w:tcMar/>
          </w:tcPr>
          <w:p w14:paraId="18A26C19" wp14:textId="77777777">
            <w:r>
              <w:t>3</w:t>
            </w:r>
          </w:p>
        </w:tc>
        <w:tc>
          <w:tcPr>
            <w:tcW w:w="2880" w:type="dxa"/>
            <w:tcMar/>
          </w:tcPr>
          <w:p w14:paraId="45B53FA2" wp14:textId="77777777">
            <w:r>
              <w:t>SPN 102 ELEMENTARY SPANISH II (3)</w:t>
            </w:r>
          </w:p>
        </w:tc>
        <w:tc>
          <w:tcPr>
            <w:tcW w:w="2880" w:type="dxa"/>
            <w:tcMar/>
          </w:tcPr>
          <w:p w:rsidP="24236BD9" w14:paraId="61829076" wp14:textId="7F80061B">
            <w:pPr>
              <w:rPr>
                <w:rFonts w:ascii="Cambria" w:hAnsi="Cambria" w:eastAsia="Cambria" w:cs="Cambria"/>
                <w:noProof w:val="0"/>
                <w:sz w:val="22"/>
                <w:szCs w:val="22"/>
                <w:lang w:val="en-US"/>
              </w:rPr>
            </w:pPr>
            <w:r w:rsidRPr="24236BD9" w:rsidR="2981631D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Free Elective due to MassTransfer Gen Ed Exemption</w:t>
            </w:r>
          </w:p>
        </w:tc>
      </w:tr>
      <w:tr xmlns:wp14="http://schemas.microsoft.com/office/word/2010/wordml" w:rsidTr="0429D3FE" w14:paraId="2CED60C9" wp14:textId="77777777">
        <w:tc>
          <w:tcPr>
            <w:tcW w:w="2880" w:type="dxa"/>
            <w:tcMar/>
          </w:tcPr>
          <w:p w14:paraId="7861BD12" wp14:textId="77777777">
            <w:r>
              <w:t>PSY201</w:t>
            </w:r>
          </w:p>
        </w:tc>
        <w:tc>
          <w:tcPr>
            <w:tcW w:w="2880" w:type="dxa"/>
            <w:tcMar/>
          </w:tcPr>
          <w:p w14:paraId="1310DDEA" wp14:textId="77777777">
            <w:r>
              <w:t>Developmental Psychology I: Childhood &amp; Adolescence</w:t>
            </w:r>
          </w:p>
        </w:tc>
        <w:tc>
          <w:tcPr>
            <w:tcW w:w="2880" w:type="dxa"/>
            <w:tcMar/>
          </w:tcPr>
          <w:p w14:paraId="51B6E75B" wp14:textId="77777777">
            <w:r>
              <w:t>3</w:t>
            </w:r>
          </w:p>
        </w:tc>
        <w:tc>
          <w:tcPr>
            <w:tcW w:w="2880" w:type="dxa"/>
            <w:tcMar/>
          </w:tcPr>
          <w:p w14:paraId="00516288" wp14:textId="77777777">
            <w:r>
              <w:t>PSY 218 CHILDHOOD AND ADOLESCENCE (3)</w:t>
            </w:r>
          </w:p>
        </w:tc>
        <w:tc>
          <w:tcPr>
            <w:tcW w:w="2880" w:type="dxa"/>
            <w:tcMar/>
          </w:tcPr>
          <w:p w14:paraId="2BA226A1" wp14:textId="264374CA">
            <w:r w:rsidR="7BFC0E12">
              <w:rPr/>
              <w:t>Major Division B Course</w:t>
            </w:r>
          </w:p>
        </w:tc>
      </w:tr>
      <w:tr xmlns:wp14="http://schemas.microsoft.com/office/word/2010/wordml" w:rsidTr="0429D3FE" w14:paraId="7272DE0D" wp14:textId="77777777">
        <w:tc>
          <w:tcPr>
            <w:tcW w:w="2880" w:type="dxa"/>
            <w:tcMar/>
          </w:tcPr>
          <w:p w14:paraId="6F3BD716" wp14:textId="77777777">
            <w:r>
              <w:t>PSY207</w:t>
            </w:r>
          </w:p>
        </w:tc>
        <w:tc>
          <w:tcPr>
            <w:tcW w:w="2880" w:type="dxa"/>
            <w:tcMar/>
          </w:tcPr>
          <w:p w14:paraId="4408FE14" wp14:textId="77777777">
            <w:r>
              <w:t>Abnormal Psychology</w:t>
            </w:r>
          </w:p>
        </w:tc>
        <w:tc>
          <w:tcPr>
            <w:tcW w:w="2880" w:type="dxa"/>
            <w:tcMar/>
          </w:tcPr>
          <w:p w14:paraId="16517A15" wp14:textId="77777777">
            <w:r>
              <w:t>3</w:t>
            </w:r>
          </w:p>
        </w:tc>
        <w:tc>
          <w:tcPr>
            <w:tcW w:w="2880" w:type="dxa"/>
            <w:tcMar/>
          </w:tcPr>
          <w:p w14:paraId="26CAF633" wp14:textId="77777777">
            <w:r>
              <w:t>PSY 215 INTRODUCTION TO ABNORMAL PSYCHOLOGY (3)</w:t>
            </w:r>
          </w:p>
        </w:tc>
        <w:tc>
          <w:tcPr>
            <w:tcW w:w="2880" w:type="dxa"/>
            <w:tcMar/>
          </w:tcPr>
          <w:p w14:paraId="17AD93B2" wp14:textId="4813623C">
            <w:r w:rsidR="74A2760A">
              <w:rPr/>
              <w:t>PSY Elective</w:t>
            </w:r>
          </w:p>
        </w:tc>
      </w:tr>
      <w:tr w:rsidR="53D29D92" w:rsidTr="0429D3FE" w14:paraId="2D6BA9E0">
        <w:trPr>
          <w:trHeight w:val="300"/>
        </w:trPr>
        <w:tc>
          <w:tcPr>
            <w:tcW w:w="2880" w:type="dxa"/>
            <w:shd w:val="clear" w:color="auto" w:fill="DAE8F8"/>
            <w:tcMar/>
          </w:tcPr>
          <w:p w:rsidR="53D29D92" w:rsidP="53D29D92" w:rsidRDefault="53D29D92" w14:paraId="5D987E04" w14:textId="3E07727D">
            <w:pPr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3D29D92" w:rsidR="53D29D92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Total Program Credits: 6</w:t>
            </w:r>
            <w:r w:rsidRPr="53D29D92" w:rsidR="13FC8710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3</w:t>
            </w:r>
          </w:p>
        </w:tc>
        <w:tc>
          <w:tcPr>
            <w:tcW w:w="2880" w:type="dxa"/>
            <w:shd w:val="clear" w:color="auto" w:fill="DAE8F8"/>
            <w:tcMar/>
          </w:tcPr>
          <w:p w:rsidR="53D29D92" w:rsidP="53D29D92" w:rsidRDefault="53D29D92" w14:paraId="4320F91F" w14:textId="42786532">
            <w:pPr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3D29D92" w:rsidR="53D29D92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Total Transfer Credits:</w:t>
            </w:r>
          </w:p>
        </w:tc>
        <w:tc>
          <w:tcPr>
            <w:tcW w:w="2880" w:type="dxa"/>
            <w:shd w:val="clear" w:color="auto" w:fill="DAE8F8"/>
            <w:tcMar/>
          </w:tcPr>
          <w:p w:rsidR="53D29D92" w:rsidP="53D29D92" w:rsidRDefault="53D29D92" w14:paraId="4A7D3F9F" w14:textId="751404C8">
            <w:pPr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3D29D92" w:rsidR="53D29D92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6</w:t>
            </w:r>
            <w:r w:rsidRPr="53D29D92" w:rsidR="3D48DB34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3</w:t>
            </w:r>
          </w:p>
        </w:tc>
        <w:tc>
          <w:tcPr>
            <w:tcW w:w="2880" w:type="dxa"/>
            <w:shd w:val="clear" w:color="auto" w:fill="DAE8F8"/>
            <w:tcMar/>
          </w:tcPr>
          <w:p w:rsidR="53D29D92" w:rsidP="53D29D92" w:rsidRDefault="53D29D92" w14:paraId="1E0EA561" w14:textId="19264642">
            <w:pPr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3D29D92" w:rsidR="53D29D92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  <w:shd w:val="clear" w:color="auto" w:fill="DAE8F8"/>
            <w:tcMar/>
          </w:tcPr>
          <w:p w:rsidR="53D29D92" w:rsidP="53D29D92" w:rsidRDefault="53D29D92" w14:paraId="4BEC5C7A" w14:textId="3821E709">
            <w:pPr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3D29D92" w:rsidR="53D29D92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6</w:t>
            </w:r>
            <w:r w:rsidRPr="53D29D92" w:rsidR="448AC96D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3</w:t>
            </w:r>
          </w:p>
        </w:tc>
      </w:tr>
    </w:tbl>
    <w:sectPr w:rsidRPr="0006063C" w:rsidR="00FC693F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5F5A8C"/>
    <w:rsid w:val="03A6C1D1"/>
    <w:rsid w:val="0429D3FE"/>
    <w:rsid w:val="08F711FB"/>
    <w:rsid w:val="09AFB308"/>
    <w:rsid w:val="0A7CA4C9"/>
    <w:rsid w:val="0BE8400B"/>
    <w:rsid w:val="0C1606BF"/>
    <w:rsid w:val="0F7CE153"/>
    <w:rsid w:val="130D118A"/>
    <w:rsid w:val="13FC8710"/>
    <w:rsid w:val="17A8D32C"/>
    <w:rsid w:val="193CC2CA"/>
    <w:rsid w:val="19DEFF2E"/>
    <w:rsid w:val="19DEFF2E"/>
    <w:rsid w:val="226F507A"/>
    <w:rsid w:val="24236BD9"/>
    <w:rsid w:val="24D3996C"/>
    <w:rsid w:val="268E552B"/>
    <w:rsid w:val="26D98AA9"/>
    <w:rsid w:val="275D3FE3"/>
    <w:rsid w:val="27DC2343"/>
    <w:rsid w:val="2981631D"/>
    <w:rsid w:val="29A510DD"/>
    <w:rsid w:val="2EBD1970"/>
    <w:rsid w:val="304EC825"/>
    <w:rsid w:val="30F25D70"/>
    <w:rsid w:val="33D8459E"/>
    <w:rsid w:val="3C423C9A"/>
    <w:rsid w:val="3D48DB34"/>
    <w:rsid w:val="448AC96D"/>
    <w:rsid w:val="4512A17D"/>
    <w:rsid w:val="47E1AED7"/>
    <w:rsid w:val="487545F7"/>
    <w:rsid w:val="495D8E44"/>
    <w:rsid w:val="4BE051C6"/>
    <w:rsid w:val="4DD12CFF"/>
    <w:rsid w:val="50201DB8"/>
    <w:rsid w:val="53D29D92"/>
    <w:rsid w:val="53F28E93"/>
    <w:rsid w:val="561E2DBB"/>
    <w:rsid w:val="571C8100"/>
    <w:rsid w:val="5C298F71"/>
    <w:rsid w:val="5FFDB900"/>
    <w:rsid w:val="64EB63FB"/>
    <w:rsid w:val="669B016A"/>
    <w:rsid w:val="68419696"/>
    <w:rsid w:val="68C9C5C1"/>
    <w:rsid w:val="68D95762"/>
    <w:rsid w:val="69ABC7A4"/>
    <w:rsid w:val="6C8EEA73"/>
    <w:rsid w:val="6EC76C5F"/>
    <w:rsid w:val="7046CEFB"/>
    <w:rsid w:val="70A184CA"/>
    <w:rsid w:val="740968DB"/>
    <w:rsid w:val="74A2760A"/>
    <w:rsid w:val="76103F5B"/>
    <w:rsid w:val="767A3B5F"/>
    <w:rsid w:val="76889AEF"/>
    <w:rsid w:val="77964B05"/>
    <w:rsid w:val="781377BF"/>
    <w:rsid w:val="7896E3CB"/>
    <w:rsid w:val="7A212A14"/>
    <w:rsid w:val="7BFC0E12"/>
    <w:rsid w:val="7C037B3F"/>
    <w:rsid w:val="7C037B3F"/>
    <w:rsid w:val="7CF15AFB"/>
    <w:rsid w:val="7FB5F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0714C5CB-8FC8-443E-B1A3-7AB77B1C3D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Tiernan Bentley</lastModifiedBy>
  <revision>4</revision>
  <dcterms:created xsi:type="dcterms:W3CDTF">2013-12-23T23:15:00.0000000Z</dcterms:created>
  <dcterms:modified xsi:type="dcterms:W3CDTF">2026-04-16T16:02:13.7227262Z</dcterms:modified>
  <category/>
</coreProperties>
</file>