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E607B" w14:textId="77777777" w:rsidR="006E1DFF" w:rsidRDefault="007C4A6A">
      <w:r>
        <w:rPr>
          <w:color w:val="0070C0"/>
        </w:rPr>
        <w:t>Salem State University Advising Map</w:t>
      </w:r>
    </w:p>
    <w:p w14:paraId="74183ACD" w14:textId="17EF7537" w:rsidR="006E1DFF" w:rsidRDefault="5D2D78D5" w:rsidP="3904616B">
      <w:r w:rsidRPr="3904616B">
        <w:rPr>
          <w:color w:val="0070C0"/>
        </w:rPr>
        <w:t xml:space="preserve">Northern Essex Community College – Liberal Arts </w:t>
      </w:r>
      <w:r w:rsidR="46079EF1" w:rsidRPr="3904616B">
        <w:rPr>
          <w:color w:val="0070C0"/>
        </w:rPr>
        <w:t>Writing</w:t>
      </w:r>
      <w:r w:rsidRPr="3904616B">
        <w:rPr>
          <w:color w:val="0070C0"/>
        </w:rPr>
        <w:t xml:space="preserve"> Degree transfers to Salem State University </w:t>
      </w:r>
      <w:r w:rsidR="6EFBCBDC" w:rsidRPr="3904616B">
        <w:rPr>
          <w:color w:val="0070C0"/>
        </w:rPr>
        <w:t xml:space="preserve">English, BA </w:t>
      </w:r>
      <w:r w:rsidRPr="3904616B">
        <w:rPr>
          <w:color w:val="0070C0"/>
        </w:rPr>
        <w:t>as follows:</w:t>
      </w:r>
    </w:p>
    <w:p w14:paraId="6094CECB" w14:textId="77777777" w:rsidR="006E1DFF" w:rsidRDefault="007C4A6A">
      <w:r>
        <w:t>This map is a Salem State University advising tool only. Northern Essex Community College students should work with their NECC advisor.</w:t>
      </w:r>
    </w:p>
    <w:p w14:paraId="47CE398E" w14:textId="77777777" w:rsidR="006E1DFF" w:rsidRDefault="007C4A6A">
      <w:r>
        <w:t>Salem State University Notes:</w:t>
      </w:r>
    </w:p>
    <w:p w14:paraId="4D82E76F" w14:textId="77777777" w:rsidR="006E1DFF" w:rsidRDefault="007C4A6A">
      <w:r>
        <w:t>This program has the required courses for the Mass Transfer Gen Ed Foundation built in:</w:t>
      </w:r>
    </w:p>
    <w:tbl>
      <w:tblPr>
        <w:tblStyle w:val="TableGrid"/>
        <w:tblW w:w="14399" w:type="dxa"/>
        <w:tblLook w:val="04A0" w:firstRow="1" w:lastRow="0" w:firstColumn="1" w:lastColumn="0" w:noHBand="0" w:noVBand="1"/>
      </w:tblPr>
      <w:tblGrid>
        <w:gridCol w:w="1309"/>
        <w:gridCol w:w="1309"/>
        <w:gridCol w:w="1309"/>
        <w:gridCol w:w="1309"/>
        <w:gridCol w:w="1309"/>
        <w:gridCol w:w="1380"/>
        <w:gridCol w:w="1238"/>
        <w:gridCol w:w="1309"/>
        <w:gridCol w:w="1309"/>
        <w:gridCol w:w="1309"/>
        <w:gridCol w:w="1309"/>
      </w:tblGrid>
      <w:tr w:rsidR="006E1DFF" w14:paraId="133192BF" w14:textId="77777777" w:rsidTr="59BE2636">
        <w:tc>
          <w:tcPr>
            <w:tcW w:w="1309" w:type="dxa"/>
          </w:tcPr>
          <w:p w14:paraId="31F567EA" w14:textId="77777777" w:rsidR="006E1DFF" w:rsidRDefault="007C4A6A">
            <w:r>
              <w:t>Comp I</w:t>
            </w:r>
          </w:p>
        </w:tc>
        <w:tc>
          <w:tcPr>
            <w:tcW w:w="1309" w:type="dxa"/>
          </w:tcPr>
          <w:p w14:paraId="2EA046A3" w14:textId="77777777" w:rsidR="006E1DFF" w:rsidRDefault="007C4A6A">
            <w:r>
              <w:t>Comp II</w:t>
            </w:r>
          </w:p>
        </w:tc>
        <w:tc>
          <w:tcPr>
            <w:tcW w:w="1309" w:type="dxa"/>
          </w:tcPr>
          <w:p w14:paraId="55C2B1C2" w14:textId="77777777" w:rsidR="006E1DFF" w:rsidRDefault="007C4A6A">
            <w:r>
              <w:t>Beh/SS</w:t>
            </w:r>
          </w:p>
        </w:tc>
        <w:tc>
          <w:tcPr>
            <w:tcW w:w="1309" w:type="dxa"/>
          </w:tcPr>
          <w:p w14:paraId="292A3173" w14:textId="77777777" w:rsidR="006E1DFF" w:rsidRDefault="007C4A6A">
            <w:r>
              <w:t>Beh/SS</w:t>
            </w:r>
          </w:p>
        </w:tc>
        <w:tc>
          <w:tcPr>
            <w:tcW w:w="1309" w:type="dxa"/>
          </w:tcPr>
          <w:p w14:paraId="52B7D7AD" w14:textId="77777777" w:rsidR="006E1DFF" w:rsidRDefault="007C4A6A">
            <w:r>
              <w:t>Beh/SS</w:t>
            </w:r>
          </w:p>
        </w:tc>
        <w:tc>
          <w:tcPr>
            <w:tcW w:w="1380" w:type="dxa"/>
          </w:tcPr>
          <w:p w14:paraId="71D9EBF3" w14:textId="77777777" w:rsidR="006E1DFF" w:rsidRDefault="007C4A6A">
            <w:r>
              <w:t>Hum/FA</w:t>
            </w:r>
          </w:p>
        </w:tc>
        <w:tc>
          <w:tcPr>
            <w:tcW w:w="1238" w:type="dxa"/>
          </w:tcPr>
          <w:p w14:paraId="503DBCE4" w14:textId="77777777" w:rsidR="006E1DFF" w:rsidRDefault="007C4A6A">
            <w:r>
              <w:t>Hum/FA</w:t>
            </w:r>
          </w:p>
        </w:tc>
        <w:tc>
          <w:tcPr>
            <w:tcW w:w="1309" w:type="dxa"/>
          </w:tcPr>
          <w:p w14:paraId="6B845B28" w14:textId="77777777" w:rsidR="006E1DFF" w:rsidRDefault="007C4A6A">
            <w:r>
              <w:t>Hum/FA</w:t>
            </w:r>
          </w:p>
        </w:tc>
        <w:tc>
          <w:tcPr>
            <w:tcW w:w="1309" w:type="dxa"/>
          </w:tcPr>
          <w:p w14:paraId="4FA9EFB0" w14:textId="77777777" w:rsidR="006E1DFF" w:rsidRDefault="007C4A6A">
            <w:r>
              <w:t>Sci- Lab</w:t>
            </w:r>
          </w:p>
        </w:tc>
        <w:tc>
          <w:tcPr>
            <w:tcW w:w="1309" w:type="dxa"/>
          </w:tcPr>
          <w:p w14:paraId="455D0AFA" w14:textId="77777777" w:rsidR="006E1DFF" w:rsidRDefault="007C4A6A">
            <w:r>
              <w:t>Sci</w:t>
            </w:r>
          </w:p>
        </w:tc>
        <w:tc>
          <w:tcPr>
            <w:tcW w:w="1309" w:type="dxa"/>
          </w:tcPr>
          <w:p w14:paraId="1D7B0312" w14:textId="77777777" w:rsidR="006E1DFF" w:rsidRDefault="007C4A6A">
            <w:r>
              <w:t>MAT</w:t>
            </w:r>
          </w:p>
        </w:tc>
      </w:tr>
      <w:tr w:rsidR="006E1DFF" w14:paraId="6C572B08" w14:textId="77777777" w:rsidTr="59BE2636">
        <w:tc>
          <w:tcPr>
            <w:tcW w:w="1309" w:type="dxa"/>
          </w:tcPr>
          <w:p w14:paraId="6FD76E9E" w14:textId="7ED94A48" w:rsidR="006E1DFF" w:rsidRDefault="22EB07D7">
            <w:r>
              <w:t>ENG101</w:t>
            </w:r>
          </w:p>
        </w:tc>
        <w:tc>
          <w:tcPr>
            <w:tcW w:w="1309" w:type="dxa"/>
          </w:tcPr>
          <w:p w14:paraId="36BB9D4F" w14:textId="1C43093F" w:rsidR="006E1DFF" w:rsidRDefault="22EB07D7">
            <w:r>
              <w:t>ENG102</w:t>
            </w:r>
          </w:p>
        </w:tc>
        <w:tc>
          <w:tcPr>
            <w:tcW w:w="1309" w:type="dxa"/>
          </w:tcPr>
          <w:p w14:paraId="568EA78E" w14:textId="2AC21164" w:rsidR="006E1DFF" w:rsidRDefault="2C0F31DC">
            <w:r>
              <w:t>Behavioral Science Elective</w:t>
            </w:r>
          </w:p>
        </w:tc>
        <w:tc>
          <w:tcPr>
            <w:tcW w:w="1309" w:type="dxa"/>
          </w:tcPr>
          <w:p w14:paraId="39BED3D8" w14:textId="7AFCF1BB" w:rsidR="006E1DFF" w:rsidRDefault="2C0F31DC">
            <w:r>
              <w:t>Behavioral Science Elective</w:t>
            </w:r>
          </w:p>
        </w:tc>
        <w:tc>
          <w:tcPr>
            <w:tcW w:w="1309" w:type="dxa"/>
          </w:tcPr>
          <w:p w14:paraId="68D1D677" w14:textId="0FF9C3FB" w:rsidR="006E1DFF" w:rsidRDefault="7B40C8E0">
            <w:r>
              <w:t>HIS121</w:t>
            </w:r>
          </w:p>
        </w:tc>
        <w:tc>
          <w:tcPr>
            <w:tcW w:w="1380" w:type="dxa"/>
          </w:tcPr>
          <w:p w14:paraId="551D7AA1" w14:textId="0F971A6F" w:rsidR="006E1DFF" w:rsidRDefault="7B40C8E0">
            <w:r>
              <w:t>Humanities Elective</w:t>
            </w:r>
          </w:p>
        </w:tc>
        <w:tc>
          <w:tcPr>
            <w:tcW w:w="1238" w:type="dxa"/>
          </w:tcPr>
          <w:p w14:paraId="66F665CD" w14:textId="3D4B1B94" w:rsidR="006E1DFF" w:rsidRDefault="7B40C8E0">
            <w:r>
              <w:t>ENG111</w:t>
            </w:r>
          </w:p>
        </w:tc>
        <w:tc>
          <w:tcPr>
            <w:tcW w:w="1309" w:type="dxa"/>
          </w:tcPr>
          <w:p w14:paraId="15AC5838" w14:textId="3648D149" w:rsidR="006E1DFF" w:rsidRDefault="7B40C8E0">
            <w:r>
              <w:t>ENG113</w:t>
            </w:r>
          </w:p>
        </w:tc>
        <w:tc>
          <w:tcPr>
            <w:tcW w:w="1309" w:type="dxa"/>
          </w:tcPr>
          <w:p w14:paraId="0FC121A8" w14:textId="5ADB319C" w:rsidR="006E1DFF" w:rsidRDefault="7B40C8E0">
            <w:r>
              <w:t>Science Elective</w:t>
            </w:r>
          </w:p>
        </w:tc>
        <w:tc>
          <w:tcPr>
            <w:tcW w:w="1309" w:type="dxa"/>
          </w:tcPr>
          <w:p w14:paraId="7F34DE2E" w14:textId="5262AFCA" w:rsidR="006E1DFF" w:rsidRDefault="7B40C8E0">
            <w:r>
              <w:t>Science Elective</w:t>
            </w:r>
          </w:p>
        </w:tc>
        <w:tc>
          <w:tcPr>
            <w:tcW w:w="1309" w:type="dxa"/>
          </w:tcPr>
          <w:p w14:paraId="2A3C74BC" w14:textId="73D308B0" w:rsidR="006E1DFF" w:rsidRDefault="7B40C8E0">
            <w:r>
              <w:t>Math Elective</w:t>
            </w:r>
          </w:p>
        </w:tc>
      </w:tr>
    </w:tbl>
    <w:p w14:paraId="671AD0D5" w14:textId="77777777" w:rsidR="006E1DFF" w:rsidRDefault="006E1D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6E1DFF" w14:paraId="6520102A" w14:textId="77777777" w:rsidTr="3904616B">
        <w:tc>
          <w:tcPr>
            <w:tcW w:w="2880" w:type="dxa"/>
          </w:tcPr>
          <w:p w14:paraId="0ACA7032" w14:textId="77777777" w:rsidR="006E1DFF" w:rsidRDefault="007C4A6A">
            <w:r>
              <w:t>NECC Course Number</w:t>
            </w:r>
          </w:p>
        </w:tc>
        <w:tc>
          <w:tcPr>
            <w:tcW w:w="2880" w:type="dxa"/>
          </w:tcPr>
          <w:p w14:paraId="133EE876" w14:textId="77777777" w:rsidR="006E1DFF" w:rsidRDefault="007C4A6A">
            <w:r>
              <w:t>Course Title</w:t>
            </w:r>
          </w:p>
        </w:tc>
        <w:tc>
          <w:tcPr>
            <w:tcW w:w="2880" w:type="dxa"/>
          </w:tcPr>
          <w:p w14:paraId="6F68B67B" w14:textId="77777777" w:rsidR="006E1DFF" w:rsidRDefault="007C4A6A">
            <w:r>
              <w:t>Credits</w:t>
            </w:r>
          </w:p>
        </w:tc>
        <w:tc>
          <w:tcPr>
            <w:tcW w:w="2880" w:type="dxa"/>
          </w:tcPr>
          <w:p w14:paraId="1F2D6EB1" w14:textId="77777777" w:rsidR="006E1DFF" w:rsidRDefault="007C4A6A">
            <w:r>
              <w:t>SSU Equivalent</w:t>
            </w:r>
          </w:p>
        </w:tc>
        <w:tc>
          <w:tcPr>
            <w:tcW w:w="2880" w:type="dxa"/>
          </w:tcPr>
          <w:p w14:paraId="2CFC4642" w14:textId="77777777" w:rsidR="006E1DFF" w:rsidRDefault="007C4A6A">
            <w:r>
              <w:t>How it Applies to the SSU Program:</w:t>
            </w:r>
          </w:p>
        </w:tc>
      </w:tr>
      <w:tr w:rsidR="006E1DFF" w14:paraId="163D26AA" w14:textId="77777777" w:rsidTr="00A77A09">
        <w:trPr>
          <w:trHeight w:val="405"/>
        </w:trPr>
        <w:tc>
          <w:tcPr>
            <w:tcW w:w="2880" w:type="dxa"/>
          </w:tcPr>
          <w:p w14:paraId="1A191252" w14:textId="77777777" w:rsidR="006E1DFF" w:rsidRDefault="007C4A6A">
            <w:r>
              <w:t>ENG101</w:t>
            </w:r>
          </w:p>
        </w:tc>
        <w:tc>
          <w:tcPr>
            <w:tcW w:w="2880" w:type="dxa"/>
          </w:tcPr>
          <w:p w14:paraId="4EE09F51" w14:textId="77777777" w:rsidR="006E1DFF" w:rsidRDefault="007C4A6A">
            <w:r>
              <w:t>English Composition I</w:t>
            </w:r>
          </w:p>
        </w:tc>
        <w:tc>
          <w:tcPr>
            <w:tcW w:w="2880" w:type="dxa"/>
          </w:tcPr>
          <w:p w14:paraId="1A4CC3DD" w14:textId="77777777" w:rsidR="006E1DFF" w:rsidRDefault="007C4A6A">
            <w:r>
              <w:t>3</w:t>
            </w:r>
          </w:p>
        </w:tc>
        <w:tc>
          <w:tcPr>
            <w:tcW w:w="2880" w:type="dxa"/>
          </w:tcPr>
          <w:p w14:paraId="0E02BC2C" w14:textId="77777777" w:rsidR="006E1DFF" w:rsidRDefault="007C4A6A">
            <w:r>
              <w:t>ENL 105 Introduction to College Writing (3)</w:t>
            </w:r>
          </w:p>
        </w:tc>
        <w:tc>
          <w:tcPr>
            <w:tcW w:w="2880" w:type="dxa"/>
          </w:tcPr>
          <w:p w14:paraId="19F99105" w14:textId="45B77054" w:rsidR="006E1DFF" w:rsidRDefault="00207A5C">
            <w:r>
              <w:t>Free Elective due to MassTransfer GenEd exemption</w:t>
            </w:r>
          </w:p>
        </w:tc>
      </w:tr>
      <w:tr w:rsidR="006E1DFF" w14:paraId="6AE2ECB2" w14:textId="77777777" w:rsidTr="00A77A09">
        <w:tc>
          <w:tcPr>
            <w:tcW w:w="2880" w:type="dxa"/>
          </w:tcPr>
          <w:p w14:paraId="430103ED" w14:textId="77777777" w:rsidR="006E1DFF" w:rsidRDefault="007C4A6A">
            <w:r>
              <w:t>ENG111</w:t>
            </w:r>
          </w:p>
        </w:tc>
        <w:tc>
          <w:tcPr>
            <w:tcW w:w="2880" w:type="dxa"/>
          </w:tcPr>
          <w:p w14:paraId="19006F78" w14:textId="77777777" w:rsidR="006E1DFF" w:rsidRDefault="007C4A6A">
            <w:r>
              <w:t>Creative Writing</w:t>
            </w:r>
          </w:p>
        </w:tc>
        <w:tc>
          <w:tcPr>
            <w:tcW w:w="2880" w:type="dxa"/>
          </w:tcPr>
          <w:p w14:paraId="40C1164D" w14:textId="77777777" w:rsidR="006E1DFF" w:rsidRDefault="007C4A6A">
            <w:r>
              <w:t>3</w:t>
            </w:r>
          </w:p>
        </w:tc>
        <w:tc>
          <w:tcPr>
            <w:tcW w:w="2880" w:type="dxa"/>
          </w:tcPr>
          <w:p w14:paraId="4A815B4B" w14:textId="77777777" w:rsidR="006E1DFF" w:rsidRDefault="007C4A6A">
            <w:r>
              <w:t>ENL 220 Introduction to Creative Writing (3)</w:t>
            </w:r>
          </w:p>
        </w:tc>
        <w:tc>
          <w:tcPr>
            <w:tcW w:w="2880" w:type="dxa"/>
          </w:tcPr>
          <w:p w14:paraId="5F98257C" w14:textId="1AB5EFFF" w:rsidR="006E1DFF" w:rsidRDefault="556B9A13">
            <w:r>
              <w:t>Approaches to Language, Literacy, and Writing</w:t>
            </w:r>
          </w:p>
        </w:tc>
      </w:tr>
      <w:tr w:rsidR="006E1DFF" w14:paraId="644F8731" w14:textId="77777777" w:rsidTr="00A77A09">
        <w:tc>
          <w:tcPr>
            <w:tcW w:w="2880" w:type="dxa"/>
          </w:tcPr>
          <w:p w14:paraId="1E9F6306" w14:textId="77777777" w:rsidR="006E1DFF" w:rsidRDefault="007C4A6A">
            <w:r>
              <w:t>HIS121</w:t>
            </w:r>
          </w:p>
        </w:tc>
        <w:tc>
          <w:tcPr>
            <w:tcW w:w="2880" w:type="dxa"/>
          </w:tcPr>
          <w:p w14:paraId="63A6A87B" w14:textId="77777777" w:rsidR="006E1DFF" w:rsidRDefault="007C4A6A">
            <w:r>
              <w:t>World Civilization I</w:t>
            </w:r>
          </w:p>
        </w:tc>
        <w:tc>
          <w:tcPr>
            <w:tcW w:w="2880" w:type="dxa"/>
          </w:tcPr>
          <w:p w14:paraId="0B9A6595" w14:textId="77777777" w:rsidR="006E1DFF" w:rsidRDefault="007C4A6A">
            <w:r>
              <w:t>3</w:t>
            </w:r>
          </w:p>
        </w:tc>
        <w:tc>
          <w:tcPr>
            <w:tcW w:w="2880" w:type="dxa"/>
          </w:tcPr>
          <w:p w14:paraId="3D37B203" w14:textId="77777777" w:rsidR="006E1DFF" w:rsidRDefault="007C4A6A">
            <w:r>
              <w:t>HST 101 World History I (3)</w:t>
            </w:r>
          </w:p>
        </w:tc>
        <w:tc>
          <w:tcPr>
            <w:tcW w:w="2880" w:type="dxa"/>
          </w:tcPr>
          <w:p w14:paraId="1CB4EF5D" w14:textId="5E0981FC" w:rsidR="006E1DFF" w:rsidRDefault="3BD7EA8C">
            <w:r>
              <w:t>Free Elective due to MassTransfer GenEd exemption</w:t>
            </w:r>
          </w:p>
        </w:tc>
      </w:tr>
      <w:tr w:rsidR="006E1DFF" w14:paraId="04CCA7B3" w14:textId="77777777" w:rsidTr="00A77A09">
        <w:tc>
          <w:tcPr>
            <w:tcW w:w="2880" w:type="dxa"/>
          </w:tcPr>
          <w:p w14:paraId="73C88C14" w14:textId="6A441A3C" w:rsidR="006E1DFF" w:rsidRDefault="6574EC30">
            <w:r>
              <w:t>Behavioral Science Elective</w:t>
            </w:r>
          </w:p>
          <w:p w14:paraId="5B4C1694" w14:textId="249A32D0" w:rsidR="006E1DFF" w:rsidRDefault="006E1DFF"/>
          <w:p w14:paraId="6EDDBBF1" w14:textId="3E50CC36" w:rsidR="008708B6" w:rsidRDefault="008708B6">
            <w:r>
              <w:t>NECC Recommendation:</w:t>
            </w:r>
          </w:p>
          <w:p w14:paraId="5A025CC8" w14:textId="72863C5A" w:rsidR="006E1DFF" w:rsidRDefault="588E8312">
            <w:r>
              <w:t>ANT101 or SOC101 recommended</w:t>
            </w:r>
          </w:p>
        </w:tc>
        <w:tc>
          <w:tcPr>
            <w:tcW w:w="2880" w:type="dxa"/>
          </w:tcPr>
          <w:p w14:paraId="27AE59C5" w14:textId="77777777" w:rsidR="006E1DFF" w:rsidRDefault="007C4A6A">
            <w:r>
              <w:t>See Elective Advice</w:t>
            </w:r>
          </w:p>
        </w:tc>
        <w:tc>
          <w:tcPr>
            <w:tcW w:w="2880" w:type="dxa"/>
          </w:tcPr>
          <w:p w14:paraId="66B6B0BB" w14:textId="77777777" w:rsidR="006E1DFF" w:rsidRDefault="007C4A6A">
            <w:r>
              <w:t>3</w:t>
            </w:r>
          </w:p>
        </w:tc>
        <w:tc>
          <w:tcPr>
            <w:tcW w:w="2880" w:type="dxa"/>
          </w:tcPr>
          <w:p w14:paraId="1FEFE8E2" w14:textId="6756ACE7" w:rsidR="59BE2636" w:rsidRDefault="59BE2636" w:rsidP="59BE2636">
            <w:pPr>
              <w:rPr>
                <w:rFonts w:ascii="Cambria" w:eastAsia="MS Mincho" w:hAnsi="Cambria"/>
                <w:color w:val="000000" w:themeColor="text1"/>
              </w:rPr>
            </w:pPr>
            <w:r w:rsidRPr="59BE2636">
              <w:rPr>
                <w:rFonts w:ascii="Cambria" w:eastAsia="MS Mincho" w:hAnsi="Cambria"/>
                <w:color w:val="000000" w:themeColor="text1"/>
              </w:rPr>
              <w:t xml:space="preserve">HSTGHWC </w:t>
            </w:r>
            <w:r>
              <w:br/>
            </w:r>
            <w:r w:rsidRPr="59BE2636">
              <w:rPr>
                <w:rFonts w:ascii="Cambria" w:eastAsia="MS Mincho" w:hAnsi="Cambria"/>
                <w:color w:val="000000" w:themeColor="text1"/>
              </w:rPr>
              <w:t>HST GEN ED ELECTIVE NON MAJOR ELECTIVE (3)</w:t>
            </w:r>
            <w:r w:rsidR="262EB529" w:rsidRPr="59BE2636">
              <w:rPr>
                <w:rFonts w:ascii="Cambria" w:eastAsia="MS Mincho" w:hAnsi="Cambria"/>
                <w:color w:val="000000" w:themeColor="text1"/>
              </w:rPr>
              <w:t xml:space="preserve"> or SOC 110 Introduction to Sociology</w:t>
            </w:r>
          </w:p>
        </w:tc>
        <w:tc>
          <w:tcPr>
            <w:tcW w:w="2880" w:type="dxa"/>
          </w:tcPr>
          <w:p w14:paraId="01021FDD" w14:textId="68669AB3" w:rsidR="59BE2636" w:rsidRDefault="6BE6C292" w:rsidP="59BE2636">
            <w:r>
              <w:t>Free Elective due to MassTransfer GenEd exemption</w:t>
            </w:r>
          </w:p>
        </w:tc>
      </w:tr>
      <w:tr w:rsidR="006E1DFF" w14:paraId="29D8082A" w14:textId="77777777" w:rsidTr="00A77A09">
        <w:tc>
          <w:tcPr>
            <w:tcW w:w="2880" w:type="dxa"/>
          </w:tcPr>
          <w:p w14:paraId="76EC2A98" w14:textId="21ED1CEA" w:rsidR="006E1DFF" w:rsidRDefault="6574EC30">
            <w:r>
              <w:t>Math Elective</w:t>
            </w:r>
          </w:p>
          <w:p w14:paraId="413F5E26" w14:textId="77777777" w:rsidR="009717E0" w:rsidRDefault="009717E0"/>
          <w:p w14:paraId="2DDA4544" w14:textId="77777777" w:rsidR="009717E0" w:rsidRDefault="009717E0" w:rsidP="009717E0">
            <w:r>
              <w:t>NECC Recommendation:</w:t>
            </w:r>
          </w:p>
          <w:p w14:paraId="3A4A3686" w14:textId="065AD448" w:rsidR="006E1DFF" w:rsidRDefault="53A3E553">
            <w:r>
              <w:t>MAT122 recommended</w:t>
            </w:r>
          </w:p>
        </w:tc>
        <w:tc>
          <w:tcPr>
            <w:tcW w:w="2880" w:type="dxa"/>
          </w:tcPr>
          <w:p w14:paraId="4C1A8ADF" w14:textId="77777777" w:rsidR="006E1DFF" w:rsidRDefault="007C4A6A">
            <w:r>
              <w:t>See Elective Advice</w:t>
            </w:r>
          </w:p>
        </w:tc>
        <w:tc>
          <w:tcPr>
            <w:tcW w:w="2880" w:type="dxa"/>
          </w:tcPr>
          <w:p w14:paraId="314E5ED6" w14:textId="77777777" w:rsidR="006E1DFF" w:rsidRDefault="007C4A6A">
            <w:r>
              <w:t>3-4</w:t>
            </w:r>
          </w:p>
        </w:tc>
        <w:tc>
          <w:tcPr>
            <w:tcW w:w="2880" w:type="dxa"/>
          </w:tcPr>
          <w:p w14:paraId="2D1C3B07" w14:textId="2F27B263" w:rsidR="59BE2636" w:rsidRDefault="59BE2636" w:rsidP="59BE2636">
            <w:pPr>
              <w:rPr>
                <w:rFonts w:ascii="Cambria" w:eastAsia="MS Mincho" w:hAnsi="Cambria"/>
                <w:color w:val="000000" w:themeColor="text1"/>
              </w:rPr>
            </w:pPr>
            <w:r w:rsidRPr="59BE2636">
              <w:rPr>
                <w:rFonts w:ascii="Cambria" w:eastAsia="MS Mincho" w:hAnsi="Cambria"/>
                <w:color w:val="000000" w:themeColor="text1"/>
              </w:rPr>
              <w:t>MAT GQ QUANTATATIVE REASONING ELECTIVE</w:t>
            </w:r>
          </w:p>
        </w:tc>
        <w:tc>
          <w:tcPr>
            <w:tcW w:w="2880" w:type="dxa"/>
          </w:tcPr>
          <w:p w14:paraId="5589FDBC" w14:textId="3A7E7A0A" w:rsidR="006E1DFF" w:rsidRDefault="0D3574F9">
            <w:r>
              <w:t>Free Elective due to MassTransfer GenEd exemption</w:t>
            </w:r>
          </w:p>
        </w:tc>
      </w:tr>
      <w:tr w:rsidR="006E1DFF" w14:paraId="6A778640" w14:textId="77777777" w:rsidTr="00A77A09">
        <w:tc>
          <w:tcPr>
            <w:tcW w:w="2880" w:type="dxa"/>
          </w:tcPr>
          <w:p w14:paraId="5FBDF831" w14:textId="77777777" w:rsidR="006E1DFF" w:rsidRDefault="007C4A6A">
            <w:r>
              <w:t>ENG102</w:t>
            </w:r>
          </w:p>
        </w:tc>
        <w:tc>
          <w:tcPr>
            <w:tcW w:w="2880" w:type="dxa"/>
          </w:tcPr>
          <w:p w14:paraId="15E74DD7" w14:textId="77777777" w:rsidR="006E1DFF" w:rsidRDefault="007C4A6A">
            <w:r>
              <w:t>English Composition II</w:t>
            </w:r>
          </w:p>
        </w:tc>
        <w:tc>
          <w:tcPr>
            <w:tcW w:w="2880" w:type="dxa"/>
          </w:tcPr>
          <w:p w14:paraId="65A1E301" w14:textId="77777777" w:rsidR="006E1DFF" w:rsidRDefault="007C4A6A">
            <w:r>
              <w:t>3</w:t>
            </w:r>
          </w:p>
        </w:tc>
        <w:tc>
          <w:tcPr>
            <w:tcW w:w="2880" w:type="dxa"/>
          </w:tcPr>
          <w:p w14:paraId="0E8E9C85" w14:textId="77777777" w:rsidR="006E1DFF" w:rsidRDefault="007C4A6A">
            <w:r>
              <w:t>ENL 110 Foundations of Writing (3)</w:t>
            </w:r>
          </w:p>
        </w:tc>
        <w:tc>
          <w:tcPr>
            <w:tcW w:w="2880" w:type="dxa"/>
          </w:tcPr>
          <w:p w14:paraId="10175729" w14:textId="4DB653E0" w:rsidR="006E1DFF" w:rsidRDefault="7D98C35C">
            <w:r>
              <w:t>Free Elective due to MassTransfer GenEd exemption</w:t>
            </w:r>
          </w:p>
        </w:tc>
      </w:tr>
      <w:tr w:rsidR="006E1DFF" w14:paraId="6C02A372" w14:textId="77777777" w:rsidTr="00A77A09">
        <w:tc>
          <w:tcPr>
            <w:tcW w:w="2880" w:type="dxa"/>
          </w:tcPr>
          <w:p w14:paraId="06663499" w14:textId="77777777" w:rsidR="006E1DFF" w:rsidRDefault="007C4A6A">
            <w:r>
              <w:t>ENG113</w:t>
            </w:r>
          </w:p>
        </w:tc>
        <w:tc>
          <w:tcPr>
            <w:tcW w:w="2880" w:type="dxa"/>
          </w:tcPr>
          <w:p w14:paraId="19FC81EA" w14:textId="77777777" w:rsidR="006E1DFF" w:rsidRDefault="007C4A6A">
            <w:r>
              <w:t>Creative Writing: Non-Fiction</w:t>
            </w:r>
          </w:p>
        </w:tc>
        <w:tc>
          <w:tcPr>
            <w:tcW w:w="2880" w:type="dxa"/>
          </w:tcPr>
          <w:p w14:paraId="0710A78E" w14:textId="77777777" w:rsidR="006E1DFF" w:rsidRDefault="007C4A6A">
            <w:r>
              <w:t>3</w:t>
            </w:r>
          </w:p>
        </w:tc>
        <w:tc>
          <w:tcPr>
            <w:tcW w:w="2880" w:type="dxa"/>
          </w:tcPr>
          <w:p w14:paraId="24F8B93F" w14:textId="77777777" w:rsidR="006E1DFF" w:rsidRDefault="007C4A6A">
            <w:r>
              <w:t>ENL 421 Creative Writing Workshop: Non-Fiction (3)</w:t>
            </w:r>
          </w:p>
        </w:tc>
        <w:tc>
          <w:tcPr>
            <w:tcW w:w="2880" w:type="dxa"/>
          </w:tcPr>
          <w:p w14:paraId="388600C6" w14:textId="77777777" w:rsidR="006E1DFF" w:rsidRDefault="32F2823F">
            <w:r>
              <w:t>English Elective</w:t>
            </w:r>
            <w:r w:rsidR="00634550">
              <w:t xml:space="preserve"> (</w:t>
            </w:r>
            <w:r w:rsidR="00993C12">
              <w:t>300 Level+)</w:t>
            </w:r>
          </w:p>
          <w:p w14:paraId="74E76460" w14:textId="738CBF5D" w:rsidR="00055A04" w:rsidRDefault="00055A04"/>
        </w:tc>
      </w:tr>
      <w:tr w:rsidR="006E1DFF" w14:paraId="52087AE0" w14:textId="77777777" w:rsidTr="00A77A09">
        <w:tc>
          <w:tcPr>
            <w:tcW w:w="2880" w:type="dxa"/>
          </w:tcPr>
          <w:p w14:paraId="3C452DE5" w14:textId="77777777" w:rsidR="006E1DFF" w:rsidRDefault="007C4A6A">
            <w:r>
              <w:lastRenderedPageBreak/>
              <w:t>LIT271</w:t>
            </w:r>
          </w:p>
        </w:tc>
        <w:tc>
          <w:tcPr>
            <w:tcW w:w="2880" w:type="dxa"/>
          </w:tcPr>
          <w:p w14:paraId="44FE902B" w14:textId="77777777" w:rsidR="006E1DFF" w:rsidRDefault="007C4A6A">
            <w:r>
              <w:t>World Literature I</w:t>
            </w:r>
          </w:p>
        </w:tc>
        <w:tc>
          <w:tcPr>
            <w:tcW w:w="2880" w:type="dxa"/>
          </w:tcPr>
          <w:p w14:paraId="74EDA3A0" w14:textId="77777777" w:rsidR="006E1DFF" w:rsidRDefault="007C4A6A">
            <w:r>
              <w:t>3</w:t>
            </w:r>
          </w:p>
        </w:tc>
        <w:tc>
          <w:tcPr>
            <w:tcW w:w="2880" w:type="dxa"/>
          </w:tcPr>
          <w:p w14:paraId="5BAB2171" w14:textId="77777777" w:rsidR="006E1DFF" w:rsidRDefault="007C4A6A">
            <w:r>
              <w:t>ENL 162 Foundations of World Literature (3)</w:t>
            </w:r>
          </w:p>
        </w:tc>
        <w:tc>
          <w:tcPr>
            <w:tcW w:w="2880" w:type="dxa"/>
          </w:tcPr>
          <w:p w14:paraId="4F2ED0AE" w14:textId="21749BD9" w:rsidR="006E1DFF" w:rsidRDefault="009755A5">
            <w:r>
              <w:t>English Elective</w:t>
            </w:r>
          </w:p>
        </w:tc>
      </w:tr>
      <w:tr w:rsidR="006E1DFF" w14:paraId="76A90A08" w14:textId="77777777" w:rsidTr="00A77A09">
        <w:trPr>
          <w:trHeight w:val="1830"/>
        </w:trPr>
        <w:tc>
          <w:tcPr>
            <w:tcW w:w="2880" w:type="dxa"/>
          </w:tcPr>
          <w:p w14:paraId="5F11D497" w14:textId="6544A32B" w:rsidR="006E1DFF" w:rsidRDefault="6574EC30">
            <w:r>
              <w:t>Humanities Elective</w:t>
            </w:r>
          </w:p>
          <w:p w14:paraId="50FF9D1F" w14:textId="156A3560" w:rsidR="006E1DFF" w:rsidRDefault="006E1DFF"/>
          <w:p w14:paraId="2B7C0BAC" w14:textId="77777777" w:rsidR="00393B30" w:rsidRDefault="00393B30" w:rsidP="00393B30">
            <w:r>
              <w:t>NECC Recommendation:</w:t>
            </w:r>
          </w:p>
          <w:p w14:paraId="7EDAD075" w14:textId="77777777" w:rsidR="00393B30" w:rsidRDefault="00393B30"/>
          <w:p w14:paraId="30B55D8C" w14:textId="77777777" w:rsidR="006E1DFF" w:rsidRDefault="6E3EF0D0">
            <w:r>
              <w:t>THE101 or LIT202 or PHI101 (No COM courses) recommended</w:t>
            </w:r>
          </w:p>
          <w:p w14:paraId="7FB71333" w14:textId="77777777" w:rsidR="00913D99" w:rsidRDefault="00913D99"/>
          <w:p w14:paraId="2A5ED126" w14:textId="385E383E" w:rsidR="00913D99" w:rsidRDefault="00913D99">
            <w:r>
              <w:t xml:space="preserve">SSU recommends choosing </w:t>
            </w:r>
            <w:r w:rsidR="00B736E5">
              <w:t>foundational world language course level 1</w:t>
            </w:r>
          </w:p>
        </w:tc>
        <w:tc>
          <w:tcPr>
            <w:tcW w:w="2880" w:type="dxa"/>
          </w:tcPr>
          <w:p w14:paraId="128A5641" w14:textId="77777777" w:rsidR="006E1DFF" w:rsidRDefault="007C4A6A">
            <w:r>
              <w:t>See Elective Advice</w:t>
            </w:r>
          </w:p>
        </w:tc>
        <w:tc>
          <w:tcPr>
            <w:tcW w:w="2880" w:type="dxa"/>
          </w:tcPr>
          <w:p w14:paraId="601BBEF9" w14:textId="77777777" w:rsidR="006E1DFF" w:rsidRDefault="007C4A6A">
            <w:r>
              <w:t>3</w:t>
            </w:r>
          </w:p>
        </w:tc>
        <w:tc>
          <w:tcPr>
            <w:tcW w:w="2880" w:type="dxa"/>
          </w:tcPr>
          <w:p w14:paraId="26883148" w14:textId="77777777" w:rsidR="00186B21" w:rsidRDefault="198C6ABA" w:rsidP="59BE2636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59BE2636">
              <w:rPr>
                <w:rFonts w:ascii="Cambria" w:eastAsia="Cambria" w:hAnsi="Cambria" w:cs="Cambria"/>
                <w:color w:val="000000" w:themeColor="text1"/>
              </w:rPr>
              <w:t>THE 101 or ENL 251 AMERICAN LITERARY STUDIES II</w:t>
            </w:r>
            <w:r w:rsidRPr="59BE2636">
              <w:rPr>
                <w:rFonts w:ascii="Cambria" w:eastAsia="Cambria" w:hAnsi="Cambria" w:cs="Cambria"/>
              </w:rPr>
              <w:t xml:space="preserve"> or </w:t>
            </w:r>
            <w:r w:rsidRPr="59BE2636">
              <w:rPr>
                <w:rFonts w:ascii="Cambria" w:eastAsia="Cambria" w:hAnsi="Cambria" w:cs="Cambria"/>
                <w:color w:val="000000" w:themeColor="text1"/>
              </w:rPr>
              <w:t>PHL100 Introduction to Philosophy</w:t>
            </w:r>
          </w:p>
          <w:p w14:paraId="4E2B59EF" w14:textId="77777777" w:rsidR="00186B21" w:rsidRDefault="00186B21" w:rsidP="59BE2636">
            <w:pPr>
              <w:rPr>
                <w:rFonts w:ascii="Cambria" w:eastAsia="Cambria" w:hAnsi="Cambria" w:cs="Cambria"/>
                <w:color w:val="000000" w:themeColor="text1"/>
              </w:rPr>
            </w:pPr>
          </w:p>
          <w:p w14:paraId="237A3B9D" w14:textId="768A93B8" w:rsidR="006E1DFF" w:rsidRDefault="00186B21" w:rsidP="59BE2636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 w:themeColor="text1"/>
              </w:rPr>
              <w:t xml:space="preserve">Or world language </w:t>
            </w:r>
            <w:r w:rsidR="198C6ABA" w:rsidRPr="59BE2636">
              <w:rPr>
                <w:rFonts w:ascii="Cambria" w:eastAsia="Cambria" w:hAnsi="Cambria" w:cs="Cambria"/>
                <w:color w:val="000000" w:themeColor="text1"/>
              </w:rPr>
              <w:t xml:space="preserve"> </w:t>
            </w:r>
          </w:p>
        </w:tc>
        <w:tc>
          <w:tcPr>
            <w:tcW w:w="2880" w:type="dxa"/>
          </w:tcPr>
          <w:p w14:paraId="55F23766" w14:textId="77777777" w:rsidR="006E1DFF" w:rsidRDefault="30B80C72">
            <w:r>
              <w:t>Free Elective due to MassTransfer GenEd exemption</w:t>
            </w:r>
          </w:p>
          <w:p w14:paraId="0FFBCC18" w14:textId="77777777" w:rsidR="00B736E5" w:rsidRDefault="00B736E5">
            <w:r>
              <w:t xml:space="preserve">Or </w:t>
            </w:r>
          </w:p>
          <w:p w14:paraId="234DB1C1" w14:textId="4621C838" w:rsidR="00B736E5" w:rsidRDefault="00B736E5">
            <w:r>
              <w:t>World Language (required)</w:t>
            </w:r>
          </w:p>
        </w:tc>
      </w:tr>
      <w:tr w:rsidR="006E1DFF" w14:paraId="17087AD9" w14:textId="77777777" w:rsidTr="00A77A09">
        <w:tc>
          <w:tcPr>
            <w:tcW w:w="2880" w:type="dxa"/>
          </w:tcPr>
          <w:p w14:paraId="70BD9F68" w14:textId="523A7F4D" w:rsidR="006E1DFF" w:rsidRDefault="6574EC30">
            <w:r>
              <w:t>Humanities E</w:t>
            </w:r>
            <w:r w:rsidR="1DE6B1D4">
              <w:t>l</w:t>
            </w:r>
            <w:r>
              <w:t>ective</w:t>
            </w:r>
          </w:p>
          <w:p w14:paraId="2490CD6C" w14:textId="77777777" w:rsidR="00D4440C" w:rsidRDefault="00D4440C"/>
          <w:p w14:paraId="72FE9C3A" w14:textId="00CF31C1" w:rsidR="006E1DFF" w:rsidRDefault="00D4440C">
            <w:r>
              <w:t>NECC Recommendation:</w:t>
            </w:r>
          </w:p>
          <w:p w14:paraId="4DF2DBB4" w14:textId="364EAC26" w:rsidR="00186B21" w:rsidRDefault="30C906F1">
            <w:r>
              <w:t>THE101 or LIT202 or PHI101 (No COM courses) recommended</w:t>
            </w:r>
          </w:p>
        </w:tc>
        <w:tc>
          <w:tcPr>
            <w:tcW w:w="2880" w:type="dxa"/>
          </w:tcPr>
          <w:p w14:paraId="78E35989" w14:textId="77777777" w:rsidR="006E1DFF" w:rsidRDefault="007C4A6A">
            <w:r>
              <w:t>See Elective Advice</w:t>
            </w:r>
          </w:p>
        </w:tc>
        <w:tc>
          <w:tcPr>
            <w:tcW w:w="2880" w:type="dxa"/>
          </w:tcPr>
          <w:p w14:paraId="44EED21B" w14:textId="77777777" w:rsidR="006E1DFF" w:rsidRDefault="007C4A6A">
            <w:r>
              <w:t>3</w:t>
            </w:r>
          </w:p>
        </w:tc>
        <w:tc>
          <w:tcPr>
            <w:tcW w:w="2880" w:type="dxa"/>
          </w:tcPr>
          <w:p w14:paraId="18FF4109" w14:textId="62C646B7" w:rsidR="006E1DFF" w:rsidRDefault="267A85B6" w:rsidP="59BE2636">
            <w:pPr>
              <w:rPr>
                <w:rFonts w:ascii="Cambria" w:eastAsia="Cambria" w:hAnsi="Cambria" w:cs="Cambria"/>
              </w:rPr>
            </w:pPr>
            <w:r w:rsidRPr="59BE2636">
              <w:rPr>
                <w:rFonts w:ascii="Cambria" w:eastAsia="Cambria" w:hAnsi="Cambria" w:cs="Cambria"/>
                <w:color w:val="000000" w:themeColor="text1"/>
              </w:rPr>
              <w:t>THE 101 or ENL 251 AMERICAN LITERARY STUDIES II</w:t>
            </w:r>
            <w:r w:rsidRPr="59BE2636">
              <w:rPr>
                <w:rFonts w:ascii="Cambria" w:eastAsia="Cambria" w:hAnsi="Cambria" w:cs="Cambria"/>
              </w:rPr>
              <w:t xml:space="preserve"> or </w:t>
            </w:r>
            <w:r w:rsidRPr="59BE2636">
              <w:rPr>
                <w:rFonts w:ascii="Cambria" w:eastAsia="Cambria" w:hAnsi="Cambria" w:cs="Cambria"/>
                <w:color w:val="000000" w:themeColor="text1"/>
              </w:rPr>
              <w:t>PHL100 Introduction to Philosophy</w:t>
            </w:r>
          </w:p>
        </w:tc>
        <w:tc>
          <w:tcPr>
            <w:tcW w:w="2880" w:type="dxa"/>
          </w:tcPr>
          <w:p w14:paraId="136EA6FA" w14:textId="260EFA08" w:rsidR="006E1DFF" w:rsidRDefault="5CC04D60">
            <w:r>
              <w:t>Free Elective due to MassTransfer GenEd exemption</w:t>
            </w:r>
          </w:p>
        </w:tc>
      </w:tr>
      <w:tr w:rsidR="006E1DFF" w14:paraId="35A20CEC" w14:textId="77777777" w:rsidTr="00A77A09">
        <w:tc>
          <w:tcPr>
            <w:tcW w:w="2880" w:type="dxa"/>
          </w:tcPr>
          <w:p w14:paraId="3B5D88E2" w14:textId="77777777" w:rsidR="006E1DFF" w:rsidRDefault="007C4A6A">
            <w:r>
              <w:t>ENG103</w:t>
            </w:r>
          </w:p>
        </w:tc>
        <w:tc>
          <w:tcPr>
            <w:tcW w:w="2880" w:type="dxa"/>
          </w:tcPr>
          <w:p w14:paraId="0E592CD5" w14:textId="77777777" w:rsidR="006E1DFF" w:rsidRDefault="007C4A6A">
            <w:r>
              <w:t>Technical Writing</w:t>
            </w:r>
          </w:p>
        </w:tc>
        <w:tc>
          <w:tcPr>
            <w:tcW w:w="2880" w:type="dxa"/>
          </w:tcPr>
          <w:p w14:paraId="0E199BFB" w14:textId="77777777" w:rsidR="006E1DFF" w:rsidRDefault="007C4A6A">
            <w:r>
              <w:t>3</w:t>
            </w:r>
          </w:p>
        </w:tc>
        <w:tc>
          <w:tcPr>
            <w:tcW w:w="2880" w:type="dxa"/>
          </w:tcPr>
          <w:p w14:paraId="0781B34B" w14:textId="77777777" w:rsidR="006E1DFF" w:rsidRDefault="007C4A6A">
            <w:r>
              <w:t>ENL 310 Introduction to Professional Writing (3)</w:t>
            </w:r>
          </w:p>
        </w:tc>
        <w:tc>
          <w:tcPr>
            <w:tcW w:w="2880" w:type="dxa"/>
          </w:tcPr>
          <w:p w14:paraId="73A48219" w14:textId="77777777" w:rsidR="00A02251" w:rsidRDefault="1ED3E001" w:rsidP="00A02251">
            <w:r>
              <w:t>English Elective</w:t>
            </w:r>
            <w:r w:rsidR="00A02251">
              <w:t xml:space="preserve"> </w:t>
            </w:r>
            <w:r w:rsidR="00A02251">
              <w:t>(300 Level+)</w:t>
            </w:r>
          </w:p>
          <w:p w14:paraId="15C80630" w14:textId="091FFE62" w:rsidR="006E1DFF" w:rsidRDefault="006E1DFF"/>
        </w:tc>
      </w:tr>
      <w:tr w:rsidR="006E1DFF" w14:paraId="6D1AF4BD" w14:textId="77777777" w:rsidTr="00A77A09">
        <w:tc>
          <w:tcPr>
            <w:tcW w:w="2880" w:type="dxa"/>
          </w:tcPr>
          <w:p w14:paraId="33109EC8" w14:textId="77777777" w:rsidR="006E1DFF" w:rsidRDefault="007C4A6A">
            <w:r>
              <w:t>HIS122</w:t>
            </w:r>
          </w:p>
          <w:p w14:paraId="24D67707" w14:textId="77777777" w:rsidR="00252A2E" w:rsidRPr="00252A2E" w:rsidRDefault="00252A2E" w:rsidP="00252A2E">
            <w:pPr>
              <w:jc w:val="center"/>
            </w:pPr>
          </w:p>
        </w:tc>
        <w:tc>
          <w:tcPr>
            <w:tcW w:w="2880" w:type="dxa"/>
          </w:tcPr>
          <w:p w14:paraId="52A11159" w14:textId="77777777" w:rsidR="006E1DFF" w:rsidRDefault="007C4A6A">
            <w:r>
              <w:t>World Civilization II</w:t>
            </w:r>
          </w:p>
        </w:tc>
        <w:tc>
          <w:tcPr>
            <w:tcW w:w="2880" w:type="dxa"/>
          </w:tcPr>
          <w:p w14:paraId="082359F4" w14:textId="77777777" w:rsidR="006E1DFF" w:rsidRDefault="007C4A6A">
            <w:r>
              <w:t>3</w:t>
            </w:r>
          </w:p>
        </w:tc>
        <w:tc>
          <w:tcPr>
            <w:tcW w:w="2880" w:type="dxa"/>
          </w:tcPr>
          <w:p w14:paraId="4F3E9837" w14:textId="77777777" w:rsidR="006E1DFF" w:rsidRDefault="007C4A6A">
            <w:r>
              <w:t>HST 102 World History II (3)</w:t>
            </w:r>
          </w:p>
        </w:tc>
        <w:tc>
          <w:tcPr>
            <w:tcW w:w="2880" w:type="dxa"/>
          </w:tcPr>
          <w:p w14:paraId="2F626720" w14:textId="12680127" w:rsidR="006E1DFF" w:rsidRDefault="23D8D161">
            <w:r>
              <w:t>Free Elective due to MassTransfer GenEd exemption</w:t>
            </w:r>
          </w:p>
        </w:tc>
      </w:tr>
      <w:tr w:rsidR="006E1DFF" w14:paraId="4EB07AAA" w14:textId="77777777" w:rsidTr="00A77A09">
        <w:tc>
          <w:tcPr>
            <w:tcW w:w="2880" w:type="dxa"/>
          </w:tcPr>
          <w:p w14:paraId="028E4E3D" w14:textId="76E514A2" w:rsidR="006E1DFF" w:rsidRDefault="6574EC30">
            <w:r>
              <w:t>Behavioral Science Elective</w:t>
            </w:r>
          </w:p>
          <w:p w14:paraId="69C6A84E" w14:textId="183C4301" w:rsidR="006E1DFF" w:rsidRDefault="006E1DFF" w:rsidP="00391334">
            <w:pPr>
              <w:jc w:val="center"/>
            </w:pPr>
          </w:p>
          <w:p w14:paraId="58705322" w14:textId="77777777" w:rsidR="00B24618" w:rsidRDefault="00B24618" w:rsidP="00B24618">
            <w:r>
              <w:t>NECC Recommendation:</w:t>
            </w:r>
          </w:p>
          <w:p w14:paraId="3E2BE6C1" w14:textId="425D06EA" w:rsidR="006E1DFF" w:rsidRDefault="00C116F4" w:rsidP="59BE2636">
            <w:r>
              <w:t>ANT101 or SOC101 recommended</w:t>
            </w:r>
          </w:p>
        </w:tc>
        <w:tc>
          <w:tcPr>
            <w:tcW w:w="2880" w:type="dxa"/>
          </w:tcPr>
          <w:p w14:paraId="354049C3" w14:textId="77777777" w:rsidR="006E1DFF" w:rsidRDefault="007C4A6A">
            <w:r>
              <w:t>See Elective Advice</w:t>
            </w:r>
          </w:p>
        </w:tc>
        <w:tc>
          <w:tcPr>
            <w:tcW w:w="2880" w:type="dxa"/>
          </w:tcPr>
          <w:p w14:paraId="7E5A9AE6" w14:textId="77777777" w:rsidR="006E1DFF" w:rsidRDefault="007C4A6A">
            <w:r>
              <w:t>3</w:t>
            </w:r>
          </w:p>
        </w:tc>
        <w:tc>
          <w:tcPr>
            <w:tcW w:w="2880" w:type="dxa"/>
          </w:tcPr>
          <w:p w14:paraId="74F55A52" w14:textId="1C65C72A" w:rsidR="006E1DFF" w:rsidRDefault="4FCDF182" w:rsidP="59BE2636">
            <w:pPr>
              <w:rPr>
                <w:rFonts w:ascii="Cambria" w:eastAsia="MS Mincho" w:hAnsi="Cambria"/>
                <w:color w:val="000000" w:themeColor="text1"/>
              </w:rPr>
            </w:pPr>
            <w:r w:rsidRPr="59BE2636">
              <w:rPr>
                <w:rFonts w:ascii="Cambria" w:eastAsia="MS Mincho" w:hAnsi="Cambria"/>
                <w:color w:val="000000" w:themeColor="text1"/>
              </w:rPr>
              <w:t xml:space="preserve">HSTGHWC </w:t>
            </w:r>
            <w:r w:rsidR="006E1DFF">
              <w:br/>
            </w:r>
            <w:r w:rsidRPr="59BE2636">
              <w:rPr>
                <w:rFonts w:ascii="Cambria" w:eastAsia="MS Mincho" w:hAnsi="Cambria"/>
                <w:color w:val="000000" w:themeColor="text1"/>
              </w:rPr>
              <w:t>HST GEN ED ELECTIVE NON MAJOR ELECTIVE (3) or SOC 110 Introduction to Sociology</w:t>
            </w:r>
          </w:p>
        </w:tc>
        <w:tc>
          <w:tcPr>
            <w:tcW w:w="2880" w:type="dxa"/>
          </w:tcPr>
          <w:p w14:paraId="0396E3DE" w14:textId="2792EFA3" w:rsidR="006E1DFF" w:rsidRDefault="62318FA8">
            <w:r>
              <w:t>Free Elective due to MassTransfer GenEd exemption</w:t>
            </w:r>
          </w:p>
        </w:tc>
      </w:tr>
      <w:tr w:rsidR="006E1DFF" w14:paraId="7B737A27" w14:textId="77777777" w:rsidTr="00A77A09">
        <w:tc>
          <w:tcPr>
            <w:tcW w:w="2880" w:type="dxa"/>
          </w:tcPr>
          <w:p w14:paraId="6E189229" w14:textId="004EFF7B" w:rsidR="006E1DFF" w:rsidRDefault="6574EC30">
            <w:r>
              <w:t>Free Elective</w:t>
            </w:r>
          </w:p>
          <w:p w14:paraId="2C6E0A91" w14:textId="49CDB905" w:rsidR="006E1DFF" w:rsidRDefault="006E1DFF"/>
          <w:p w14:paraId="7D032141" w14:textId="77777777" w:rsidR="006E1DFF" w:rsidRDefault="7D9EE6CC">
            <w:r>
              <w:t>ENG116 or LIT202 recommended</w:t>
            </w:r>
          </w:p>
          <w:p w14:paraId="692C0BA3" w14:textId="77777777" w:rsidR="00747B25" w:rsidRDefault="00747B25"/>
          <w:p w14:paraId="635E9C61" w14:textId="1150CC03" w:rsidR="00747B25" w:rsidRDefault="00747B25">
            <w:r>
              <w:t xml:space="preserve">SSU recommends choosing </w:t>
            </w:r>
            <w:r w:rsidR="00C46AF5">
              <w:t>LIT202</w:t>
            </w:r>
          </w:p>
        </w:tc>
        <w:tc>
          <w:tcPr>
            <w:tcW w:w="2880" w:type="dxa"/>
          </w:tcPr>
          <w:p w14:paraId="3FA22029" w14:textId="77777777" w:rsidR="006E1DFF" w:rsidRDefault="007C4A6A">
            <w:r>
              <w:t>See Elective Advice</w:t>
            </w:r>
          </w:p>
        </w:tc>
        <w:tc>
          <w:tcPr>
            <w:tcW w:w="2880" w:type="dxa"/>
          </w:tcPr>
          <w:p w14:paraId="49B8A673" w14:textId="77777777" w:rsidR="006E1DFF" w:rsidRDefault="007C4A6A">
            <w:r>
              <w:t>3</w:t>
            </w:r>
          </w:p>
        </w:tc>
        <w:tc>
          <w:tcPr>
            <w:tcW w:w="2880" w:type="dxa"/>
          </w:tcPr>
          <w:p w14:paraId="4BD676A6" w14:textId="338CA3BA" w:rsidR="006E1DFF" w:rsidRDefault="020B8B39" w:rsidP="59BE2636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59BE2636">
              <w:rPr>
                <w:rFonts w:ascii="Cambria" w:eastAsia="MS Mincho" w:hAnsi="Cambria"/>
                <w:color w:val="000000" w:themeColor="text1"/>
              </w:rPr>
              <w:t>ENL 423 CREATIVE WRITING WORKSHOP: POETRY (3)</w:t>
            </w:r>
            <w:r w:rsidRPr="59BE2636">
              <w:rPr>
                <w:rFonts w:ascii="Cambria" w:eastAsia="Cambria" w:hAnsi="Cambria" w:cs="Cambria"/>
                <w:color w:val="000000" w:themeColor="text1"/>
              </w:rPr>
              <w:t xml:space="preserve"> or ENL 251 AMERICAN LITERARY STUDIES II</w:t>
            </w:r>
          </w:p>
        </w:tc>
        <w:tc>
          <w:tcPr>
            <w:tcW w:w="2880" w:type="dxa"/>
          </w:tcPr>
          <w:p w14:paraId="68260B79" w14:textId="77777777" w:rsidR="00FD6E85" w:rsidRDefault="00CC6D9A" w:rsidP="00FD6E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LIT202 </w:t>
            </w:r>
            <w:r>
              <w:rPr>
                <w:sz w:val="20"/>
                <w:szCs w:val="20"/>
              </w:rPr>
              <w:t xml:space="preserve">taken </w:t>
            </w:r>
            <w:r w:rsidR="00B46247">
              <w:rPr>
                <w:sz w:val="20"/>
                <w:szCs w:val="20"/>
              </w:rPr>
              <w:t xml:space="preserve">= </w:t>
            </w:r>
            <w:r w:rsidR="009D5216">
              <w:rPr>
                <w:sz w:val="20"/>
                <w:szCs w:val="20"/>
              </w:rPr>
              <w:t xml:space="preserve">ENL251 = </w:t>
            </w:r>
            <w:r w:rsidR="009D5216" w:rsidRPr="002D7153">
              <w:rPr>
                <w:b/>
                <w:bCs/>
                <w:sz w:val="20"/>
                <w:szCs w:val="20"/>
              </w:rPr>
              <w:t xml:space="preserve">National/Postnational </w:t>
            </w:r>
            <w:r w:rsidR="009D5216">
              <w:rPr>
                <w:b/>
                <w:bCs/>
                <w:sz w:val="20"/>
                <w:szCs w:val="20"/>
              </w:rPr>
              <w:t>elective</w:t>
            </w:r>
            <w:r w:rsidR="008A0078">
              <w:rPr>
                <w:b/>
                <w:bCs/>
                <w:sz w:val="20"/>
                <w:szCs w:val="20"/>
              </w:rPr>
              <w:t xml:space="preserve">, </w:t>
            </w:r>
            <w:r w:rsidR="00FD6E85" w:rsidRPr="005169F6">
              <w:rPr>
                <w:sz w:val="20"/>
                <w:szCs w:val="20"/>
              </w:rPr>
              <w:t>United States and the American Pre-20th Century</w:t>
            </w:r>
          </w:p>
          <w:p w14:paraId="0D199A36" w14:textId="77777777" w:rsidR="00FD6E85" w:rsidRDefault="00FD6E85" w:rsidP="00CC6D9A">
            <w:pPr>
              <w:rPr>
                <w:sz w:val="20"/>
                <w:szCs w:val="20"/>
              </w:rPr>
            </w:pPr>
          </w:p>
          <w:p w14:paraId="1B8B4D37" w14:textId="228841B7" w:rsidR="59BE2636" w:rsidRDefault="59BE2636" w:rsidP="00C46AF5"/>
        </w:tc>
      </w:tr>
      <w:tr w:rsidR="006E1DFF" w14:paraId="1F9AA9A6" w14:textId="77777777" w:rsidTr="00A77A09">
        <w:tc>
          <w:tcPr>
            <w:tcW w:w="2880" w:type="dxa"/>
          </w:tcPr>
          <w:p w14:paraId="62D73462" w14:textId="717C1E26" w:rsidR="006E1DFF" w:rsidRDefault="6574EC30">
            <w:r>
              <w:t>Science Elective</w:t>
            </w:r>
          </w:p>
          <w:p w14:paraId="591D3FD5" w14:textId="769FE4B3" w:rsidR="006E1DFF" w:rsidRDefault="006E1DFF"/>
          <w:p w14:paraId="052090EB" w14:textId="77777777" w:rsidR="00513713" w:rsidRDefault="00513713" w:rsidP="00513713">
            <w:r>
              <w:t>NECC Recommendation:</w:t>
            </w:r>
          </w:p>
          <w:p w14:paraId="18223144" w14:textId="5E90AC58" w:rsidR="006E1DFF" w:rsidRDefault="6FF5A26F">
            <w:r>
              <w:t xml:space="preserve">BIO103 or BIO104 or </w:t>
            </w:r>
            <w:r>
              <w:lastRenderedPageBreak/>
              <w:t>ERS135 recommended</w:t>
            </w:r>
          </w:p>
        </w:tc>
        <w:tc>
          <w:tcPr>
            <w:tcW w:w="2880" w:type="dxa"/>
          </w:tcPr>
          <w:p w14:paraId="72C8C45C" w14:textId="77777777" w:rsidR="006E1DFF" w:rsidRDefault="007C4A6A">
            <w:r>
              <w:lastRenderedPageBreak/>
              <w:t>See Elective Advice</w:t>
            </w:r>
          </w:p>
        </w:tc>
        <w:tc>
          <w:tcPr>
            <w:tcW w:w="2880" w:type="dxa"/>
          </w:tcPr>
          <w:p w14:paraId="1B21E247" w14:textId="77777777" w:rsidR="006E1DFF" w:rsidRDefault="007C4A6A">
            <w:r>
              <w:t>4</w:t>
            </w:r>
          </w:p>
        </w:tc>
        <w:tc>
          <w:tcPr>
            <w:tcW w:w="2880" w:type="dxa"/>
          </w:tcPr>
          <w:p w14:paraId="7DF28426" w14:textId="10E17041" w:rsidR="006E1DFF" w:rsidRDefault="10F1AB53" w:rsidP="59BE2636">
            <w:pPr>
              <w:rPr>
                <w:rFonts w:ascii="Cambria" w:eastAsia="Cambria" w:hAnsi="Cambria" w:cs="Cambria"/>
              </w:rPr>
            </w:pPr>
            <w:r w:rsidRPr="59BE2636">
              <w:rPr>
                <w:rFonts w:ascii="Cambria" w:eastAsia="Cambria" w:hAnsi="Cambria" w:cs="Cambria"/>
                <w:color w:val="000000" w:themeColor="text1"/>
              </w:rPr>
              <w:t>GSL SCIENTIFIC REASONING LAB ELECTIVE or PHS GSL</w:t>
            </w:r>
          </w:p>
        </w:tc>
        <w:tc>
          <w:tcPr>
            <w:tcW w:w="2880" w:type="dxa"/>
          </w:tcPr>
          <w:p w14:paraId="5BC49526" w14:textId="095F9737" w:rsidR="006E1DFF" w:rsidRDefault="32AF8F3D">
            <w:r>
              <w:t>Free Elective due to MassTransfer GenEd exemption</w:t>
            </w:r>
          </w:p>
        </w:tc>
      </w:tr>
      <w:tr w:rsidR="006E1DFF" w14:paraId="60AEEE54" w14:textId="77777777" w:rsidTr="00A77A09">
        <w:tc>
          <w:tcPr>
            <w:tcW w:w="2880" w:type="dxa"/>
          </w:tcPr>
          <w:p w14:paraId="0B6B0CCA" w14:textId="77777777" w:rsidR="006E1DFF" w:rsidRDefault="007C4A6A">
            <w:r>
              <w:t>ENG115</w:t>
            </w:r>
          </w:p>
        </w:tc>
        <w:tc>
          <w:tcPr>
            <w:tcW w:w="2880" w:type="dxa"/>
          </w:tcPr>
          <w:p w14:paraId="24D65FCD" w14:textId="77777777" w:rsidR="006E1DFF" w:rsidRDefault="007C4A6A">
            <w:r>
              <w:t>Creative Writing: Fiction</w:t>
            </w:r>
          </w:p>
        </w:tc>
        <w:tc>
          <w:tcPr>
            <w:tcW w:w="2880" w:type="dxa"/>
          </w:tcPr>
          <w:p w14:paraId="4F25FAB6" w14:textId="77777777" w:rsidR="006E1DFF" w:rsidRDefault="007C4A6A">
            <w:r>
              <w:t>3</w:t>
            </w:r>
          </w:p>
        </w:tc>
        <w:tc>
          <w:tcPr>
            <w:tcW w:w="2880" w:type="dxa"/>
          </w:tcPr>
          <w:p w14:paraId="7F0FFDA4" w14:textId="77777777" w:rsidR="006E1DFF" w:rsidRDefault="007C4A6A">
            <w:r>
              <w:t>ENL 422 Creative Writing Workshop: Fiction (3)</w:t>
            </w:r>
          </w:p>
        </w:tc>
        <w:tc>
          <w:tcPr>
            <w:tcW w:w="2880" w:type="dxa"/>
          </w:tcPr>
          <w:p w14:paraId="5F8B7821" w14:textId="77777777" w:rsidR="002529C4" w:rsidRDefault="002529C4" w:rsidP="002529C4">
            <w:r>
              <w:t>English Elective (300 Level+)</w:t>
            </w:r>
          </w:p>
          <w:p w14:paraId="23828181" w14:textId="75F8A980" w:rsidR="006E1DFF" w:rsidRDefault="006E1DFF"/>
        </w:tc>
      </w:tr>
      <w:tr w:rsidR="006E1DFF" w14:paraId="632B4745" w14:textId="77777777" w:rsidTr="3904616B">
        <w:tc>
          <w:tcPr>
            <w:tcW w:w="2880" w:type="dxa"/>
          </w:tcPr>
          <w:p w14:paraId="31F9FCC2" w14:textId="77777777" w:rsidR="006E1DFF" w:rsidRDefault="007C4A6A">
            <w:r>
              <w:t>LIT272</w:t>
            </w:r>
          </w:p>
        </w:tc>
        <w:tc>
          <w:tcPr>
            <w:tcW w:w="2880" w:type="dxa"/>
          </w:tcPr>
          <w:p w14:paraId="5E627C0F" w14:textId="77777777" w:rsidR="006E1DFF" w:rsidRDefault="007C4A6A">
            <w:r>
              <w:t>World Literature II</w:t>
            </w:r>
          </w:p>
        </w:tc>
        <w:tc>
          <w:tcPr>
            <w:tcW w:w="2880" w:type="dxa"/>
          </w:tcPr>
          <w:p w14:paraId="033E46A3" w14:textId="77777777" w:rsidR="006E1DFF" w:rsidRDefault="007C4A6A">
            <w:r>
              <w:t>3</w:t>
            </w:r>
          </w:p>
        </w:tc>
        <w:tc>
          <w:tcPr>
            <w:tcW w:w="2880" w:type="dxa"/>
          </w:tcPr>
          <w:p w14:paraId="07288002" w14:textId="77777777" w:rsidR="006E1DFF" w:rsidRDefault="007C4A6A">
            <w:r>
              <w:t>ENL 163 World Literature, 18th Century to Present (3)</w:t>
            </w:r>
          </w:p>
        </w:tc>
        <w:tc>
          <w:tcPr>
            <w:tcW w:w="2880" w:type="dxa"/>
          </w:tcPr>
          <w:p w14:paraId="37C38753" w14:textId="42E8BE00" w:rsidR="00513713" w:rsidRDefault="008572E7" w:rsidP="008572E7">
            <w:r w:rsidRPr="3904616B">
              <w:rPr>
                <w:rFonts w:ascii="Cambria" w:eastAsia="MS Mincho" w:hAnsi="Cambria"/>
                <w:color w:val="000000" w:themeColor="text1"/>
              </w:rPr>
              <w:t>Free Elective</w:t>
            </w:r>
          </w:p>
        </w:tc>
      </w:tr>
      <w:tr w:rsidR="006E1DFF" w14:paraId="59B467AD" w14:textId="77777777" w:rsidTr="00A77A09">
        <w:tc>
          <w:tcPr>
            <w:tcW w:w="2880" w:type="dxa"/>
          </w:tcPr>
          <w:p w14:paraId="0B394C6E" w14:textId="1F9E42C3" w:rsidR="006E1DFF" w:rsidRDefault="6574EC30">
            <w:r>
              <w:t>Free Elective</w:t>
            </w:r>
          </w:p>
          <w:p w14:paraId="5085293B" w14:textId="58F02261" w:rsidR="006E1DFF" w:rsidRDefault="006E1DFF"/>
          <w:p w14:paraId="0E5A019A" w14:textId="5E8913DE" w:rsidR="006E1DFF" w:rsidRDefault="000631C3">
            <w:r>
              <w:t xml:space="preserve">SSU recommends choosing foundational world language course level </w:t>
            </w:r>
            <w:r>
              <w:t>2</w:t>
            </w:r>
          </w:p>
        </w:tc>
        <w:tc>
          <w:tcPr>
            <w:tcW w:w="2880" w:type="dxa"/>
          </w:tcPr>
          <w:p w14:paraId="2DFC3B20" w14:textId="77777777" w:rsidR="006E1DFF" w:rsidRDefault="007C4A6A">
            <w:r>
              <w:t>See Elective Advice</w:t>
            </w:r>
          </w:p>
        </w:tc>
        <w:tc>
          <w:tcPr>
            <w:tcW w:w="2880" w:type="dxa"/>
          </w:tcPr>
          <w:p w14:paraId="40750DB9" w14:textId="77777777" w:rsidR="006E1DFF" w:rsidRDefault="007C4A6A">
            <w:r>
              <w:t>3</w:t>
            </w:r>
          </w:p>
        </w:tc>
        <w:tc>
          <w:tcPr>
            <w:tcW w:w="2880" w:type="dxa"/>
          </w:tcPr>
          <w:p w14:paraId="659C368A" w14:textId="2DA21BB5" w:rsidR="006E1DFF" w:rsidRDefault="000631C3" w:rsidP="59BE2636">
            <w:pPr>
              <w:rPr>
                <w:rFonts w:ascii="Cambria" w:eastAsia="Cambria" w:hAnsi="Cambria" w:cs="Cambria"/>
                <w:color w:val="000000" w:themeColor="text1"/>
              </w:rPr>
            </w:pPr>
            <w:r>
              <w:t>foundational world language course level 1</w:t>
            </w:r>
          </w:p>
        </w:tc>
        <w:tc>
          <w:tcPr>
            <w:tcW w:w="2880" w:type="dxa"/>
          </w:tcPr>
          <w:p w14:paraId="0DC70D0D" w14:textId="77777777" w:rsidR="006E1DFF" w:rsidRDefault="12657688">
            <w:r>
              <w:t>Free Elective</w:t>
            </w:r>
          </w:p>
          <w:p w14:paraId="156B7383" w14:textId="77777777" w:rsidR="000631C3" w:rsidRDefault="000631C3"/>
          <w:p w14:paraId="5B370B1A" w14:textId="64C67234" w:rsidR="000631C3" w:rsidRDefault="000631C3">
            <w:r>
              <w:t>Or</w:t>
            </w:r>
          </w:p>
          <w:p w14:paraId="34E53F26" w14:textId="312D28AF" w:rsidR="000631C3" w:rsidRDefault="000631C3">
            <w:r>
              <w:t xml:space="preserve">foundational world language course level </w:t>
            </w:r>
            <w:r>
              <w:t>2</w:t>
            </w:r>
          </w:p>
        </w:tc>
      </w:tr>
      <w:tr w:rsidR="006E1DFF" w14:paraId="498717FE" w14:textId="77777777" w:rsidTr="3904616B">
        <w:trPr>
          <w:trHeight w:val="1800"/>
        </w:trPr>
        <w:tc>
          <w:tcPr>
            <w:tcW w:w="2880" w:type="dxa"/>
          </w:tcPr>
          <w:p w14:paraId="6A76274C" w14:textId="326F60CE" w:rsidR="006E1DFF" w:rsidRDefault="6574EC30">
            <w:r>
              <w:t>Program Elective</w:t>
            </w:r>
          </w:p>
          <w:p w14:paraId="5A8769A7" w14:textId="3B4013B2" w:rsidR="006E1DFF" w:rsidRDefault="006E1DFF"/>
          <w:p w14:paraId="3DEE97FD" w14:textId="77777777" w:rsidR="006E1DFF" w:rsidRDefault="0C186531">
            <w:r>
              <w:t>Choose 1 of ENG116 or ENG117 or JRN101</w:t>
            </w:r>
          </w:p>
          <w:p w14:paraId="725F344F" w14:textId="77777777" w:rsidR="00F24DF3" w:rsidRDefault="00F24DF3"/>
          <w:p w14:paraId="78FA2DA3" w14:textId="4966BAFA" w:rsidR="00F24DF3" w:rsidRDefault="00F24DF3">
            <w:r>
              <w:t>recommended but any course is ok as applies as free elective in any case</w:t>
            </w:r>
          </w:p>
        </w:tc>
        <w:tc>
          <w:tcPr>
            <w:tcW w:w="2880" w:type="dxa"/>
          </w:tcPr>
          <w:p w14:paraId="30B5C598" w14:textId="77777777" w:rsidR="006E1DFF" w:rsidRDefault="007C4A6A">
            <w:r>
              <w:t>See Elective Advice</w:t>
            </w:r>
          </w:p>
        </w:tc>
        <w:tc>
          <w:tcPr>
            <w:tcW w:w="2880" w:type="dxa"/>
          </w:tcPr>
          <w:p w14:paraId="486A29F7" w14:textId="77777777" w:rsidR="006E1DFF" w:rsidRDefault="007C4A6A">
            <w:r>
              <w:t>3</w:t>
            </w:r>
          </w:p>
        </w:tc>
        <w:tc>
          <w:tcPr>
            <w:tcW w:w="2880" w:type="dxa"/>
          </w:tcPr>
          <w:p w14:paraId="2BD8C917" w14:textId="49B7010A" w:rsidR="006E1DFF" w:rsidRDefault="68120961" w:rsidP="59BE2636">
            <w:pPr>
              <w:rPr>
                <w:rFonts w:ascii="Cambria" w:eastAsia="MS Mincho" w:hAnsi="Cambria"/>
                <w:color w:val="000000" w:themeColor="text1"/>
              </w:rPr>
            </w:pPr>
            <w:r w:rsidRPr="59BE2636">
              <w:rPr>
                <w:rFonts w:ascii="Cambria" w:eastAsia="MS Mincho" w:hAnsi="Cambria"/>
                <w:color w:val="000000" w:themeColor="text1"/>
              </w:rPr>
              <w:t>ENL 423 CREATIVE WRITING WORKSHOP: POETRY (3) or ENL 420 CREATIVE WRITING WORKSHOP: SCRIPTWRITING (3) or MCO 273 Fundamentals of Journalism</w:t>
            </w:r>
          </w:p>
        </w:tc>
        <w:tc>
          <w:tcPr>
            <w:tcW w:w="2880" w:type="dxa"/>
          </w:tcPr>
          <w:p w14:paraId="4BAA7B41" w14:textId="304765BD" w:rsidR="59BE2636" w:rsidRDefault="2F7C5286" w:rsidP="59BE2636">
            <w:r w:rsidRPr="3904616B">
              <w:rPr>
                <w:rFonts w:ascii="Cambria" w:eastAsia="MS Mincho" w:hAnsi="Cambria"/>
                <w:color w:val="000000" w:themeColor="text1"/>
              </w:rPr>
              <w:t>Free Elective</w:t>
            </w:r>
          </w:p>
        </w:tc>
      </w:tr>
      <w:tr w:rsidR="006E1DFF" w14:paraId="7FDC6AA7" w14:textId="77777777" w:rsidTr="3904616B">
        <w:tc>
          <w:tcPr>
            <w:tcW w:w="2880" w:type="dxa"/>
          </w:tcPr>
          <w:p w14:paraId="4B8D6DB8" w14:textId="1DAB5993" w:rsidR="006E1DFF" w:rsidRDefault="6574EC30">
            <w:r>
              <w:t>Science Elective</w:t>
            </w:r>
          </w:p>
          <w:p w14:paraId="14B2926A" w14:textId="77777777" w:rsidR="0008483A" w:rsidRDefault="0008483A" w:rsidP="0008483A">
            <w:r>
              <w:t>NECC Recommendation:</w:t>
            </w:r>
          </w:p>
          <w:p w14:paraId="13F29E1D" w14:textId="05697952" w:rsidR="006E1DFF" w:rsidRDefault="006E1DFF"/>
          <w:p w14:paraId="5EB05A17" w14:textId="7EC0EA75" w:rsidR="006E1DFF" w:rsidRDefault="5965A578" w:rsidP="59BE2636">
            <w:r>
              <w:t>BIO103 or BIO104 or ERS135 recommended</w:t>
            </w:r>
          </w:p>
        </w:tc>
        <w:tc>
          <w:tcPr>
            <w:tcW w:w="2880" w:type="dxa"/>
          </w:tcPr>
          <w:p w14:paraId="2E7D16FF" w14:textId="77777777" w:rsidR="006E1DFF" w:rsidRDefault="007C4A6A">
            <w:r>
              <w:t>See Elective Advice</w:t>
            </w:r>
          </w:p>
        </w:tc>
        <w:tc>
          <w:tcPr>
            <w:tcW w:w="2880" w:type="dxa"/>
          </w:tcPr>
          <w:p w14:paraId="0FE80B08" w14:textId="77777777" w:rsidR="006E1DFF" w:rsidRDefault="007C4A6A">
            <w:r>
              <w:t>4</w:t>
            </w:r>
          </w:p>
        </w:tc>
        <w:tc>
          <w:tcPr>
            <w:tcW w:w="2880" w:type="dxa"/>
          </w:tcPr>
          <w:p w14:paraId="53FBF5F1" w14:textId="4C52A9BB" w:rsidR="006E1DFF" w:rsidRDefault="0DFB99AD" w:rsidP="59BE2636">
            <w:pPr>
              <w:rPr>
                <w:rFonts w:ascii="Cambria" w:eastAsia="Cambria" w:hAnsi="Cambria" w:cs="Cambria"/>
              </w:rPr>
            </w:pPr>
            <w:r w:rsidRPr="59BE2636">
              <w:rPr>
                <w:rFonts w:ascii="Cambria" w:eastAsia="Cambria" w:hAnsi="Cambria" w:cs="Cambria"/>
                <w:color w:val="000000" w:themeColor="text1"/>
              </w:rPr>
              <w:t>GSL SCIENTIFIC REASONING LAB ELECTIVE or PHS GSL</w:t>
            </w:r>
          </w:p>
        </w:tc>
        <w:tc>
          <w:tcPr>
            <w:tcW w:w="2880" w:type="dxa"/>
          </w:tcPr>
          <w:p w14:paraId="29DD3D54" w14:textId="77777777" w:rsidR="008572E7" w:rsidRDefault="008572E7" w:rsidP="008572E7">
            <w:r>
              <w:t>Free Elective due to MassTransfer GenEd exemption</w:t>
            </w:r>
          </w:p>
          <w:p w14:paraId="0416F5B2" w14:textId="6F40F3FE" w:rsidR="006E1DFF" w:rsidRDefault="006E1DFF"/>
        </w:tc>
      </w:tr>
      <w:tr w:rsidR="006E1DFF" w14:paraId="74E5EFE5" w14:textId="77777777" w:rsidTr="3904616B">
        <w:tc>
          <w:tcPr>
            <w:tcW w:w="2880" w:type="dxa"/>
            <w:shd w:val="clear" w:color="auto" w:fill="DAE8F8"/>
          </w:tcPr>
          <w:p w14:paraId="45F48353" w14:textId="77777777" w:rsidR="006E1DFF" w:rsidRDefault="007C4A6A">
            <w:r>
              <w:t>Total Program Credits: 61</w:t>
            </w:r>
          </w:p>
        </w:tc>
        <w:tc>
          <w:tcPr>
            <w:tcW w:w="2880" w:type="dxa"/>
            <w:shd w:val="clear" w:color="auto" w:fill="DAE8F8"/>
          </w:tcPr>
          <w:p w14:paraId="505EEE54" w14:textId="77777777" w:rsidR="006E1DFF" w:rsidRDefault="007C4A6A">
            <w:r>
              <w:t>Total Transfer Credits:</w:t>
            </w:r>
          </w:p>
        </w:tc>
        <w:tc>
          <w:tcPr>
            <w:tcW w:w="2880" w:type="dxa"/>
            <w:shd w:val="clear" w:color="auto" w:fill="DAE8F8"/>
          </w:tcPr>
          <w:p w14:paraId="64E9EAEC" w14:textId="77777777" w:rsidR="006E1DFF" w:rsidRDefault="007C4A6A">
            <w:r>
              <w:t>61</w:t>
            </w:r>
          </w:p>
        </w:tc>
        <w:tc>
          <w:tcPr>
            <w:tcW w:w="2880" w:type="dxa"/>
            <w:shd w:val="clear" w:color="auto" w:fill="DAE8F8"/>
          </w:tcPr>
          <w:p w14:paraId="7CE65AD7" w14:textId="77777777" w:rsidR="006E1DFF" w:rsidRDefault="007C4A6A">
            <w:r>
              <w:t>Total Transfer Credits fully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  <w:shd w:val="clear" w:color="auto" w:fill="DAE8F8"/>
          </w:tcPr>
          <w:p w14:paraId="2C37D4A8" w14:textId="77777777" w:rsidR="006E1DFF" w:rsidRDefault="007C4A6A">
            <w:r>
              <w:t>61</w:t>
            </w:r>
          </w:p>
        </w:tc>
      </w:tr>
    </w:tbl>
    <w:p w14:paraId="34310D3E" w14:textId="77777777" w:rsidR="007C4A6A" w:rsidRDefault="007C4A6A"/>
    <w:sectPr w:rsidR="007C4A6A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8293116">
    <w:abstractNumId w:val="8"/>
  </w:num>
  <w:num w:numId="2" w16cid:durableId="576549991">
    <w:abstractNumId w:val="6"/>
  </w:num>
  <w:num w:numId="3" w16cid:durableId="1606693316">
    <w:abstractNumId w:val="5"/>
  </w:num>
  <w:num w:numId="4" w16cid:durableId="25833804">
    <w:abstractNumId w:val="4"/>
  </w:num>
  <w:num w:numId="5" w16cid:durableId="274947223">
    <w:abstractNumId w:val="7"/>
  </w:num>
  <w:num w:numId="6" w16cid:durableId="837964098">
    <w:abstractNumId w:val="3"/>
  </w:num>
  <w:num w:numId="7" w16cid:durableId="1194534544">
    <w:abstractNumId w:val="2"/>
  </w:num>
  <w:num w:numId="8" w16cid:durableId="323627689">
    <w:abstractNumId w:val="1"/>
  </w:num>
  <w:num w:numId="9" w16cid:durableId="852232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5A04"/>
    <w:rsid w:val="0006063C"/>
    <w:rsid w:val="000631C3"/>
    <w:rsid w:val="0008483A"/>
    <w:rsid w:val="000C0599"/>
    <w:rsid w:val="0015074B"/>
    <w:rsid w:val="00186B21"/>
    <w:rsid w:val="00207A5C"/>
    <w:rsid w:val="002135EE"/>
    <w:rsid w:val="002529C4"/>
    <w:rsid w:val="00252A2E"/>
    <w:rsid w:val="0029639D"/>
    <w:rsid w:val="002F43DA"/>
    <w:rsid w:val="00326F90"/>
    <w:rsid w:val="00371164"/>
    <w:rsid w:val="00391334"/>
    <w:rsid w:val="00393B30"/>
    <w:rsid w:val="004F39E8"/>
    <w:rsid w:val="004F7E2A"/>
    <w:rsid w:val="00513713"/>
    <w:rsid w:val="00634550"/>
    <w:rsid w:val="006E1DFF"/>
    <w:rsid w:val="00747B25"/>
    <w:rsid w:val="007C4A6A"/>
    <w:rsid w:val="00846266"/>
    <w:rsid w:val="008572E7"/>
    <w:rsid w:val="008708B6"/>
    <w:rsid w:val="008A0078"/>
    <w:rsid w:val="00913D99"/>
    <w:rsid w:val="009717E0"/>
    <w:rsid w:val="009755A5"/>
    <w:rsid w:val="00993C12"/>
    <w:rsid w:val="009D5216"/>
    <w:rsid w:val="009E0863"/>
    <w:rsid w:val="009E7CD9"/>
    <w:rsid w:val="00A02251"/>
    <w:rsid w:val="00A77A09"/>
    <w:rsid w:val="00AA1D8D"/>
    <w:rsid w:val="00B24618"/>
    <w:rsid w:val="00B46247"/>
    <w:rsid w:val="00B47730"/>
    <w:rsid w:val="00B57A61"/>
    <w:rsid w:val="00B736E5"/>
    <w:rsid w:val="00C116F4"/>
    <w:rsid w:val="00C46AF5"/>
    <w:rsid w:val="00C91279"/>
    <w:rsid w:val="00CB0664"/>
    <w:rsid w:val="00CC6D9A"/>
    <w:rsid w:val="00CE6029"/>
    <w:rsid w:val="00D4440C"/>
    <w:rsid w:val="00D74823"/>
    <w:rsid w:val="00E70E30"/>
    <w:rsid w:val="00E833DF"/>
    <w:rsid w:val="00EF6E9B"/>
    <w:rsid w:val="00F24DF3"/>
    <w:rsid w:val="00FC45C1"/>
    <w:rsid w:val="00FC693F"/>
    <w:rsid w:val="00FD6E85"/>
    <w:rsid w:val="01CDD298"/>
    <w:rsid w:val="020B8B39"/>
    <w:rsid w:val="06C32BD1"/>
    <w:rsid w:val="095B8494"/>
    <w:rsid w:val="0C186531"/>
    <w:rsid w:val="0D12DFD4"/>
    <w:rsid w:val="0D3574F9"/>
    <w:rsid w:val="0DFB99AD"/>
    <w:rsid w:val="0F694009"/>
    <w:rsid w:val="10F1AB53"/>
    <w:rsid w:val="12657688"/>
    <w:rsid w:val="16000D1D"/>
    <w:rsid w:val="172AE750"/>
    <w:rsid w:val="197B84D7"/>
    <w:rsid w:val="198C6ABA"/>
    <w:rsid w:val="1D3EA703"/>
    <w:rsid w:val="1DE6B1D4"/>
    <w:rsid w:val="1ED3E001"/>
    <w:rsid w:val="20CA4A5A"/>
    <w:rsid w:val="20F8FBFA"/>
    <w:rsid w:val="2184944C"/>
    <w:rsid w:val="22EB07D7"/>
    <w:rsid w:val="23D8D161"/>
    <w:rsid w:val="24E718BF"/>
    <w:rsid w:val="262EB529"/>
    <w:rsid w:val="267A85B6"/>
    <w:rsid w:val="270AA586"/>
    <w:rsid w:val="2C0F31DC"/>
    <w:rsid w:val="2F7C5286"/>
    <w:rsid w:val="30B80C72"/>
    <w:rsid w:val="30C906F1"/>
    <w:rsid w:val="310C5672"/>
    <w:rsid w:val="32AF8F3D"/>
    <w:rsid w:val="32F2823F"/>
    <w:rsid w:val="3904616B"/>
    <w:rsid w:val="3A4AAB19"/>
    <w:rsid w:val="3BD7EA8C"/>
    <w:rsid w:val="3CAB47E9"/>
    <w:rsid w:val="3D357649"/>
    <w:rsid w:val="3D76A82E"/>
    <w:rsid w:val="3FD64D30"/>
    <w:rsid w:val="40749B89"/>
    <w:rsid w:val="411B31DA"/>
    <w:rsid w:val="421EB8C5"/>
    <w:rsid w:val="43A56C28"/>
    <w:rsid w:val="4586372E"/>
    <w:rsid w:val="46079EF1"/>
    <w:rsid w:val="47B30B2E"/>
    <w:rsid w:val="4FCDF182"/>
    <w:rsid w:val="53A3E553"/>
    <w:rsid w:val="556B9A13"/>
    <w:rsid w:val="588E8312"/>
    <w:rsid w:val="58C8E0F8"/>
    <w:rsid w:val="5965A578"/>
    <w:rsid w:val="59AB6581"/>
    <w:rsid w:val="59BE2636"/>
    <w:rsid w:val="5CC04D60"/>
    <w:rsid w:val="5D2D78D5"/>
    <w:rsid w:val="5F9FBCBA"/>
    <w:rsid w:val="62318FA8"/>
    <w:rsid w:val="6574EC30"/>
    <w:rsid w:val="66418BAA"/>
    <w:rsid w:val="67B9568F"/>
    <w:rsid w:val="68120961"/>
    <w:rsid w:val="6888B706"/>
    <w:rsid w:val="6AD7AD57"/>
    <w:rsid w:val="6B08C186"/>
    <w:rsid w:val="6B0FE7EF"/>
    <w:rsid w:val="6BE6C292"/>
    <w:rsid w:val="6E2650C4"/>
    <w:rsid w:val="6E3EF0D0"/>
    <w:rsid w:val="6E46CD1F"/>
    <w:rsid w:val="6EFBCBDC"/>
    <w:rsid w:val="6FF5A26F"/>
    <w:rsid w:val="70142FC3"/>
    <w:rsid w:val="71B78D09"/>
    <w:rsid w:val="73FAA29F"/>
    <w:rsid w:val="785BDCCA"/>
    <w:rsid w:val="7B40C8E0"/>
    <w:rsid w:val="7D98C35C"/>
    <w:rsid w:val="7D9EE6CC"/>
    <w:rsid w:val="7DA05A77"/>
    <w:rsid w:val="7E0DC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AC538B"/>
  <w14:defaultImageDpi w14:val="300"/>
  <w15:docId w15:val="{0C41ED60-B329-497A-ABDB-2058FD3C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682</Words>
  <Characters>3888</Characters>
  <Application>Microsoft Office Word</Application>
  <DocSecurity>0</DocSecurity>
  <Lines>32</Lines>
  <Paragraphs>9</Paragraphs>
  <ScaleCrop>false</ScaleCrop>
  <Manager/>
  <Company/>
  <LinksUpToDate>false</LinksUpToDate>
  <CharactersWithSpaces>4561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47</cp:revision>
  <dcterms:created xsi:type="dcterms:W3CDTF">2026-05-04T19:14:00Z</dcterms:created>
  <dcterms:modified xsi:type="dcterms:W3CDTF">2026-07-09T11:54:00Z</dcterms:modified>
  <cp:category/>
</cp:coreProperties>
</file>